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65" w:type="dxa"/>
        <w:jc w:val="center"/>
        <w:tblLayout w:type="fixed"/>
        <w:tblLook w:val="04A0" w:firstRow="1" w:lastRow="0" w:firstColumn="1" w:lastColumn="0" w:noHBand="0" w:noVBand="1"/>
      </w:tblPr>
      <w:tblGrid>
        <w:gridCol w:w="2128"/>
        <w:gridCol w:w="8537"/>
      </w:tblGrid>
      <w:tr w:rsidR="001724C2" w14:paraId="0F2B25FD" w14:textId="77777777" w:rsidTr="001724C2">
        <w:trPr>
          <w:trHeight w:val="1308"/>
          <w:jc w:val="center"/>
        </w:trPr>
        <w:tc>
          <w:tcPr>
            <w:tcW w:w="2128" w:type="dxa"/>
          </w:tcPr>
          <w:p w14:paraId="1BCBE80C" w14:textId="77777777" w:rsidR="001724C2" w:rsidRDefault="001724C2" w:rsidP="00311413">
            <w:pPr>
              <w:jc w:val="center"/>
            </w:pPr>
            <w:r>
              <w:rPr>
                <w:noProof/>
              </w:rPr>
              <w:drawing>
                <wp:inline distT="0" distB="0" distL="0" distR="0" wp14:anchorId="055D259E" wp14:editId="6178D58B">
                  <wp:extent cx="1097280" cy="1125560"/>
                  <wp:effectExtent l="0" t="0" r="0" b="0"/>
                  <wp:docPr id="1513101428" name="Picture 1513101428" descr="HIGH SCHOOLS REG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04856" name="Picture 520604856" descr="HIGH SCHOOLS REGIO&#10;&#10;AI-generated content may be incorrect."/>
                          <pic:cNvPicPr/>
                        </pic:nvPicPr>
                        <pic:blipFill>
                          <a:blip r:embed="rId8"/>
                          <a:stretch>
                            <a:fillRect/>
                          </a:stretch>
                        </pic:blipFill>
                        <pic:spPr>
                          <a:xfrm>
                            <a:off x="0" y="0"/>
                            <a:ext cx="1097280" cy="1125560"/>
                          </a:xfrm>
                          <a:prstGeom prst="rect">
                            <a:avLst/>
                          </a:prstGeom>
                        </pic:spPr>
                      </pic:pic>
                    </a:graphicData>
                  </a:graphic>
                </wp:inline>
              </w:drawing>
            </w:r>
          </w:p>
        </w:tc>
        <w:tc>
          <w:tcPr>
            <w:tcW w:w="8537" w:type="dxa"/>
            <w:shd w:val="clear" w:color="auto" w:fill="9E8A43"/>
            <w:tcMar>
              <w:top w:w="110" w:type="dxa"/>
              <w:left w:w="110" w:type="dxa"/>
              <w:bottom w:w="110" w:type="dxa"/>
              <w:right w:w="110" w:type="dxa"/>
            </w:tcMar>
          </w:tcPr>
          <w:p w14:paraId="7891CF06" w14:textId="77777777" w:rsidR="001724C2" w:rsidRDefault="001724C2" w:rsidP="00311413">
            <w:pPr>
              <w:spacing w:after="0" w:line="240" w:lineRule="auto"/>
            </w:pPr>
            <w:r>
              <w:rPr>
                <w:rFonts w:ascii="Arial" w:hAnsi="Arial"/>
                <w:b/>
                <w:color w:val="FFFFFF"/>
                <w:sz w:val="38"/>
              </w:rPr>
              <w:t>WORK EXPERIENCE 12A (WEX12A)</w:t>
            </w:r>
          </w:p>
          <w:p w14:paraId="0CC02201" w14:textId="77777777" w:rsidR="001724C2" w:rsidRDefault="001724C2" w:rsidP="00311413">
            <w:pPr>
              <w:spacing w:after="0" w:line="240" w:lineRule="auto"/>
            </w:pPr>
            <w:r>
              <w:rPr>
                <w:rFonts w:ascii="Arial" w:hAnsi="Arial"/>
                <w:b/>
                <w:color w:val="FFFFFF"/>
                <w:sz w:val="38"/>
              </w:rPr>
              <w:t>COURSE APPLICATION</w:t>
            </w:r>
          </w:p>
          <w:p w14:paraId="41E5278D" w14:textId="77777777" w:rsidR="001724C2" w:rsidRDefault="001724C2" w:rsidP="00311413">
            <w:pPr>
              <w:spacing w:before="80" w:after="0" w:line="240" w:lineRule="auto"/>
            </w:pPr>
            <w:r>
              <w:rPr>
                <w:rFonts w:ascii="Arial" w:hAnsi="Arial"/>
                <w:color w:val="FFFFFF"/>
                <w:sz w:val="19"/>
              </w:rPr>
              <w:t xml:space="preserve">Student Application Package – </w:t>
            </w:r>
            <w:r w:rsidRPr="001724C2">
              <w:rPr>
                <w:rFonts w:ascii="Arial" w:hAnsi="Arial"/>
                <w:b/>
                <w:bCs/>
                <w:color w:val="FFFFFF"/>
                <w:sz w:val="19"/>
              </w:rPr>
              <w:t>2026-2027</w:t>
            </w:r>
          </w:p>
        </w:tc>
      </w:tr>
    </w:tbl>
    <w:p w14:paraId="5BC45744" w14:textId="32EF6E40" w:rsidR="00C257FF" w:rsidRPr="0025061A" w:rsidRDefault="00C257FF" w:rsidP="00C257FF">
      <w:pPr>
        <w:rPr>
          <w:b/>
          <w:bCs/>
        </w:rPr>
      </w:pPr>
      <w:r w:rsidRPr="0025061A">
        <w:rPr>
          <w:b/>
          <w:bCs/>
          <w:color w:val="4F6228" w:themeColor="accent3" w:themeShade="80"/>
          <w:sz w:val="22"/>
          <w:szCs w:val="22"/>
        </w:rPr>
        <w:t>Welcome</w:t>
      </w:r>
      <w:r w:rsidRPr="0025061A">
        <w:rPr>
          <w:b/>
          <w:bCs/>
          <w:color w:val="4F6228" w:themeColor="accent3" w:themeShade="80"/>
        </w:rPr>
        <w:t xml:space="preserve"> to Work Experience 12!</w:t>
      </w:r>
    </w:p>
    <w:p w14:paraId="3C207AAC" w14:textId="77777777" w:rsidR="00C257FF" w:rsidRDefault="00C257FF" w:rsidP="00C257FF">
      <w:r>
        <w:t>Dear Student,</w:t>
      </w:r>
    </w:p>
    <w:p w14:paraId="19D9435A" w14:textId="77777777" w:rsidR="00C257FF" w:rsidRDefault="00C257FF" w:rsidP="00C257FF">
      <w:r>
        <w:t>Welcome to the Immaculata Regional High School Work Experience Program.</w:t>
      </w:r>
    </w:p>
    <w:p w14:paraId="768B7EBA" w14:textId="77777777" w:rsidR="00C257FF" w:rsidRDefault="00C257FF" w:rsidP="00C257FF">
      <w:r>
        <w:t>Congratulations on taking an important step toward your future career. Whether you are exploring a potential profession, gaining valuable workplace experience, or beginning an apprenticeship pathway, Work Experience 12 provides an opportunity to develop practical skills while earning graduation credits.</w:t>
      </w:r>
    </w:p>
    <w:p w14:paraId="0DDFA428" w14:textId="77777777" w:rsidR="00C257FF" w:rsidRDefault="00C257FF" w:rsidP="00C257FF">
      <w:r>
        <w:t>This handbook has been designed to guide you through every stage of the Work Experience process. It contains all the information, forms, and resources you will need to successfully complete the course.</w:t>
      </w:r>
    </w:p>
    <w:p w14:paraId="036A6278" w14:textId="5CD37BD9" w:rsidR="000060B5" w:rsidRDefault="00EF3317" w:rsidP="00EF3317">
      <w:r w:rsidRPr="00C257FF">
        <w:t xml:space="preserve"> </w:t>
      </w:r>
      <w:r w:rsidR="00C257FF">
        <w:t xml:space="preserve">Throughout your placement, you will have opportunities to </w:t>
      </w:r>
    </w:p>
    <w:p w14:paraId="51A195D1" w14:textId="4F4A0306" w:rsidR="00C257FF" w:rsidRDefault="0025061A" w:rsidP="00C257FF">
      <w:pPr>
        <w:pStyle w:val="ListParagraph"/>
        <w:numPr>
          <w:ilvl w:val="0"/>
          <w:numId w:val="10"/>
        </w:numPr>
      </w:pPr>
      <w:r>
        <w:t>E</w:t>
      </w:r>
      <w:r w:rsidR="00C257FF">
        <w:t>xplore career interests</w:t>
      </w:r>
    </w:p>
    <w:p w14:paraId="61C3E841" w14:textId="63A8FE7E" w:rsidR="00C257FF" w:rsidRDefault="0025061A" w:rsidP="00C257FF">
      <w:pPr>
        <w:pStyle w:val="ListParagraph"/>
        <w:numPr>
          <w:ilvl w:val="0"/>
          <w:numId w:val="10"/>
        </w:numPr>
      </w:pPr>
      <w:r>
        <w:t>Develop employability skills</w:t>
      </w:r>
    </w:p>
    <w:p w14:paraId="32911F77" w14:textId="4E3815E4" w:rsidR="0025061A" w:rsidRDefault="0025061A" w:rsidP="00C257FF">
      <w:pPr>
        <w:pStyle w:val="ListParagraph"/>
        <w:numPr>
          <w:ilvl w:val="0"/>
          <w:numId w:val="10"/>
        </w:numPr>
      </w:pPr>
      <w:r>
        <w:t>Build confidence</w:t>
      </w:r>
    </w:p>
    <w:p w14:paraId="7430EDB6" w14:textId="0AD2CF02" w:rsidR="0025061A" w:rsidRDefault="0025061A" w:rsidP="00C257FF">
      <w:pPr>
        <w:pStyle w:val="ListParagraph"/>
        <w:numPr>
          <w:ilvl w:val="0"/>
          <w:numId w:val="10"/>
        </w:numPr>
      </w:pPr>
      <w:r>
        <w:t>Learn from experienced professionals</w:t>
      </w:r>
    </w:p>
    <w:p w14:paraId="6B651C69" w14:textId="14332043" w:rsidR="0025061A" w:rsidRDefault="0025061A" w:rsidP="00C257FF">
      <w:pPr>
        <w:pStyle w:val="ListParagraph"/>
        <w:numPr>
          <w:ilvl w:val="0"/>
          <w:numId w:val="10"/>
        </w:numPr>
      </w:pPr>
      <w:r>
        <w:t>Gain valuable references</w:t>
      </w:r>
    </w:p>
    <w:p w14:paraId="239D731E" w14:textId="20630232" w:rsidR="0025061A" w:rsidRDefault="0025061A" w:rsidP="00C257FF">
      <w:pPr>
        <w:pStyle w:val="ListParagraph"/>
        <w:numPr>
          <w:ilvl w:val="0"/>
          <w:numId w:val="10"/>
        </w:numPr>
      </w:pPr>
      <w:r>
        <w:t>Earn 4 graduation credits</w:t>
      </w:r>
    </w:p>
    <w:p w14:paraId="503249C8" w14:textId="75142868" w:rsidR="0025061A" w:rsidRDefault="0025061A" w:rsidP="0025061A">
      <w:r>
        <w:t>Work Experience is much more than simply completing hours. It is an opportunity to discover your strengths, develop professional habits, and prepare for life after high school.</w:t>
      </w:r>
    </w:p>
    <w:p w14:paraId="5F555F8C" w14:textId="216CCA90" w:rsidR="0025061A" w:rsidRDefault="0025061A" w:rsidP="0025061A">
      <w:r>
        <w:t>As your Work Experience Coordinator, I look forward to supporting you throughout this journey.</w:t>
      </w:r>
    </w:p>
    <w:p w14:paraId="1DB105DC" w14:textId="77CA6494" w:rsidR="0025061A" w:rsidRDefault="0025061A" w:rsidP="0025061A">
      <w:r>
        <w:t>Mrs. Angela Griffin</w:t>
      </w:r>
    </w:p>
    <w:p w14:paraId="7F5B545C" w14:textId="2A816712" w:rsidR="0025061A" w:rsidRPr="00C257FF" w:rsidRDefault="005C6109" w:rsidP="0025061A">
      <w:r w:rsidRPr="0025061A">
        <w:rPr>
          <w:b/>
          <w:bCs/>
          <w:noProof/>
          <w:color w:val="4F6228" w:themeColor="accent3" w:themeShade="80"/>
          <w:sz w:val="22"/>
          <w:szCs w:val="22"/>
        </w:rPr>
        <w:drawing>
          <wp:anchor distT="0" distB="0" distL="114300" distR="114300" simplePos="0" relativeHeight="251652608" behindDoc="0" locked="0" layoutInCell="1" allowOverlap="1" wp14:anchorId="4713B874" wp14:editId="76498C47">
            <wp:simplePos x="0" y="0"/>
            <wp:positionH relativeFrom="margin">
              <wp:posOffset>170180</wp:posOffset>
            </wp:positionH>
            <wp:positionV relativeFrom="paragraph">
              <wp:posOffset>3810</wp:posOffset>
            </wp:positionV>
            <wp:extent cx="6216650" cy="2583815"/>
            <wp:effectExtent l="0" t="0" r="0" b="6985"/>
            <wp:wrapThrough wrapText="bothSides">
              <wp:wrapPolygon edited="0">
                <wp:start x="0" y="0"/>
                <wp:lineTo x="0" y="21499"/>
                <wp:lineTo x="21512" y="21499"/>
                <wp:lineTo x="21512" y="0"/>
                <wp:lineTo x="0" y="0"/>
              </wp:wrapPolygon>
            </wp:wrapThrough>
            <wp:docPr id="122048011" name="Picture 2" descr="The image depicts various individuals engaged in hands-on work experiences related to healthcare, automotive, culinary arts, and construction trades at Immaculata Regional High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48011" name="Picture 2" descr="The image depicts various individuals engaged in hands-on work experiences related to healthcare, automotive, culinary arts, and construction trades at Immaculata Regional High School.&#10;&#10;AI-generated content may be incorrect."/>
                    <pic:cNvPicPr/>
                  </pic:nvPicPr>
                  <pic:blipFill>
                    <a:blip r:embed="rId9"/>
                    <a:stretch>
                      <a:fillRect/>
                    </a:stretch>
                  </pic:blipFill>
                  <pic:spPr>
                    <a:xfrm>
                      <a:off x="0" y="0"/>
                      <a:ext cx="6216650" cy="2583815"/>
                    </a:xfrm>
                    <a:prstGeom prst="rect">
                      <a:avLst/>
                    </a:prstGeom>
                  </pic:spPr>
                </pic:pic>
              </a:graphicData>
            </a:graphic>
            <wp14:sizeRelH relativeFrom="page">
              <wp14:pctWidth>0</wp14:pctWidth>
            </wp14:sizeRelH>
            <wp14:sizeRelV relativeFrom="page">
              <wp14:pctHeight>0</wp14:pctHeight>
            </wp14:sizeRelV>
          </wp:anchor>
        </w:drawing>
      </w:r>
    </w:p>
    <w:tbl>
      <w:tblPr>
        <w:tblW w:w="0" w:type="auto"/>
        <w:jc w:val="center"/>
        <w:tblLayout w:type="fixed"/>
        <w:tblLook w:val="04A0" w:firstRow="1" w:lastRow="0" w:firstColumn="1" w:lastColumn="0" w:noHBand="0" w:noVBand="1"/>
      </w:tblPr>
      <w:tblGrid>
        <w:gridCol w:w="2128"/>
        <w:gridCol w:w="8537"/>
      </w:tblGrid>
      <w:tr w:rsidR="00A119B5" w14:paraId="5B43EACE" w14:textId="77777777" w:rsidTr="00311413">
        <w:trPr>
          <w:trHeight w:val="1308"/>
          <w:jc w:val="center"/>
        </w:trPr>
        <w:tc>
          <w:tcPr>
            <w:tcW w:w="2128" w:type="dxa"/>
          </w:tcPr>
          <w:p w14:paraId="10908928" w14:textId="77777777" w:rsidR="00A119B5" w:rsidRDefault="00A119B5" w:rsidP="00311413">
            <w:pPr>
              <w:jc w:val="center"/>
            </w:pPr>
            <w:r>
              <w:rPr>
                <w:noProof/>
              </w:rPr>
              <w:lastRenderedPageBreak/>
              <w:drawing>
                <wp:inline distT="0" distB="0" distL="0" distR="0" wp14:anchorId="5793BF78" wp14:editId="635150B5">
                  <wp:extent cx="1097280" cy="1125560"/>
                  <wp:effectExtent l="0" t="0" r="0" b="0"/>
                  <wp:docPr id="520604856" name="Picture 520604856" descr="HIGH SCHOOLS REGI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04856" name="Picture 520604856" descr="HIGH SCHOOLS REGIO&#10;&#10;AI-generated content may be incorrect."/>
                          <pic:cNvPicPr/>
                        </pic:nvPicPr>
                        <pic:blipFill>
                          <a:blip r:embed="rId8"/>
                          <a:stretch>
                            <a:fillRect/>
                          </a:stretch>
                        </pic:blipFill>
                        <pic:spPr>
                          <a:xfrm>
                            <a:off x="0" y="0"/>
                            <a:ext cx="1097280" cy="1125560"/>
                          </a:xfrm>
                          <a:prstGeom prst="rect">
                            <a:avLst/>
                          </a:prstGeom>
                        </pic:spPr>
                      </pic:pic>
                    </a:graphicData>
                  </a:graphic>
                </wp:inline>
              </w:drawing>
            </w:r>
          </w:p>
        </w:tc>
        <w:tc>
          <w:tcPr>
            <w:tcW w:w="8537" w:type="dxa"/>
            <w:shd w:val="clear" w:color="auto" w:fill="9E8A43"/>
            <w:tcMar>
              <w:top w:w="110" w:type="dxa"/>
              <w:left w:w="110" w:type="dxa"/>
              <w:bottom w:w="110" w:type="dxa"/>
              <w:right w:w="110" w:type="dxa"/>
            </w:tcMar>
          </w:tcPr>
          <w:p w14:paraId="13EA7B81" w14:textId="77777777" w:rsidR="00A119B5" w:rsidRDefault="00A119B5" w:rsidP="00311413">
            <w:pPr>
              <w:spacing w:after="0" w:line="240" w:lineRule="auto"/>
            </w:pPr>
            <w:r>
              <w:rPr>
                <w:rFonts w:ascii="Arial" w:hAnsi="Arial"/>
                <w:b/>
                <w:color w:val="FFFFFF"/>
                <w:sz w:val="38"/>
              </w:rPr>
              <w:t>WORK EXPERIENCE 12A (WEX12A)</w:t>
            </w:r>
          </w:p>
          <w:p w14:paraId="2590D1A4" w14:textId="77777777" w:rsidR="00A119B5" w:rsidRDefault="00A119B5" w:rsidP="00311413">
            <w:pPr>
              <w:spacing w:after="0" w:line="240" w:lineRule="auto"/>
            </w:pPr>
            <w:r>
              <w:rPr>
                <w:rFonts w:ascii="Arial" w:hAnsi="Arial"/>
                <w:b/>
                <w:color w:val="FFFFFF"/>
                <w:sz w:val="38"/>
              </w:rPr>
              <w:t>COURSE APPLICATION</w:t>
            </w:r>
          </w:p>
          <w:p w14:paraId="3FC748E2" w14:textId="52F846F5" w:rsidR="00A119B5" w:rsidRDefault="00A119B5" w:rsidP="00311413">
            <w:pPr>
              <w:spacing w:before="80" w:after="0" w:line="240" w:lineRule="auto"/>
            </w:pPr>
            <w:r>
              <w:rPr>
                <w:rFonts w:ascii="Arial" w:hAnsi="Arial"/>
                <w:color w:val="FFFFFF"/>
                <w:sz w:val="19"/>
              </w:rPr>
              <w:t xml:space="preserve">Student Application Package </w:t>
            </w:r>
            <w:r w:rsidR="000B1F1F">
              <w:rPr>
                <w:rFonts w:ascii="Arial" w:hAnsi="Arial"/>
                <w:color w:val="FFFFFF"/>
                <w:sz w:val="19"/>
              </w:rPr>
              <w:t>–</w:t>
            </w:r>
            <w:r>
              <w:rPr>
                <w:rFonts w:ascii="Arial" w:hAnsi="Arial"/>
                <w:color w:val="FFFFFF"/>
                <w:sz w:val="19"/>
              </w:rPr>
              <w:t xml:space="preserve"> </w:t>
            </w:r>
            <w:r w:rsidR="000B1F1F" w:rsidRPr="001724C2">
              <w:rPr>
                <w:rFonts w:ascii="Arial" w:hAnsi="Arial"/>
                <w:b/>
                <w:bCs/>
                <w:color w:val="FFFFFF"/>
                <w:sz w:val="19"/>
              </w:rPr>
              <w:t>2026-2027</w:t>
            </w:r>
          </w:p>
        </w:tc>
      </w:tr>
    </w:tbl>
    <w:p w14:paraId="2461E93D" w14:textId="0B622DF0" w:rsidR="00A119B5" w:rsidRDefault="00A119B5">
      <w:pPr>
        <w:spacing w:after="100" w:line="247" w:lineRule="auto"/>
        <w:rPr>
          <w:color w:val="333333"/>
          <w:sz w:val="18"/>
        </w:rPr>
      </w:pPr>
    </w:p>
    <w:p w14:paraId="615EE553" w14:textId="77777777" w:rsidR="00A119B5" w:rsidRDefault="00A119B5">
      <w:pPr>
        <w:spacing w:after="100" w:line="247" w:lineRule="auto"/>
        <w:rPr>
          <w:color w:val="333333"/>
          <w:sz w:val="18"/>
        </w:rPr>
      </w:pPr>
    </w:p>
    <w:p w14:paraId="6554D82B" w14:textId="17B7F01B" w:rsidR="000060B5" w:rsidRDefault="00CD28FE">
      <w:pPr>
        <w:spacing w:after="100" w:line="247" w:lineRule="auto"/>
        <w:rPr>
          <w:rFonts w:ascii="Arial" w:hAnsi="Arial"/>
          <w:color w:val="333333"/>
          <w:sz w:val="18"/>
        </w:rPr>
      </w:pPr>
      <w:r>
        <w:rPr>
          <w:rFonts w:ascii="Arial" w:hAnsi="Arial"/>
          <w:color w:val="333333"/>
          <w:sz w:val="18"/>
        </w:rPr>
        <w:t>Work Experience is designed to prepare students for the transition from secondary school to the world of work or further training and education. It provides opportunities to connect classroom learning with workplace knowledge and skills, practise employability skills and attitudes, explore possible careers, and develop self-reliance, self-direction, teamwork and confidence.</w:t>
      </w:r>
    </w:p>
    <w:p w14:paraId="1F6E9879" w14:textId="77777777" w:rsidR="0025061A" w:rsidRDefault="0025061A">
      <w:pPr>
        <w:spacing w:after="100" w:line="247" w:lineRule="auto"/>
      </w:pPr>
    </w:p>
    <w:tbl>
      <w:tblPr>
        <w:tblW w:w="0" w:type="auto"/>
        <w:jc w:val="center"/>
        <w:tblLayout w:type="fixed"/>
        <w:tblLook w:val="04A0" w:firstRow="1" w:lastRow="0" w:firstColumn="1" w:lastColumn="0" w:noHBand="0" w:noVBand="1"/>
      </w:tblPr>
      <w:tblGrid>
        <w:gridCol w:w="10656"/>
      </w:tblGrid>
      <w:tr w:rsidR="000060B5" w14:paraId="2C2CB6F3" w14:textId="77777777">
        <w:trPr>
          <w:jc w:val="center"/>
        </w:trPr>
        <w:tc>
          <w:tcPr>
            <w:tcW w:w="10656" w:type="dxa"/>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02F5D659" w14:textId="77777777" w:rsidR="000060B5" w:rsidRDefault="00CD28FE">
            <w:pPr>
              <w:spacing w:after="0" w:line="240" w:lineRule="auto"/>
            </w:pPr>
            <w:r>
              <w:rPr>
                <w:rFonts w:ascii="Arial" w:hAnsi="Arial"/>
                <w:b/>
                <w:color w:val="333333"/>
                <w:sz w:val="24"/>
              </w:rPr>
              <w:t>1. COURSE INFORMATION</w:t>
            </w:r>
          </w:p>
        </w:tc>
      </w:tr>
    </w:tbl>
    <w:p w14:paraId="4A735EF9" w14:textId="77777777" w:rsidR="000060B5" w:rsidRDefault="000060B5">
      <w:pPr>
        <w:spacing w:after="0"/>
      </w:pPr>
    </w:p>
    <w:tbl>
      <w:tblPr>
        <w:tblW w:w="10656" w:type="dxa"/>
        <w:jc w:val="center"/>
        <w:tblLayout w:type="fixed"/>
        <w:tblLook w:val="04A0" w:firstRow="1" w:lastRow="0" w:firstColumn="1" w:lastColumn="0" w:noHBand="0" w:noVBand="1"/>
      </w:tblPr>
      <w:tblGrid>
        <w:gridCol w:w="2664"/>
        <w:gridCol w:w="2664"/>
        <w:gridCol w:w="2037"/>
        <w:gridCol w:w="3291"/>
      </w:tblGrid>
      <w:tr w:rsidR="000060B5" w14:paraId="66BB1EFD" w14:textId="77777777" w:rsidTr="00D11DEB">
        <w:trPr>
          <w:jc w:val="center"/>
        </w:trPr>
        <w:tc>
          <w:tcPr>
            <w:tcW w:w="2664" w:type="dxa"/>
            <w:tcBorders>
              <w:top w:val="single" w:sz="5" w:space="0" w:color="777777"/>
              <w:left w:val="single" w:sz="5" w:space="0" w:color="777777"/>
              <w:bottom w:val="single" w:sz="5" w:space="0" w:color="777777"/>
              <w:right w:val="single" w:sz="5" w:space="0" w:color="777777"/>
            </w:tcBorders>
            <w:shd w:val="clear" w:color="auto" w:fill="D9D9D9"/>
            <w:tcMar>
              <w:top w:w="55" w:type="dxa"/>
              <w:left w:w="55" w:type="dxa"/>
              <w:bottom w:w="55" w:type="dxa"/>
              <w:right w:w="55" w:type="dxa"/>
            </w:tcMar>
            <w:vAlign w:val="center"/>
          </w:tcPr>
          <w:p w14:paraId="470F4701" w14:textId="77777777" w:rsidR="000060B5" w:rsidRDefault="00CD28FE">
            <w:pPr>
              <w:spacing w:after="0" w:line="240" w:lineRule="auto"/>
              <w:jc w:val="center"/>
            </w:pPr>
            <w:r>
              <w:rPr>
                <w:rFonts w:ascii="Arial" w:hAnsi="Arial"/>
                <w:b/>
                <w:color w:val="333333"/>
                <w:sz w:val="18"/>
              </w:rPr>
              <w:t>COURSE</w:t>
            </w:r>
          </w:p>
        </w:tc>
        <w:tc>
          <w:tcPr>
            <w:tcW w:w="2664" w:type="dxa"/>
            <w:tcBorders>
              <w:top w:val="single" w:sz="5" w:space="0" w:color="777777"/>
              <w:left w:val="single" w:sz="5" w:space="0" w:color="777777"/>
              <w:bottom w:val="single" w:sz="5" w:space="0" w:color="777777"/>
              <w:right w:val="single" w:sz="5" w:space="0" w:color="777777"/>
            </w:tcBorders>
            <w:shd w:val="clear" w:color="auto" w:fill="D9D9D9"/>
            <w:tcMar>
              <w:top w:w="55" w:type="dxa"/>
              <w:left w:w="55" w:type="dxa"/>
              <w:bottom w:w="55" w:type="dxa"/>
              <w:right w:w="55" w:type="dxa"/>
            </w:tcMar>
            <w:vAlign w:val="center"/>
          </w:tcPr>
          <w:p w14:paraId="3023D552" w14:textId="77777777" w:rsidR="000060B5" w:rsidRDefault="00CD28FE">
            <w:pPr>
              <w:spacing w:after="0" w:line="240" w:lineRule="auto"/>
              <w:jc w:val="center"/>
            </w:pPr>
            <w:r>
              <w:rPr>
                <w:rFonts w:ascii="Arial" w:hAnsi="Arial"/>
                <w:b/>
                <w:color w:val="333333"/>
                <w:sz w:val="18"/>
              </w:rPr>
              <w:t>CREDITS</w:t>
            </w:r>
          </w:p>
        </w:tc>
        <w:tc>
          <w:tcPr>
            <w:tcW w:w="2037" w:type="dxa"/>
            <w:tcBorders>
              <w:top w:val="single" w:sz="5" w:space="0" w:color="777777"/>
              <w:left w:val="single" w:sz="5" w:space="0" w:color="777777"/>
              <w:bottom w:val="single" w:sz="5" w:space="0" w:color="777777"/>
              <w:right w:val="single" w:sz="5" w:space="0" w:color="777777"/>
            </w:tcBorders>
            <w:shd w:val="clear" w:color="auto" w:fill="D9D9D9"/>
            <w:tcMar>
              <w:top w:w="55" w:type="dxa"/>
              <w:left w:w="55" w:type="dxa"/>
              <w:bottom w:w="55" w:type="dxa"/>
              <w:right w:w="55" w:type="dxa"/>
            </w:tcMar>
            <w:vAlign w:val="center"/>
          </w:tcPr>
          <w:p w14:paraId="69BB6A1A" w14:textId="77777777" w:rsidR="000060B5" w:rsidRDefault="00CD28FE">
            <w:pPr>
              <w:spacing w:after="0" w:line="240" w:lineRule="auto"/>
              <w:jc w:val="center"/>
            </w:pPr>
            <w:r>
              <w:rPr>
                <w:rFonts w:ascii="Arial" w:hAnsi="Arial"/>
                <w:b/>
                <w:color w:val="333333"/>
                <w:sz w:val="18"/>
              </w:rPr>
              <w:t>GRADE</w:t>
            </w:r>
          </w:p>
        </w:tc>
        <w:tc>
          <w:tcPr>
            <w:tcW w:w="3291" w:type="dxa"/>
            <w:tcBorders>
              <w:top w:val="single" w:sz="5" w:space="0" w:color="777777"/>
              <w:left w:val="single" w:sz="5" w:space="0" w:color="777777"/>
              <w:bottom w:val="single" w:sz="5" w:space="0" w:color="777777"/>
              <w:right w:val="single" w:sz="5" w:space="0" w:color="777777"/>
            </w:tcBorders>
            <w:shd w:val="clear" w:color="auto" w:fill="D9D9D9"/>
            <w:tcMar>
              <w:top w:w="55" w:type="dxa"/>
              <w:left w:w="55" w:type="dxa"/>
              <w:bottom w:w="55" w:type="dxa"/>
              <w:right w:w="55" w:type="dxa"/>
            </w:tcMar>
            <w:vAlign w:val="center"/>
          </w:tcPr>
          <w:p w14:paraId="55E253F1" w14:textId="77777777" w:rsidR="000060B5" w:rsidRDefault="00CD28FE">
            <w:pPr>
              <w:spacing w:after="0" w:line="240" w:lineRule="auto"/>
              <w:jc w:val="center"/>
            </w:pPr>
            <w:r>
              <w:rPr>
                <w:rFonts w:ascii="Arial" w:hAnsi="Arial"/>
                <w:b/>
                <w:color w:val="333333"/>
                <w:sz w:val="18"/>
              </w:rPr>
              <w:t>REQUIREMENTS</w:t>
            </w:r>
          </w:p>
        </w:tc>
      </w:tr>
      <w:tr w:rsidR="000060B5" w14:paraId="32129ED6" w14:textId="77777777" w:rsidTr="00D11DEB">
        <w:trPr>
          <w:jc w:val="center"/>
        </w:trPr>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3A0B2F7" w14:textId="77777777" w:rsidR="000060B5" w:rsidRDefault="00CD28FE">
            <w:pPr>
              <w:spacing w:after="0" w:line="240" w:lineRule="auto"/>
              <w:jc w:val="center"/>
            </w:pPr>
            <w:r>
              <w:rPr>
                <w:rFonts w:ascii="Arial" w:hAnsi="Arial"/>
                <w:color w:val="333333"/>
                <w:sz w:val="18"/>
              </w:rPr>
              <w:t>WEX12A</w:t>
            </w:r>
          </w:p>
        </w:tc>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6FE8C84" w14:textId="77777777" w:rsidR="000060B5" w:rsidRDefault="00CD28FE">
            <w:pPr>
              <w:spacing w:after="0" w:line="240" w:lineRule="auto"/>
              <w:jc w:val="center"/>
            </w:pPr>
            <w:r>
              <w:rPr>
                <w:rFonts w:ascii="Arial" w:hAnsi="Arial"/>
                <w:color w:val="333333"/>
                <w:sz w:val="18"/>
              </w:rPr>
              <w:t>4</w:t>
            </w:r>
          </w:p>
        </w:tc>
        <w:tc>
          <w:tcPr>
            <w:tcW w:w="2037"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E61752D" w14:textId="77777777" w:rsidR="000060B5" w:rsidRDefault="00CD28FE">
            <w:pPr>
              <w:spacing w:after="0" w:line="240" w:lineRule="auto"/>
              <w:jc w:val="center"/>
            </w:pPr>
            <w:r>
              <w:rPr>
                <w:rFonts w:ascii="Arial" w:hAnsi="Arial"/>
                <w:color w:val="333333"/>
                <w:sz w:val="18"/>
              </w:rPr>
              <w:t>Grades 11-12</w:t>
            </w:r>
          </w:p>
        </w:tc>
        <w:tc>
          <w:tcPr>
            <w:tcW w:w="329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BD9154A" w14:textId="3823FC5D" w:rsidR="000060B5" w:rsidRDefault="00CD28FE">
            <w:pPr>
              <w:spacing w:after="0" w:line="240" w:lineRule="auto"/>
              <w:jc w:val="center"/>
            </w:pPr>
            <w:r>
              <w:rPr>
                <w:rFonts w:ascii="Arial" w:hAnsi="Arial"/>
                <w:color w:val="333333"/>
                <w:sz w:val="18"/>
              </w:rPr>
              <w:t>100</w:t>
            </w:r>
            <w:r w:rsidR="00D11DEB">
              <w:rPr>
                <w:rFonts w:ascii="Arial" w:hAnsi="Arial"/>
                <w:color w:val="333333"/>
                <w:sz w:val="18"/>
              </w:rPr>
              <w:t xml:space="preserve">-120 </w:t>
            </w:r>
            <w:r>
              <w:rPr>
                <w:rFonts w:ascii="Arial" w:hAnsi="Arial"/>
                <w:color w:val="333333"/>
                <w:sz w:val="18"/>
              </w:rPr>
              <w:t>hours of Work Experience</w:t>
            </w:r>
          </w:p>
        </w:tc>
      </w:tr>
      <w:tr w:rsidR="000060B5" w14:paraId="1427EEFF" w14:textId="77777777" w:rsidTr="00D11DEB">
        <w:trPr>
          <w:jc w:val="center"/>
        </w:trPr>
        <w:tc>
          <w:tcPr>
            <w:tcW w:w="10656" w:type="dxa"/>
            <w:gridSpan w:val="4"/>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0F644140" w14:textId="77777777" w:rsidR="000060B5" w:rsidRDefault="00CD28FE">
            <w:pPr>
              <w:spacing w:after="0" w:line="240" w:lineRule="auto"/>
            </w:pPr>
            <w:r>
              <w:rPr>
                <w:rFonts w:ascii="Arial" w:hAnsi="Arial"/>
                <w:b/>
                <w:color w:val="333333"/>
                <w:sz w:val="24"/>
              </w:rPr>
              <w:t>2. REQUIREMENTS FOR PROGRAM ADMISSION</w:t>
            </w:r>
          </w:p>
        </w:tc>
      </w:tr>
    </w:tbl>
    <w:p w14:paraId="5B086FB2" w14:textId="77777777" w:rsidR="000060B5" w:rsidRDefault="000060B5">
      <w:pPr>
        <w:spacing w:after="0"/>
      </w:pPr>
    </w:p>
    <w:tbl>
      <w:tblPr>
        <w:tblW w:w="10656" w:type="dxa"/>
        <w:jc w:val="center"/>
        <w:tblLayout w:type="fixed"/>
        <w:tblLook w:val="04A0" w:firstRow="1" w:lastRow="0" w:firstColumn="1" w:lastColumn="0" w:noHBand="0" w:noVBand="1"/>
      </w:tblPr>
      <w:tblGrid>
        <w:gridCol w:w="2688"/>
        <w:gridCol w:w="7968"/>
      </w:tblGrid>
      <w:tr w:rsidR="000060B5" w14:paraId="6A55EE6A" w14:textId="77777777" w:rsidTr="00D11DEB">
        <w:trPr>
          <w:jc w:val="center"/>
        </w:trPr>
        <w:sdt>
          <w:sdtPr>
            <w:id w:val="624585287"/>
            <w:lock w:val="sdtLocked"/>
            <w14:checkbox>
              <w14:checked w14:val="0"/>
              <w14:checkedState w14:val="2612" w14:font="MS Gothic"/>
              <w14:uncheckedState w14:val="2610" w14:font="MS Gothic"/>
            </w14:checkbox>
          </w:sdtPr>
          <w:sdtEndPr/>
          <w:sdtContent>
            <w:tc>
              <w:tcPr>
                <w:tcW w:w="268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DB1EF4E" w14:textId="4523534D" w:rsidR="000060B5" w:rsidRDefault="00964E91">
                <w:pPr>
                  <w:spacing w:after="0" w:line="240" w:lineRule="auto"/>
                  <w:jc w:val="center"/>
                </w:pPr>
                <w:r>
                  <w:rPr>
                    <w:rFonts w:ascii="MS Gothic" w:eastAsia="MS Gothic" w:hAnsi="MS Gothic" w:hint="eastAsia"/>
                  </w:rPr>
                  <w:t>☐</w:t>
                </w:r>
              </w:p>
            </w:tc>
          </w:sdtContent>
        </w:sdt>
        <w:tc>
          <w:tcPr>
            <w:tcW w:w="796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E3675E6" w14:textId="52190F59" w:rsidR="000060B5" w:rsidRDefault="00CD28FE">
            <w:pPr>
              <w:spacing w:after="0" w:line="240" w:lineRule="auto"/>
            </w:pPr>
            <w:r>
              <w:rPr>
                <w:rFonts w:ascii="Arial" w:hAnsi="Arial"/>
                <w:color w:val="333333"/>
                <w:sz w:val="18"/>
              </w:rPr>
              <w:t>Student is 1</w:t>
            </w:r>
            <w:r w:rsidR="00964E91">
              <w:rPr>
                <w:color w:val="333333"/>
                <w:sz w:val="18"/>
              </w:rPr>
              <w:t>4</w:t>
            </w:r>
            <w:r>
              <w:rPr>
                <w:rFonts w:ascii="Arial" w:hAnsi="Arial"/>
                <w:color w:val="333333"/>
                <w:sz w:val="18"/>
              </w:rPr>
              <w:t xml:space="preserve"> years of age or older and attend</w:t>
            </w:r>
            <w:r w:rsidR="00A5056C">
              <w:rPr>
                <w:rFonts w:ascii="Arial" w:hAnsi="Arial"/>
                <w:color w:val="333333"/>
                <w:sz w:val="18"/>
              </w:rPr>
              <w:t>s</w:t>
            </w:r>
            <w:r w:rsidR="00964E91">
              <w:rPr>
                <w:color w:val="333333"/>
                <w:sz w:val="18"/>
              </w:rPr>
              <w:t xml:space="preserve"> Immaculata Regional</w:t>
            </w:r>
            <w:r>
              <w:rPr>
                <w:rFonts w:ascii="Arial" w:hAnsi="Arial"/>
                <w:color w:val="333333"/>
                <w:sz w:val="18"/>
              </w:rPr>
              <w:t xml:space="preserve"> </w:t>
            </w:r>
            <w:r w:rsidR="00964E91">
              <w:rPr>
                <w:color w:val="333333"/>
                <w:sz w:val="18"/>
              </w:rPr>
              <w:t>H</w:t>
            </w:r>
            <w:r>
              <w:rPr>
                <w:rFonts w:ascii="Arial" w:hAnsi="Arial"/>
                <w:color w:val="333333"/>
                <w:sz w:val="18"/>
              </w:rPr>
              <w:t xml:space="preserve">igh </w:t>
            </w:r>
            <w:r w:rsidR="00964E91">
              <w:rPr>
                <w:color w:val="333333"/>
                <w:sz w:val="18"/>
              </w:rPr>
              <w:t>S</w:t>
            </w:r>
            <w:r>
              <w:rPr>
                <w:rFonts w:ascii="Arial" w:hAnsi="Arial"/>
                <w:color w:val="333333"/>
                <w:sz w:val="18"/>
              </w:rPr>
              <w:t>chool.</w:t>
            </w:r>
          </w:p>
        </w:tc>
      </w:tr>
      <w:tr w:rsidR="000060B5" w14:paraId="6CF56B7B" w14:textId="77777777" w:rsidTr="00D11DEB">
        <w:trPr>
          <w:jc w:val="center"/>
        </w:trPr>
        <w:sdt>
          <w:sdtPr>
            <w:id w:val="316775551"/>
            <w:lock w:val="sdtLocked"/>
            <w14:checkbox>
              <w14:checked w14:val="0"/>
              <w14:checkedState w14:val="2612" w14:font="MS Gothic"/>
              <w14:uncheckedState w14:val="2610" w14:font="MS Gothic"/>
            </w14:checkbox>
          </w:sdtPr>
          <w:sdtEndPr/>
          <w:sdtContent>
            <w:tc>
              <w:tcPr>
                <w:tcW w:w="268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DA84DFE" w14:textId="0EB2179A" w:rsidR="000060B5" w:rsidRDefault="00964E91">
                <w:pPr>
                  <w:spacing w:after="0" w:line="240" w:lineRule="auto"/>
                  <w:jc w:val="center"/>
                </w:pPr>
                <w:r>
                  <w:rPr>
                    <w:rFonts w:ascii="MS Gothic" w:eastAsia="MS Gothic" w:hAnsi="MS Gothic" w:hint="eastAsia"/>
                  </w:rPr>
                  <w:t>☐</w:t>
                </w:r>
              </w:p>
            </w:tc>
          </w:sdtContent>
        </w:sdt>
        <w:tc>
          <w:tcPr>
            <w:tcW w:w="796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CC50248" w14:textId="6363C140" w:rsidR="000060B5" w:rsidRDefault="00CD28FE">
            <w:pPr>
              <w:spacing w:after="0" w:line="240" w:lineRule="auto"/>
            </w:pPr>
            <w:r>
              <w:rPr>
                <w:rFonts w:ascii="Arial" w:hAnsi="Arial"/>
                <w:color w:val="333333"/>
                <w:sz w:val="18"/>
              </w:rPr>
              <w:t>Student is willing to complete 100</w:t>
            </w:r>
            <w:r w:rsidR="00731F5F">
              <w:rPr>
                <w:rFonts w:ascii="Arial" w:hAnsi="Arial"/>
                <w:color w:val="333333"/>
                <w:sz w:val="18"/>
              </w:rPr>
              <w:t xml:space="preserve"> </w:t>
            </w:r>
            <w:r w:rsidR="00C46F59">
              <w:rPr>
                <w:rFonts w:ascii="Arial" w:hAnsi="Arial"/>
                <w:color w:val="333333"/>
                <w:sz w:val="18"/>
              </w:rPr>
              <w:t>–</w:t>
            </w:r>
            <w:r w:rsidR="00BB603D">
              <w:rPr>
                <w:rFonts w:ascii="Arial" w:hAnsi="Arial"/>
                <w:color w:val="333333"/>
                <w:sz w:val="18"/>
              </w:rPr>
              <w:t xml:space="preserve"> 120</w:t>
            </w:r>
            <w:r>
              <w:rPr>
                <w:rFonts w:ascii="Arial" w:hAnsi="Arial"/>
                <w:color w:val="333333"/>
                <w:sz w:val="18"/>
              </w:rPr>
              <w:t xml:space="preserve"> hours of paid or unpaid Work Experience.</w:t>
            </w:r>
          </w:p>
        </w:tc>
      </w:tr>
      <w:tr w:rsidR="000060B5" w14:paraId="67426DD1" w14:textId="77777777" w:rsidTr="00D11DEB">
        <w:trPr>
          <w:jc w:val="center"/>
        </w:trPr>
        <w:sdt>
          <w:sdtPr>
            <w:id w:val="-1402590368"/>
            <w:lock w:val="sdtLocked"/>
            <w14:checkbox>
              <w14:checked w14:val="0"/>
              <w14:checkedState w14:val="2612" w14:font="MS Gothic"/>
              <w14:uncheckedState w14:val="2610" w14:font="MS Gothic"/>
            </w14:checkbox>
          </w:sdtPr>
          <w:sdtEndPr/>
          <w:sdtContent>
            <w:tc>
              <w:tcPr>
                <w:tcW w:w="268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E293A08" w14:textId="211CAA10" w:rsidR="000060B5" w:rsidRDefault="00964E91">
                <w:pPr>
                  <w:spacing w:after="0" w:line="240" w:lineRule="auto"/>
                  <w:jc w:val="center"/>
                </w:pPr>
                <w:r>
                  <w:rPr>
                    <w:rFonts w:ascii="MS Gothic" w:eastAsia="MS Gothic" w:hAnsi="MS Gothic" w:hint="eastAsia"/>
                  </w:rPr>
                  <w:t>☐</w:t>
                </w:r>
              </w:p>
            </w:tc>
          </w:sdtContent>
        </w:sdt>
        <w:tc>
          <w:tcPr>
            <w:tcW w:w="796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EA4118F" w14:textId="77777777" w:rsidR="000060B5" w:rsidRDefault="00CD28FE">
            <w:pPr>
              <w:spacing w:after="0" w:line="240" w:lineRule="auto"/>
            </w:pPr>
            <w:r>
              <w:rPr>
                <w:rFonts w:ascii="Arial" w:hAnsi="Arial"/>
                <w:color w:val="333333"/>
                <w:sz w:val="18"/>
              </w:rPr>
              <w:t>Application package is complete and includes parent/guardian signatures.</w:t>
            </w:r>
          </w:p>
        </w:tc>
      </w:tr>
      <w:tr w:rsidR="000060B5" w14:paraId="4D7C30B0" w14:textId="77777777" w:rsidTr="00D11DEB">
        <w:trPr>
          <w:jc w:val="center"/>
        </w:trPr>
        <w:sdt>
          <w:sdtPr>
            <w:id w:val="-1664240138"/>
            <w:lock w:val="sdtLocked"/>
            <w14:checkbox>
              <w14:checked w14:val="0"/>
              <w14:checkedState w14:val="2612" w14:font="MS Gothic"/>
              <w14:uncheckedState w14:val="2610" w14:font="MS Gothic"/>
            </w14:checkbox>
          </w:sdtPr>
          <w:sdtEndPr/>
          <w:sdtContent>
            <w:tc>
              <w:tcPr>
                <w:tcW w:w="268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A7BE714" w14:textId="082EA9F9" w:rsidR="000060B5" w:rsidRDefault="00964E91">
                <w:pPr>
                  <w:spacing w:after="0" w:line="240" w:lineRule="auto"/>
                  <w:jc w:val="center"/>
                </w:pPr>
                <w:r>
                  <w:rPr>
                    <w:rFonts w:ascii="MS Gothic" w:eastAsia="MS Gothic" w:hAnsi="MS Gothic" w:hint="eastAsia"/>
                  </w:rPr>
                  <w:t>☐</w:t>
                </w:r>
              </w:p>
            </w:tc>
          </w:sdtContent>
        </w:sdt>
        <w:tc>
          <w:tcPr>
            <w:tcW w:w="796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E5CE9A4" w14:textId="3EC82A1B" w:rsidR="00CB6358" w:rsidRPr="00CB6358" w:rsidRDefault="00CD28FE">
            <w:pPr>
              <w:spacing w:after="0" w:line="240" w:lineRule="auto"/>
              <w:rPr>
                <w:rFonts w:ascii="Arial" w:hAnsi="Arial"/>
                <w:color w:val="333333"/>
                <w:sz w:val="18"/>
              </w:rPr>
            </w:pPr>
            <w:r>
              <w:rPr>
                <w:rFonts w:ascii="Arial" w:hAnsi="Arial"/>
                <w:color w:val="333333"/>
                <w:sz w:val="18"/>
              </w:rPr>
              <w:t>All documentation will be returned, including self-reflections, training plans, placement agreements, term reports and the work-based training record.</w:t>
            </w:r>
          </w:p>
        </w:tc>
      </w:tr>
      <w:tr w:rsidR="00CB6358" w14:paraId="269518C3" w14:textId="77777777" w:rsidTr="00D11DEB">
        <w:trPr>
          <w:jc w:val="center"/>
        </w:trPr>
        <w:sdt>
          <w:sdtPr>
            <w:id w:val="934096855"/>
            <w:lock w:val="sdtLocked"/>
            <w14:checkbox>
              <w14:checked w14:val="0"/>
              <w14:checkedState w14:val="2612" w14:font="MS Gothic"/>
              <w14:uncheckedState w14:val="2610" w14:font="MS Gothic"/>
            </w14:checkbox>
          </w:sdtPr>
          <w:sdtEndPr/>
          <w:sdtContent>
            <w:tc>
              <w:tcPr>
                <w:tcW w:w="268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6CD5834" w14:textId="5285C706" w:rsidR="00CB6358" w:rsidRDefault="00CB6358" w:rsidP="00CB6358">
                <w:pPr>
                  <w:spacing w:after="0" w:line="240" w:lineRule="auto"/>
                  <w:jc w:val="center"/>
                </w:pPr>
                <w:r>
                  <w:rPr>
                    <w:rFonts w:ascii="MS Gothic" w:eastAsia="MS Gothic" w:hAnsi="MS Gothic" w:hint="eastAsia"/>
                  </w:rPr>
                  <w:t>☐</w:t>
                </w:r>
              </w:p>
            </w:tc>
          </w:sdtContent>
        </w:sdt>
        <w:tc>
          <w:tcPr>
            <w:tcW w:w="796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EBD7DEF" w14:textId="2D8240A3" w:rsidR="00CB6358" w:rsidRDefault="00CB6358" w:rsidP="00CB6358">
            <w:pPr>
              <w:spacing w:after="0" w:line="240" w:lineRule="auto"/>
              <w:rPr>
                <w:rFonts w:ascii="Arial" w:hAnsi="Arial"/>
                <w:color w:val="333333"/>
                <w:sz w:val="18"/>
              </w:rPr>
            </w:pPr>
            <w:r>
              <w:rPr>
                <w:rFonts w:ascii="Arial" w:hAnsi="Arial"/>
                <w:color w:val="333333"/>
                <w:sz w:val="18"/>
              </w:rPr>
              <w:t>Prepare your resume and cover letter.</w:t>
            </w:r>
          </w:p>
        </w:tc>
      </w:tr>
      <w:tr w:rsidR="00CB6358" w14:paraId="07B2AFCD" w14:textId="77777777" w:rsidTr="00D11DEB">
        <w:trPr>
          <w:jc w:val="center"/>
        </w:trPr>
        <w:sdt>
          <w:sdtPr>
            <w:id w:val="1164357617"/>
            <w:lock w:val="sdtLocked"/>
            <w14:checkbox>
              <w14:checked w14:val="0"/>
              <w14:checkedState w14:val="2612" w14:font="MS Gothic"/>
              <w14:uncheckedState w14:val="2610" w14:font="MS Gothic"/>
            </w14:checkbox>
          </w:sdtPr>
          <w:sdtEndPr/>
          <w:sdtContent>
            <w:tc>
              <w:tcPr>
                <w:tcW w:w="268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3C60B231" w14:textId="04372421" w:rsidR="00CB6358" w:rsidRDefault="00CB6358">
                <w:pPr>
                  <w:spacing w:after="0" w:line="240" w:lineRule="auto"/>
                  <w:jc w:val="center"/>
                </w:pPr>
                <w:r>
                  <w:rPr>
                    <w:rFonts w:ascii="MS Gothic" w:eastAsia="MS Gothic" w:hAnsi="MS Gothic" w:hint="eastAsia"/>
                  </w:rPr>
                  <w:t>☐</w:t>
                </w:r>
              </w:p>
            </w:tc>
          </w:sdtContent>
        </w:sdt>
        <w:tc>
          <w:tcPr>
            <w:tcW w:w="796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4A0CBAE" w14:textId="7B44ECC3" w:rsidR="00CB6358" w:rsidRDefault="00CB6358">
            <w:pPr>
              <w:spacing w:after="0" w:line="240" w:lineRule="auto"/>
              <w:rPr>
                <w:rFonts w:ascii="Arial" w:hAnsi="Arial"/>
                <w:color w:val="333333"/>
                <w:sz w:val="18"/>
              </w:rPr>
            </w:pPr>
            <w:r>
              <w:rPr>
                <w:rFonts w:ascii="Arial" w:hAnsi="Arial"/>
                <w:color w:val="333333"/>
                <w:sz w:val="18"/>
              </w:rPr>
              <w:t>Complete the Workplace Safety Assignment.</w:t>
            </w:r>
          </w:p>
        </w:tc>
      </w:tr>
      <w:tr w:rsidR="00CB6358" w14:paraId="50BFADA1" w14:textId="77777777" w:rsidTr="00D11DEB">
        <w:trPr>
          <w:jc w:val="center"/>
        </w:trPr>
        <w:sdt>
          <w:sdtPr>
            <w:id w:val="1453133847"/>
            <w:lock w:val="sdtLocked"/>
            <w14:checkbox>
              <w14:checked w14:val="0"/>
              <w14:checkedState w14:val="2612" w14:font="MS Gothic"/>
              <w14:uncheckedState w14:val="2610" w14:font="MS Gothic"/>
            </w14:checkbox>
          </w:sdtPr>
          <w:sdtEndPr/>
          <w:sdtContent>
            <w:tc>
              <w:tcPr>
                <w:tcW w:w="268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0FB9FDE" w14:textId="4F979F4E" w:rsidR="00CB6358" w:rsidRDefault="00CB6358">
                <w:pPr>
                  <w:spacing w:after="0" w:line="240" w:lineRule="auto"/>
                  <w:jc w:val="center"/>
                </w:pPr>
                <w:r>
                  <w:rPr>
                    <w:rFonts w:ascii="MS Gothic" w:eastAsia="MS Gothic" w:hAnsi="MS Gothic" w:hint="eastAsia"/>
                  </w:rPr>
                  <w:t>☐</w:t>
                </w:r>
              </w:p>
            </w:tc>
          </w:sdtContent>
        </w:sdt>
        <w:tc>
          <w:tcPr>
            <w:tcW w:w="796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030F1F8" w14:textId="06C744A3" w:rsidR="00CB6358" w:rsidRDefault="00CB6358">
            <w:pPr>
              <w:spacing w:after="0" w:line="240" w:lineRule="auto"/>
              <w:rPr>
                <w:rFonts w:ascii="Arial" w:hAnsi="Arial"/>
                <w:color w:val="333333"/>
                <w:sz w:val="18"/>
              </w:rPr>
            </w:pPr>
            <w:r>
              <w:rPr>
                <w:rFonts w:ascii="Arial" w:hAnsi="Arial"/>
                <w:color w:val="333333"/>
                <w:sz w:val="18"/>
              </w:rPr>
              <w:t>Submit your application, Workplace Safety Assignment, resume and cover letter ALL TOGETHER to Mrs. Griffin.</w:t>
            </w:r>
          </w:p>
        </w:tc>
      </w:tr>
      <w:tr w:rsidR="000060B5" w14:paraId="21CEFD96" w14:textId="77777777" w:rsidTr="00D11DEB">
        <w:trPr>
          <w:jc w:val="center"/>
        </w:trPr>
        <w:tc>
          <w:tcPr>
            <w:tcW w:w="10656" w:type="dxa"/>
            <w:gridSpan w:val="2"/>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3064B05F" w14:textId="77777777" w:rsidR="000060B5" w:rsidRDefault="00CD28FE">
            <w:pPr>
              <w:spacing w:after="0" w:line="240" w:lineRule="auto"/>
            </w:pPr>
            <w:r>
              <w:rPr>
                <w:rFonts w:ascii="Arial" w:hAnsi="Arial"/>
                <w:b/>
                <w:color w:val="333333"/>
                <w:sz w:val="24"/>
              </w:rPr>
              <w:t>3. STUDENT APPLICATION RECORD</w:t>
            </w:r>
          </w:p>
        </w:tc>
      </w:tr>
    </w:tbl>
    <w:p w14:paraId="1CE32B80" w14:textId="77777777" w:rsidR="000060B5" w:rsidRDefault="000060B5">
      <w:pPr>
        <w:spacing w:after="0"/>
      </w:pPr>
    </w:p>
    <w:tbl>
      <w:tblPr>
        <w:tblW w:w="0" w:type="auto"/>
        <w:jc w:val="center"/>
        <w:tblLayout w:type="fixed"/>
        <w:tblLook w:val="04A0" w:firstRow="1" w:lastRow="0" w:firstColumn="1" w:lastColumn="0" w:noHBand="0" w:noVBand="1"/>
      </w:tblPr>
      <w:tblGrid>
        <w:gridCol w:w="2664"/>
        <w:gridCol w:w="2664"/>
        <w:gridCol w:w="2664"/>
        <w:gridCol w:w="2664"/>
      </w:tblGrid>
      <w:tr w:rsidR="000060B5" w14:paraId="7279F4F6" w14:textId="77777777">
        <w:trPr>
          <w:jc w:val="center"/>
        </w:trPr>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2089654" w14:textId="77777777" w:rsidR="000060B5" w:rsidRDefault="00CD28FE">
            <w:pPr>
              <w:spacing w:after="0" w:line="240" w:lineRule="auto"/>
            </w:pPr>
            <w:r>
              <w:rPr>
                <w:rFonts w:ascii="Arial" w:hAnsi="Arial"/>
                <w:b/>
                <w:color w:val="333333"/>
                <w:sz w:val="17"/>
              </w:rPr>
              <w:t>Student name</w:t>
            </w:r>
          </w:p>
        </w:tc>
        <w:sdt>
          <w:sdtPr>
            <w:rPr>
              <w:sz w:val="20"/>
              <w:szCs w:val="20"/>
            </w:rPr>
            <w:id w:val="-1362896382"/>
            <w:lock w:val="sdtLocked"/>
            <w:placeholder>
              <w:docPart w:val="E0265D68E2D64C9B96C8AE3D0F315241"/>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E7C03A3" w14:textId="4F72ABCD" w:rsidR="000060B5" w:rsidRDefault="00964E91">
                <w:pPr>
                  <w:spacing w:after="0" w:line="240" w:lineRule="auto"/>
                </w:pPr>
                <w:r w:rsidRPr="00174415">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6A44600" w14:textId="633020CE" w:rsidR="000060B5" w:rsidRDefault="00CD28FE">
            <w:pPr>
              <w:spacing w:after="0" w:line="240" w:lineRule="auto"/>
            </w:pPr>
            <w:r>
              <w:rPr>
                <w:rFonts w:ascii="Arial" w:hAnsi="Arial"/>
                <w:b/>
                <w:color w:val="333333"/>
                <w:sz w:val="17"/>
              </w:rPr>
              <w:t xml:space="preserve">Student </w:t>
            </w:r>
            <w:r w:rsidR="00964E91">
              <w:rPr>
                <w:b/>
                <w:color w:val="333333"/>
                <w:sz w:val="17"/>
              </w:rPr>
              <w:t>PEN</w:t>
            </w:r>
            <w:r>
              <w:rPr>
                <w:rFonts w:ascii="Arial" w:hAnsi="Arial"/>
                <w:b/>
                <w:color w:val="333333"/>
                <w:sz w:val="17"/>
              </w:rPr>
              <w:t>#</w:t>
            </w:r>
          </w:p>
        </w:tc>
        <w:sdt>
          <w:sdtPr>
            <w:rPr>
              <w:sz w:val="20"/>
              <w:szCs w:val="20"/>
            </w:rPr>
            <w:id w:val="-501348689"/>
            <w:lock w:val="sdtLocked"/>
            <w:placeholder>
              <w:docPart w:val="E620B43E18E84C71B0379AD88969DB84"/>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471E5A45" w14:textId="58276996" w:rsidR="000060B5" w:rsidRDefault="00964E91">
                <w:pPr>
                  <w:spacing w:after="0" w:line="240" w:lineRule="auto"/>
                </w:pPr>
                <w:r w:rsidRPr="00174415">
                  <w:rPr>
                    <w:rStyle w:val="PlaceholderText"/>
                    <w:sz w:val="20"/>
                    <w:szCs w:val="20"/>
                  </w:rPr>
                  <w:t>Click or tap here to enter text.</w:t>
                </w:r>
              </w:p>
            </w:tc>
          </w:sdtContent>
        </w:sdt>
      </w:tr>
      <w:tr w:rsidR="000060B5" w14:paraId="2816B271" w14:textId="77777777">
        <w:trPr>
          <w:jc w:val="center"/>
        </w:trPr>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BB770C9" w14:textId="77777777" w:rsidR="000060B5" w:rsidRDefault="00CD28FE">
            <w:pPr>
              <w:spacing w:after="0" w:line="240" w:lineRule="auto"/>
            </w:pPr>
            <w:r>
              <w:rPr>
                <w:rFonts w:ascii="Arial" w:hAnsi="Arial"/>
                <w:b/>
                <w:color w:val="333333"/>
                <w:sz w:val="17"/>
              </w:rPr>
              <w:t>Date</w:t>
            </w:r>
          </w:p>
        </w:tc>
        <w:sdt>
          <w:sdtPr>
            <w:id w:val="572475560"/>
            <w:lock w:val="sdtLocked"/>
            <w:placeholder>
              <w:docPart w:val="C06C2CA03E394E8CB8255434923AAF34"/>
            </w:placeholder>
            <w:showingPlcHdr/>
            <w:date>
              <w:dateFormat w:val="yyyy-MM-dd"/>
              <w:lid w:val="en-CA"/>
              <w:storeMappedDataAs w:val="dateTime"/>
              <w:calendar w:val="gregorian"/>
            </w:date>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76EACC1" w14:textId="3F4E5B4E" w:rsidR="000060B5" w:rsidRDefault="00964E91">
                <w:pPr>
                  <w:spacing w:after="0" w:line="240" w:lineRule="auto"/>
                </w:pPr>
                <w:r w:rsidRPr="00174415">
                  <w:rPr>
                    <w:rStyle w:val="PlaceholderText"/>
                    <w:sz w:val="20"/>
                    <w:szCs w:val="20"/>
                  </w:rPr>
                  <w:t>Click or tap to enter a date.</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BE64ADE" w14:textId="77777777" w:rsidR="000060B5" w:rsidRDefault="00CD28FE">
            <w:pPr>
              <w:spacing w:after="0" w:line="240" w:lineRule="auto"/>
            </w:pPr>
            <w:r>
              <w:rPr>
                <w:rFonts w:ascii="Arial" w:hAnsi="Arial"/>
                <w:b/>
                <w:color w:val="333333"/>
                <w:sz w:val="17"/>
              </w:rPr>
              <w:t>Current grade</w:t>
            </w:r>
          </w:p>
        </w:tc>
        <w:sdt>
          <w:sdtPr>
            <w:id w:val="-1518227801"/>
            <w:lock w:val="sdtLocked"/>
            <w:placeholder>
              <w:docPart w:val="382C35B69B0947E3A648E86D1FFCA7A1"/>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CD30FEC" w14:textId="49954064" w:rsidR="000060B5" w:rsidRDefault="00964E91">
                <w:pPr>
                  <w:spacing w:after="0" w:line="240" w:lineRule="auto"/>
                </w:pPr>
                <w:r w:rsidRPr="00174415">
                  <w:rPr>
                    <w:rStyle w:val="PlaceholderText"/>
                    <w:sz w:val="20"/>
                    <w:szCs w:val="20"/>
                  </w:rPr>
                  <w:t>Click or tap here to enter text.</w:t>
                </w:r>
              </w:p>
            </w:tc>
          </w:sdtContent>
        </w:sdt>
      </w:tr>
      <w:tr w:rsidR="00CB6358" w14:paraId="0826F595" w14:textId="77777777">
        <w:trPr>
          <w:jc w:val="center"/>
        </w:trPr>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CA44FEC" w14:textId="77777777" w:rsidR="00CB6358" w:rsidRDefault="00CB6358">
            <w:pPr>
              <w:spacing w:after="0" w:line="240" w:lineRule="auto"/>
              <w:rPr>
                <w:rFonts w:ascii="Arial" w:hAnsi="Arial"/>
                <w:b/>
                <w:color w:val="333333"/>
                <w:sz w:val="17"/>
              </w:rPr>
            </w:pPr>
          </w:p>
        </w:tc>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069AE974" w14:textId="77777777" w:rsidR="00CB6358" w:rsidRDefault="00CB6358">
            <w:pPr>
              <w:spacing w:after="0" w:line="240" w:lineRule="auto"/>
            </w:pPr>
          </w:p>
        </w:tc>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FFABD03" w14:textId="77777777" w:rsidR="00CB6358" w:rsidRDefault="00CB6358">
            <w:pPr>
              <w:spacing w:after="0" w:line="240" w:lineRule="auto"/>
              <w:rPr>
                <w:rFonts w:ascii="Arial" w:hAnsi="Arial"/>
                <w:b/>
                <w:color w:val="333333"/>
                <w:sz w:val="17"/>
              </w:rPr>
            </w:pPr>
          </w:p>
        </w:tc>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1320CEE" w14:textId="77777777" w:rsidR="00CB6358" w:rsidRDefault="00CB6358">
            <w:pPr>
              <w:spacing w:after="0" w:line="240" w:lineRule="auto"/>
            </w:pPr>
          </w:p>
        </w:tc>
      </w:tr>
    </w:tbl>
    <w:tbl>
      <w:tblPr>
        <w:tblW w:w="0" w:type="auto"/>
        <w:jc w:val="center"/>
        <w:tblLook w:val="04A0" w:firstRow="1" w:lastRow="0" w:firstColumn="1" w:lastColumn="0" w:noHBand="0" w:noVBand="1"/>
      </w:tblPr>
      <w:tblGrid>
        <w:gridCol w:w="10644"/>
      </w:tblGrid>
      <w:tr w:rsidR="000060B5" w14:paraId="691D6FCF" w14:textId="77777777">
        <w:trPr>
          <w:jc w:val="center"/>
        </w:trPr>
        <w:tc>
          <w:tcPr>
            <w:tcW w:w="10656" w:type="dxa"/>
            <w:tcBorders>
              <w:top w:val="single" w:sz="5" w:space="0" w:color="777777"/>
              <w:left w:val="single" w:sz="5" w:space="0" w:color="777777"/>
              <w:bottom w:val="single" w:sz="5" w:space="0" w:color="777777"/>
              <w:right w:val="single" w:sz="5" w:space="0" w:color="777777"/>
            </w:tcBorders>
            <w:shd w:val="clear" w:color="auto" w:fill="F3E8B7"/>
            <w:tcMar>
              <w:top w:w="55" w:type="dxa"/>
              <w:left w:w="55" w:type="dxa"/>
              <w:bottom w:w="55" w:type="dxa"/>
              <w:right w:w="55" w:type="dxa"/>
            </w:tcMar>
            <w:vAlign w:val="center"/>
          </w:tcPr>
          <w:p w14:paraId="09C86D80" w14:textId="3296DE6C" w:rsidR="000060B5" w:rsidRDefault="00CD28FE" w:rsidP="00D11DEB">
            <w:pPr>
              <w:spacing w:after="0" w:line="240" w:lineRule="auto"/>
              <w:jc w:val="center"/>
            </w:pPr>
            <w:r w:rsidRPr="0025061A">
              <w:rPr>
                <w:rFonts w:ascii="Arial" w:hAnsi="Arial"/>
                <w:b/>
                <w:i/>
                <w:color w:val="333333"/>
                <w:sz w:val="22"/>
                <w:szCs w:val="24"/>
              </w:rPr>
              <w:t xml:space="preserve">IMPORTANT: Students must complete placement hours and submit ALL assignments and forms to earn credit. </w:t>
            </w:r>
            <w:r w:rsidR="00CB6358" w:rsidRPr="00CB6358">
              <w:rPr>
                <w:rFonts w:ascii="Arial" w:hAnsi="Arial"/>
                <w:b/>
                <w:i/>
                <w:color w:val="333333"/>
                <w:sz w:val="22"/>
                <w:szCs w:val="24"/>
              </w:rPr>
              <w:t>Your WEX12A application is incomplete without the Workplace Safety Assignment, resume and cover letter. Please ensure all documents are submitted together.</w:t>
            </w:r>
            <w:r w:rsidR="00CB6358">
              <w:rPr>
                <w:rFonts w:ascii="Arial" w:hAnsi="Arial"/>
                <w:b/>
                <w:i/>
                <w:color w:val="333333"/>
                <w:sz w:val="22"/>
                <w:szCs w:val="24"/>
              </w:rPr>
              <w:t xml:space="preserve"> </w:t>
            </w:r>
            <w:r w:rsidRPr="00CB6358">
              <w:rPr>
                <w:rFonts w:ascii="Arial" w:hAnsi="Arial"/>
                <w:b/>
                <w:i/>
                <w:color w:val="333333"/>
                <w:sz w:val="22"/>
                <w:szCs w:val="24"/>
                <w:u w:val="single"/>
              </w:rPr>
              <w:t>Work Experience completed in the past cannot be counted or backdated.</w:t>
            </w:r>
          </w:p>
        </w:tc>
      </w:tr>
    </w:tbl>
    <w:p w14:paraId="29574DC3" w14:textId="77777777" w:rsidR="000060B5" w:rsidRDefault="00CD28FE">
      <w:r>
        <w:br w:type="page"/>
      </w:r>
    </w:p>
    <w:tbl>
      <w:tblPr>
        <w:tblW w:w="0" w:type="auto"/>
        <w:jc w:val="center"/>
        <w:tblLayout w:type="fixed"/>
        <w:tblLook w:val="04A0" w:firstRow="1" w:lastRow="0" w:firstColumn="1" w:lastColumn="0" w:noHBand="0" w:noVBand="1"/>
      </w:tblPr>
      <w:tblGrid>
        <w:gridCol w:w="2127"/>
        <w:gridCol w:w="8529"/>
      </w:tblGrid>
      <w:tr w:rsidR="000060B5" w14:paraId="5C6D53A5" w14:textId="77777777" w:rsidTr="0025061A">
        <w:trPr>
          <w:jc w:val="center"/>
        </w:trPr>
        <w:tc>
          <w:tcPr>
            <w:tcW w:w="2127" w:type="dxa"/>
          </w:tcPr>
          <w:p w14:paraId="154F0B75" w14:textId="77777777" w:rsidR="000060B5" w:rsidRDefault="00CD28FE">
            <w:pPr>
              <w:jc w:val="center"/>
            </w:pPr>
            <w:r>
              <w:rPr>
                <w:noProof/>
              </w:rPr>
              <w:lastRenderedPageBreak/>
              <w:drawing>
                <wp:inline distT="0" distB="0" distL="0" distR="0" wp14:anchorId="48F24679" wp14:editId="11867C15">
                  <wp:extent cx="1097280" cy="11255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 Logo.jpg"/>
                          <pic:cNvPicPr/>
                        </pic:nvPicPr>
                        <pic:blipFill>
                          <a:blip r:embed="rId8"/>
                          <a:stretch>
                            <a:fillRect/>
                          </a:stretch>
                        </pic:blipFill>
                        <pic:spPr>
                          <a:xfrm>
                            <a:off x="0" y="0"/>
                            <a:ext cx="1097280" cy="1125560"/>
                          </a:xfrm>
                          <a:prstGeom prst="rect">
                            <a:avLst/>
                          </a:prstGeom>
                        </pic:spPr>
                      </pic:pic>
                    </a:graphicData>
                  </a:graphic>
                </wp:inline>
              </w:drawing>
            </w:r>
          </w:p>
        </w:tc>
        <w:tc>
          <w:tcPr>
            <w:tcW w:w="8529" w:type="dxa"/>
            <w:shd w:val="clear" w:color="auto" w:fill="9E8A43"/>
            <w:tcMar>
              <w:top w:w="110" w:type="dxa"/>
              <w:left w:w="110" w:type="dxa"/>
              <w:bottom w:w="110" w:type="dxa"/>
              <w:right w:w="110" w:type="dxa"/>
            </w:tcMar>
          </w:tcPr>
          <w:p w14:paraId="14774446" w14:textId="77777777" w:rsidR="000060B5" w:rsidRDefault="00CD28FE">
            <w:pPr>
              <w:spacing w:after="0" w:line="240" w:lineRule="auto"/>
            </w:pPr>
            <w:r>
              <w:rPr>
                <w:rFonts w:ascii="Arial" w:hAnsi="Arial"/>
                <w:b/>
                <w:color w:val="FFFFFF"/>
                <w:sz w:val="38"/>
              </w:rPr>
              <w:t>WORK EXPERIENCE 12A</w:t>
            </w:r>
          </w:p>
          <w:p w14:paraId="46DE3A58" w14:textId="3A5F299D" w:rsidR="000060B5" w:rsidRDefault="00CD28FE" w:rsidP="00EF3FAF">
            <w:pPr>
              <w:spacing w:after="0" w:line="240" w:lineRule="auto"/>
            </w:pPr>
            <w:r>
              <w:rPr>
                <w:rFonts w:ascii="Arial" w:hAnsi="Arial"/>
                <w:b/>
                <w:color w:val="FFFFFF"/>
                <w:sz w:val="38"/>
              </w:rPr>
              <w:t>APPLICATION REQUIREMENTS</w:t>
            </w:r>
          </w:p>
          <w:p w14:paraId="405D7564" w14:textId="567125C6" w:rsidR="00EF3FAF" w:rsidRDefault="00EF3FAF">
            <w:pPr>
              <w:spacing w:before="80" w:after="0" w:line="240" w:lineRule="auto"/>
            </w:pPr>
            <w:r>
              <w:rPr>
                <w:rFonts w:ascii="Arial" w:hAnsi="Arial"/>
                <w:color w:val="FFFFFF"/>
                <w:sz w:val="19"/>
              </w:rPr>
              <w:t xml:space="preserve">Student Application Package – </w:t>
            </w:r>
            <w:r w:rsidRPr="001724C2">
              <w:rPr>
                <w:rFonts w:ascii="Arial" w:hAnsi="Arial"/>
                <w:b/>
                <w:bCs/>
                <w:color w:val="FFFFFF"/>
                <w:sz w:val="19"/>
              </w:rPr>
              <w:t>2026-2027</w:t>
            </w:r>
          </w:p>
        </w:tc>
      </w:tr>
    </w:tbl>
    <w:p w14:paraId="692EC45E" w14:textId="77777777" w:rsidR="000060B5" w:rsidRDefault="000060B5">
      <w:pPr>
        <w:spacing w:after="0"/>
      </w:pPr>
    </w:p>
    <w:tbl>
      <w:tblPr>
        <w:tblW w:w="0" w:type="auto"/>
        <w:jc w:val="center"/>
        <w:tblLayout w:type="fixed"/>
        <w:tblLook w:val="04A0" w:firstRow="1" w:lastRow="0" w:firstColumn="1" w:lastColumn="0" w:noHBand="0" w:noVBand="1"/>
      </w:tblPr>
      <w:tblGrid>
        <w:gridCol w:w="10656"/>
      </w:tblGrid>
      <w:tr w:rsidR="000060B5" w14:paraId="43E5AA3D" w14:textId="77777777">
        <w:trPr>
          <w:jc w:val="center"/>
        </w:trPr>
        <w:tc>
          <w:tcPr>
            <w:tcW w:w="10656" w:type="dxa"/>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57D28FDB" w14:textId="20E385A1" w:rsidR="000060B5" w:rsidRDefault="00964E91">
            <w:pPr>
              <w:spacing w:after="0" w:line="240" w:lineRule="auto"/>
            </w:pPr>
            <w:r>
              <w:rPr>
                <w:b/>
                <w:color w:val="333333"/>
                <w:sz w:val="24"/>
              </w:rPr>
              <w:t>1</w:t>
            </w:r>
            <w:r>
              <w:rPr>
                <w:rFonts w:ascii="Arial" w:hAnsi="Arial"/>
                <w:b/>
                <w:color w:val="333333"/>
                <w:sz w:val="24"/>
              </w:rPr>
              <w:t>. STEP 1 - SUBMIT A COMPLETE APPLICATION</w:t>
            </w:r>
          </w:p>
        </w:tc>
      </w:tr>
    </w:tbl>
    <w:p w14:paraId="5CC0AC4B" w14:textId="77777777" w:rsidR="000060B5" w:rsidRDefault="000060B5">
      <w:pPr>
        <w:spacing w:after="0"/>
      </w:pPr>
    </w:p>
    <w:tbl>
      <w:tblPr>
        <w:tblW w:w="10656" w:type="dxa"/>
        <w:jc w:val="center"/>
        <w:tblLayout w:type="fixed"/>
        <w:tblLook w:val="04A0" w:firstRow="1" w:lastRow="0" w:firstColumn="1" w:lastColumn="0" w:noHBand="0" w:noVBand="1"/>
      </w:tblPr>
      <w:tblGrid>
        <w:gridCol w:w="2121"/>
        <w:gridCol w:w="8535"/>
      </w:tblGrid>
      <w:tr w:rsidR="000060B5" w14:paraId="188A9646" w14:textId="77777777" w:rsidTr="00EF3FAF">
        <w:trPr>
          <w:jc w:val="center"/>
        </w:trPr>
        <w:sdt>
          <w:sdtPr>
            <w:id w:val="-924189221"/>
            <w:lock w:val="sdtLocked"/>
            <w14:checkbox>
              <w14:checked w14:val="0"/>
              <w14:checkedState w14:val="2612" w14:font="MS Gothic"/>
              <w14:uncheckedState w14:val="2610" w14:font="MS Gothic"/>
            </w14:checkbox>
          </w:sdtPr>
          <w:sdtEndPr/>
          <w:sdtContent>
            <w:tc>
              <w:tcPr>
                <w:tcW w:w="2121"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69E93AF" w14:textId="0D2FDBC0" w:rsidR="000060B5" w:rsidRDefault="00964E91">
                <w:pPr>
                  <w:spacing w:after="0" w:line="240" w:lineRule="auto"/>
                  <w:jc w:val="center"/>
                </w:pPr>
                <w:r>
                  <w:rPr>
                    <w:rFonts w:ascii="MS Gothic" w:eastAsia="MS Gothic" w:hAnsi="MS Gothic" w:hint="eastAsia"/>
                  </w:rPr>
                  <w:t>☐</w:t>
                </w:r>
              </w:p>
            </w:tc>
          </w:sdtContent>
        </w:sdt>
        <w:tc>
          <w:tcPr>
            <w:tcW w:w="8535"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C9483A1" w14:textId="77777777" w:rsidR="000060B5" w:rsidRDefault="00CD28FE">
            <w:pPr>
              <w:spacing w:after="0" w:line="240" w:lineRule="auto"/>
            </w:pPr>
            <w:r>
              <w:rPr>
                <w:rFonts w:ascii="Arial" w:hAnsi="Arial"/>
                <w:color w:val="333333"/>
                <w:sz w:val="18"/>
              </w:rPr>
              <w:t>Complete the Immaculata Career Programs application package (student and parent/guardian signatures required).</w:t>
            </w:r>
          </w:p>
        </w:tc>
      </w:tr>
      <w:tr w:rsidR="000060B5" w14:paraId="129AC984" w14:textId="77777777" w:rsidTr="00EF3FAF">
        <w:trPr>
          <w:jc w:val="center"/>
        </w:trPr>
        <w:sdt>
          <w:sdtPr>
            <w:id w:val="2130352575"/>
            <w:lock w:val="sdtLocked"/>
            <w14:checkbox>
              <w14:checked w14:val="0"/>
              <w14:checkedState w14:val="2612" w14:font="MS Gothic"/>
              <w14:uncheckedState w14:val="2610" w14:font="MS Gothic"/>
            </w14:checkbox>
          </w:sdtPr>
          <w:sdtEndPr/>
          <w:sdtContent>
            <w:tc>
              <w:tcPr>
                <w:tcW w:w="2121"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7B3CCBB" w14:textId="4E46672D" w:rsidR="000060B5" w:rsidRDefault="00964E91">
                <w:pPr>
                  <w:spacing w:after="0" w:line="240" w:lineRule="auto"/>
                  <w:jc w:val="center"/>
                </w:pPr>
                <w:r>
                  <w:rPr>
                    <w:rFonts w:ascii="MS Gothic" w:eastAsia="MS Gothic" w:hAnsi="MS Gothic" w:hint="eastAsia"/>
                  </w:rPr>
                  <w:t>☐</w:t>
                </w:r>
              </w:p>
            </w:tc>
          </w:sdtContent>
        </w:sdt>
        <w:tc>
          <w:tcPr>
            <w:tcW w:w="8535"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7C1D87B" w14:textId="77777777" w:rsidR="000060B5" w:rsidRDefault="00CD28FE">
            <w:pPr>
              <w:spacing w:after="0" w:line="240" w:lineRule="auto"/>
            </w:pPr>
            <w:r>
              <w:rPr>
                <w:rFonts w:ascii="Arial" w:hAnsi="Arial"/>
                <w:color w:val="333333"/>
                <w:sz w:val="18"/>
              </w:rPr>
              <w:t>Complete the Workplace Safety Assignment.</w:t>
            </w:r>
          </w:p>
        </w:tc>
      </w:tr>
      <w:tr w:rsidR="000060B5" w14:paraId="1BD3468D" w14:textId="77777777" w:rsidTr="00EF3FAF">
        <w:trPr>
          <w:jc w:val="center"/>
        </w:trPr>
        <w:sdt>
          <w:sdtPr>
            <w:id w:val="-698395889"/>
            <w:lock w:val="sdtLocked"/>
            <w14:checkbox>
              <w14:checked w14:val="0"/>
              <w14:checkedState w14:val="2612" w14:font="MS Gothic"/>
              <w14:uncheckedState w14:val="2610" w14:font="MS Gothic"/>
            </w14:checkbox>
          </w:sdtPr>
          <w:sdtEndPr/>
          <w:sdtContent>
            <w:tc>
              <w:tcPr>
                <w:tcW w:w="2121"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73196D5" w14:textId="651C6C26" w:rsidR="000060B5" w:rsidRDefault="00964E91">
                <w:pPr>
                  <w:spacing w:after="0" w:line="240" w:lineRule="auto"/>
                  <w:jc w:val="center"/>
                </w:pPr>
                <w:r>
                  <w:rPr>
                    <w:rFonts w:ascii="MS Gothic" w:eastAsia="MS Gothic" w:hAnsi="MS Gothic" w:hint="eastAsia"/>
                  </w:rPr>
                  <w:t>☐</w:t>
                </w:r>
              </w:p>
            </w:tc>
          </w:sdtContent>
        </w:sdt>
        <w:tc>
          <w:tcPr>
            <w:tcW w:w="8535"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47446F7" w14:textId="77777777" w:rsidR="000060B5" w:rsidRDefault="00CD28FE">
            <w:pPr>
              <w:spacing w:after="0" w:line="240" w:lineRule="auto"/>
            </w:pPr>
            <w:r>
              <w:rPr>
                <w:rFonts w:ascii="Arial" w:hAnsi="Arial"/>
                <w:color w:val="333333"/>
                <w:sz w:val="18"/>
              </w:rPr>
              <w:t>Prepare your resume and cover letter.</w:t>
            </w:r>
          </w:p>
        </w:tc>
      </w:tr>
      <w:tr w:rsidR="000060B5" w14:paraId="38B4C7DE" w14:textId="77777777" w:rsidTr="00EF3FAF">
        <w:trPr>
          <w:jc w:val="center"/>
        </w:trPr>
        <w:sdt>
          <w:sdtPr>
            <w:id w:val="-1762512860"/>
            <w:lock w:val="sdtLocked"/>
            <w14:checkbox>
              <w14:checked w14:val="0"/>
              <w14:checkedState w14:val="2612" w14:font="MS Gothic"/>
              <w14:uncheckedState w14:val="2610" w14:font="MS Gothic"/>
            </w14:checkbox>
          </w:sdtPr>
          <w:sdtEndPr/>
          <w:sdtContent>
            <w:tc>
              <w:tcPr>
                <w:tcW w:w="2121"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3465A61" w14:textId="18ACF432" w:rsidR="000060B5" w:rsidRDefault="00964E91">
                <w:pPr>
                  <w:spacing w:after="0" w:line="240" w:lineRule="auto"/>
                  <w:jc w:val="center"/>
                </w:pPr>
                <w:r>
                  <w:rPr>
                    <w:rFonts w:ascii="MS Gothic" w:eastAsia="MS Gothic" w:hAnsi="MS Gothic" w:hint="eastAsia"/>
                  </w:rPr>
                  <w:t>☐</w:t>
                </w:r>
              </w:p>
            </w:tc>
          </w:sdtContent>
        </w:sdt>
        <w:tc>
          <w:tcPr>
            <w:tcW w:w="8535"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D05F5D6" w14:textId="77777777" w:rsidR="000060B5" w:rsidRDefault="00CD28FE">
            <w:pPr>
              <w:spacing w:after="0" w:line="240" w:lineRule="auto"/>
            </w:pPr>
            <w:r>
              <w:rPr>
                <w:rFonts w:ascii="Arial" w:hAnsi="Arial"/>
                <w:color w:val="333333"/>
                <w:sz w:val="18"/>
              </w:rPr>
              <w:t>Submit your application, Workplace Safety Assignment, resume and cover letter ALL TOGETHER to Mrs. Griffin.</w:t>
            </w:r>
          </w:p>
        </w:tc>
      </w:tr>
    </w:tbl>
    <w:tbl>
      <w:tblPr>
        <w:tblW w:w="0" w:type="auto"/>
        <w:jc w:val="center"/>
        <w:tblLook w:val="04A0" w:firstRow="1" w:lastRow="0" w:firstColumn="1" w:lastColumn="0" w:noHBand="0" w:noVBand="1"/>
      </w:tblPr>
      <w:tblGrid>
        <w:gridCol w:w="10644"/>
      </w:tblGrid>
      <w:tr w:rsidR="000060B5" w14:paraId="47F0A070" w14:textId="77777777" w:rsidTr="00A119B5">
        <w:trPr>
          <w:trHeight w:val="793"/>
          <w:jc w:val="center"/>
        </w:trPr>
        <w:tc>
          <w:tcPr>
            <w:tcW w:w="10656" w:type="dxa"/>
            <w:tcBorders>
              <w:top w:val="single" w:sz="5" w:space="0" w:color="777777"/>
              <w:left w:val="single" w:sz="5" w:space="0" w:color="777777"/>
              <w:bottom w:val="single" w:sz="5" w:space="0" w:color="777777"/>
              <w:right w:val="single" w:sz="5" w:space="0" w:color="777777"/>
            </w:tcBorders>
            <w:shd w:val="clear" w:color="auto" w:fill="F3E8B7"/>
            <w:tcMar>
              <w:top w:w="55" w:type="dxa"/>
              <w:left w:w="55" w:type="dxa"/>
              <w:bottom w:w="55" w:type="dxa"/>
              <w:right w:w="55" w:type="dxa"/>
            </w:tcMar>
            <w:vAlign w:val="center"/>
          </w:tcPr>
          <w:p w14:paraId="0A64612D" w14:textId="77777777" w:rsidR="000060B5" w:rsidRDefault="00CD28FE" w:rsidP="009240B3">
            <w:pPr>
              <w:spacing w:after="0" w:line="240" w:lineRule="auto"/>
              <w:jc w:val="center"/>
            </w:pPr>
            <w:r>
              <w:rPr>
                <w:rFonts w:ascii="Arial" w:hAnsi="Arial"/>
                <w:b/>
                <w:i/>
                <w:color w:val="333333"/>
                <w:sz w:val="18"/>
              </w:rPr>
              <w:t>PLEASE NOTE: Your WEX12A application is incomplete without the Workplace Safety Assignment, resume and cover letter. Please ensure all documents are submitted together.</w:t>
            </w:r>
          </w:p>
        </w:tc>
      </w:tr>
    </w:tbl>
    <w:tbl>
      <w:tblPr>
        <w:tblW w:w="0" w:type="auto"/>
        <w:jc w:val="center"/>
        <w:tblLayout w:type="fixed"/>
        <w:tblLook w:val="04A0" w:firstRow="1" w:lastRow="0" w:firstColumn="1" w:lastColumn="0" w:noHBand="0" w:noVBand="1"/>
      </w:tblPr>
      <w:tblGrid>
        <w:gridCol w:w="10656"/>
      </w:tblGrid>
      <w:tr w:rsidR="000060B5" w14:paraId="5C7D2C88" w14:textId="77777777">
        <w:trPr>
          <w:jc w:val="center"/>
        </w:trPr>
        <w:tc>
          <w:tcPr>
            <w:tcW w:w="10656" w:type="dxa"/>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7547BF27" w14:textId="3BF07A23" w:rsidR="000060B5" w:rsidRDefault="00964E91">
            <w:pPr>
              <w:spacing w:after="0" w:line="240" w:lineRule="auto"/>
            </w:pPr>
            <w:r>
              <w:rPr>
                <w:b/>
                <w:color w:val="333333"/>
                <w:sz w:val="24"/>
              </w:rPr>
              <w:t>2</w:t>
            </w:r>
            <w:r>
              <w:rPr>
                <w:rFonts w:ascii="Arial" w:hAnsi="Arial"/>
                <w:b/>
                <w:color w:val="333333"/>
                <w:sz w:val="24"/>
              </w:rPr>
              <w:t>. STEP 2 - AFTER THE APPLICATION IS PROCESSED</w:t>
            </w:r>
          </w:p>
        </w:tc>
      </w:tr>
    </w:tbl>
    <w:p w14:paraId="492256DD" w14:textId="77777777" w:rsidR="000060B5" w:rsidRDefault="000060B5">
      <w:pPr>
        <w:spacing w:after="0"/>
      </w:pPr>
    </w:p>
    <w:p w14:paraId="456B46FC" w14:textId="77777777" w:rsidR="000060B5" w:rsidRDefault="00CD28FE">
      <w:pPr>
        <w:spacing w:after="100" w:line="247" w:lineRule="auto"/>
        <w:rPr>
          <w:rFonts w:ascii="Arial" w:hAnsi="Arial"/>
          <w:color w:val="333333"/>
          <w:sz w:val="18"/>
        </w:rPr>
      </w:pPr>
      <w:r w:rsidRPr="005F714B">
        <w:rPr>
          <w:rFonts w:ascii="Arial" w:hAnsi="Arial"/>
          <w:b/>
          <w:bCs/>
          <w:color w:val="333333"/>
          <w:sz w:val="18"/>
        </w:rPr>
        <w:t>Students will be contacted</w:t>
      </w:r>
      <w:r>
        <w:rPr>
          <w:rFonts w:ascii="Arial" w:hAnsi="Arial"/>
          <w:color w:val="333333"/>
          <w:sz w:val="18"/>
        </w:rPr>
        <w:t xml:space="preserve"> regarding the following requirements:</w:t>
      </w:r>
    </w:p>
    <w:p w14:paraId="08ACAC28" w14:textId="77777777" w:rsidR="00CB6358" w:rsidRDefault="00CB6358">
      <w:pPr>
        <w:spacing w:after="100" w:line="247" w:lineRule="auto"/>
      </w:pPr>
    </w:p>
    <w:tbl>
      <w:tblPr>
        <w:tblW w:w="0" w:type="auto"/>
        <w:jc w:val="center"/>
        <w:tblLayout w:type="fixed"/>
        <w:tblLook w:val="04A0" w:firstRow="1" w:lastRow="0" w:firstColumn="1" w:lastColumn="0" w:noHBand="0" w:noVBand="1"/>
      </w:tblPr>
      <w:tblGrid>
        <w:gridCol w:w="8395"/>
      </w:tblGrid>
      <w:tr w:rsidR="00CB6358" w14:paraId="7600C7D8" w14:textId="77777777" w:rsidTr="00CB6358">
        <w:trPr>
          <w:trHeight w:val="197"/>
          <w:jc w:val="center"/>
        </w:trPr>
        <w:tc>
          <w:tcPr>
            <w:tcW w:w="8395"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BBABD65" w14:textId="2C11B48C" w:rsidR="00CB6358" w:rsidRDefault="0022184B" w:rsidP="00C45AEB">
            <w:pPr>
              <w:pStyle w:val="ListParagraph"/>
              <w:numPr>
                <w:ilvl w:val="0"/>
                <w:numId w:val="11"/>
              </w:numPr>
              <w:spacing w:after="0" w:line="240" w:lineRule="auto"/>
            </w:pPr>
            <w:r>
              <w:rPr>
                <w:rFonts w:ascii="Arial" w:hAnsi="Arial"/>
                <w:color w:val="333333"/>
                <w:sz w:val="18"/>
              </w:rPr>
              <w:t xml:space="preserve">WEX 12 </w:t>
            </w:r>
            <w:r w:rsidR="0053035B" w:rsidRPr="00C45AEB">
              <w:rPr>
                <w:rFonts w:ascii="Arial" w:hAnsi="Arial"/>
                <w:color w:val="333333"/>
                <w:sz w:val="18"/>
              </w:rPr>
              <w:t>Placement Agreement</w:t>
            </w:r>
            <w:r w:rsidR="008F74FA" w:rsidRPr="00C45AEB">
              <w:rPr>
                <w:rFonts w:ascii="Arial" w:hAnsi="Arial"/>
                <w:color w:val="333333"/>
                <w:sz w:val="18"/>
              </w:rPr>
              <w:t xml:space="preserve"> and Training</w:t>
            </w:r>
            <w:r w:rsidR="0053035B" w:rsidRPr="00C45AEB">
              <w:rPr>
                <w:rFonts w:ascii="Arial" w:hAnsi="Arial"/>
                <w:color w:val="333333"/>
                <w:sz w:val="18"/>
              </w:rPr>
              <w:t xml:space="preserve"> Form</w:t>
            </w:r>
          </w:p>
        </w:tc>
      </w:tr>
      <w:tr w:rsidR="00277FBA" w14:paraId="4EC635BC" w14:textId="77777777" w:rsidTr="00CB6358">
        <w:trPr>
          <w:trHeight w:val="396"/>
          <w:jc w:val="center"/>
        </w:trPr>
        <w:tc>
          <w:tcPr>
            <w:tcW w:w="8395"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0ABED95" w14:textId="5A460EE9" w:rsidR="00277FBA" w:rsidRPr="00C45AEB" w:rsidRDefault="0022184B" w:rsidP="00A5056C">
            <w:pPr>
              <w:pStyle w:val="ListParagraph"/>
              <w:numPr>
                <w:ilvl w:val="0"/>
                <w:numId w:val="11"/>
              </w:numPr>
              <w:spacing w:after="0" w:line="240" w:lineRule="auto"/>
              <w:rPr>
                <w:rFonts w:ascii="Arial" w:hAnsi="Arial"/>
                <w:color w:val="333333"/>
                <w:sz w:val="18"/>
              </w:rPr>
            </w:pPr>
            <w:r>
              <w:rPr>
                <w:rFonts w:ascii="Arial" w:hAnsi="Arial"/>
                <w:color w:val="333333"/>
                <w:sz w:val="18"/>
              </w:rPr>
              <w:t xml:space="preserve">WEX 12 </w:t>
            </w:r>
            <w:r w:rsidR="00092E86">
              <w:rPr>
                <w:rFonts w:ascii="Arial" w:hAnsi="Arial"/>
                <w:color w:val="333333"/>
                <w:sz w:val="18"/>
              </w:rPr>
              <w:t xml:space="preserve">Student </w:t>
            </w:r>
            <w:r w:rsidR="00277FBA">
              <w:rPr>
                <w:rFonts w:ascii="Arial" w:hAnsi="Arial"/>
                <w:color w:val="333333"/>
                <w:sz w:val="18"/>
              </w:rPr>
              <w:t>Site Safety</w:t>
            </w:r>
            <w:r w:rsidR="00092E86">
              <w:rPr>
                <w:rFonts w:ascii="Arial" w:hAnsi="Arial"/>
                <w:color w:val="333333"/>
                <w:sz w:val="18"/>
              </w:rPr>
              <w:t xml:space="preserve"> </w:t>
            </w:r>
            <w:r w:rsidR="00E87F29">
              <w:rPr>
                <w:rFonts w:ascii="Arial" w:hAnsi="Arial"/>
                <w:color w:val="333333"/>
                <w:sz w:val="18"/>
              </w:rPr>
              <w:t>Checklist</w:t>
            </w:r>
          </w:p>
        </w:tc>
      </w:tr>
      <w:tr w:rsidR="00065514" w14:paraId="1DD284C2" w14:textId="77777777" w:rsidTr="00CB6358">
        <w:trPr>
          <w:trHeight w:val="396"/>
          <w:jc w:val="center"/>
        </w:trPr>
        <w:tc>
          <w:tcPr>
            <w:tcW w:w="8395"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203FB74" w14:textId="190255A7" w:rsidR="00065514" w:rsidRDefault="0022184B" w:rsidP="00A5056C">
            <w:pPr>
              <w:pStyle w:val="ListParagraph"/>
              <w:numPr>
                <w:ilvl w:val="0"/>
                <w:numId w:val="11"/>
              </w:numPr>
              <w:spacing w:after="0" w:line="240" w:lineRule="auto"/>
              <w:rPr>
                <w:rFonts w:ascii="Arial" w:hAnsi="Arial"/>
                <w:color w:val="333333"/>
                <w:sz w:val="18"/>
              </w:rPr>
            </w:pPr>
            <w:r>
              <w:rPr>
                <w:rFonts w:ascii="Arial" w:hAnsi="Arial"/>
                <w:color w:val="333333"/>
                <w:sz w:val="18"/>
              </w:rPr>
              <w:t xml:space="preserve">WEX 12 </w:t>
            </w:r>
            <w:r w:rsidR="005F714B">
              <w:rPr>
                <w:rFonts w:ascii="Arial" w:hAnsi="Arial"/>
                <w:color w:val="333333"/>
                <w:sz w:val="18"/>
              </w:rPr>
              <w:t>Work Based Training Log</w:t>
            </w:r>
          </w:p>
        </w:tc>
      </w:tr>
      <w:tr w:rsidR="00CB6358" w14:paraId="1A30938C" w14:textId="77777777" w:rsidTr="00CB6358">
        <w:trPr>
          <w:trHeight w:val="197"/>
          <w:jc w:val="center"/>
        </w:trPr>
        <w:tc>
          <w:tcPr>
            <w:tcW w:w="8395"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0D5EEA2" w14:textId="77777777" w:rsidR="00CB6358" w:rsidRDefault="00CB6358" w:rsidP="00C45AEB">
            <w:pPr>
              <w:pStyle w:val="ListParagraph"/>
              <w:numPr>
                <w:ilvl w:val="0"/>
                <w:numId w:val="11"/>
              </w:numPr>
              <w:spacing w:after="0" w:line="240" w:lineRule="auto"/>
            </w:pPr>
            <w:r w:rsidRPr="00C45AEB">
              <w:rPr>
                <w:rFonts w:ascii="Arial" w:hAnsi="Arial"/>
                <w:color w:val="333333"/>
                <w:sz w:val="18"/>
              </w:rPr>
              <w:t>WEX12 Work Term Report</w:t>
            </w:r>
          </w:p>
        </w:tc>
      </w:tr>
      <w:tr w:rsidR="00CB6358" w14:paraId="44384C8B" w14:textId="77777777" w:rsidTr="00CB6358">
        <w:trPr>
          <w:trHeight w:val="197"/>
          <w:jc w:val="center"/>
        </w:trPr>
        <w:tc>
          <w:tcPr>
            <w:tcW w:w="8395"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0BD2B71" w14:textId="61CDBE32" w:rsidR="00CB6358" w:rsidRDefault="005F714B" w:rsidP="00C45AEB">
            <w:pPr>
              <w:pStyle w:val="ListParagraph"/>
              <w:numPr>
                <w:ilvl w:val="0"/>
                <w:numId w:val="11"/>
              </w:numPr>
              <w:spacing w:after="0" w:line="240" w:lineRule="auto"/>
            </w:pPr>
            <w:r>
              <w:rPr>
                <w:rFonts w:ascii="Arial" w:hAnsi="Arial"/>
                <w:color w:val="333333"/>
                <w:sz w:val="18"/>
              </w:rPr>
              <w:t xml:space="preserve">WEX 12 </w:t>
            </w:r>
            <w:r w:rsidR="00CB6358" w:rsidRPr="00C45AEB">
              <w:rPr>
                <w:rFonts w:ascii="Arial" w:hAnsi="Arial"/>
                <w:color w:val="333333"/>
                <w:sz w:val="18"/>
              </w:rPr>
              <w:t>Student Reflection Form</w:t>
            </w:r>
          </w:p>
        </w:tc>
      </w:tr>
      <w:tr w:rsidR="00477035" w14:paraId="385EB573" w14:textId="77777777" w:rsidTr="00CB6358">
        <w:trPr>
          <w:trHeight w:val="197"/>
          <w:jc w:val="center"/>
        </w:trPr>
        <w:tc>
          <w:tcPr>
            <w:tcW w:w="8395"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F97A9ED" w14:textId="5A25BEE6" w:rsidR="00477035" w:rsidRDefault="00477035" w:rsidP="00C45AEB">
            <w:pPr>
              <w:pStyle w:val="ListParagraph"/>
              <w:numPr>
                <w:ilvl w:val="0"/>
                <w:numId w:val="11"/>
              </w:numPr>
              <w:spacing w:after="0" w:line="240" w:lineRule="auto"/>
              <w:rPr>
                <w:rFonts w:ascii="Arial" w:hAnsi="Arial"/>
                <w:color w:val="333333"/>
                <w:sz w:val="18"/>
              </w:rPr>
            </w:pPr>
            <w:r>
              <w:rPr>
                <w:rFonts w:ascii="Arial" w:hAnsi="Arial"/>
                <w:color w:val="333333"/>
                <w:sz w:val="18"/>
              </w:rPr>
              <w:t>WEX 12 Employer Evaluation</w:t>
            </w:r>
          </w:p>
        </w:tc>
      </w:tr>
    </w:tbl>
    <w:p w14:paraId="3EDD36B4" w14:textId="77777777" w:rsidR="000060B5" w:rsidRDefault="00CD28FE">
      <w:pPr>
        <w:spacing w:before="240" w:after="0" w:line="240" w:lineRule="auto"/>
        <w:jc w:val="center"/>
      </w:pPr>
      <w:r>
        <w:rPr>
          <w:rFonts w:ascii="Arial" w:hAnsi="Arial"/>
          <w:b/>
          <w:color w:val="333333"/>
          <w:sz w:val="28"/>
        </w:rPr>
        <w:t>Only complete application packages will be processed.</w:t>
      </w:r>
    </w:p>
    <w:p w14:paraId="478878CC" w14:textId="77777777" w:rsidR="000060B5" w:rsidRDefault="00CD28FE">
      <w:r>
        <w:br w:type="page"/>
      </w:r>
    </w:p>
    <w:tbl>
      <w:tblPr>
        <w:tblW w:w="0" w:type="auto"/>
        <w:jc w:val="center"/>
        <w:tblLayout w:type="fixed"/>
        <w:tblLook w:val="04A0" w:firstRow="1" w:lastRow="0" w:firstColumn="1" w:lastColumn="0" w:noHBand="0" w:noVBand="1"/>
      </w:tblPr>
      <w:tblGrid>
        <w:gridCol w:w="1985"/>
        <w:gridCol w:w="8671"/>
      </w:tblGrid>
      <w:tr w:rsidR="000060B5" w14:paraId="4B46822D" w14:textId="77777777" w:rsidTr="00CB6358">
        <w:trPr>
          <w:jc w:val="center"/>
        </w:trPr>
        <w:tc>
          <w:tcPr>
            <w:tcW w:w="1985" w:type="dxa"/>
          </w:tcPr>
          <w:p w14:paraId="598F090B" w14:textId="77777777" w:rsidR="000060B5" w:rsidRDefault="00CD28FE">
            <w:pPr>
              <w:jc w:val="center"/>
            </w:pPr>
            <w:r>
              <w:rPr>
                <w:noProof/>
              </w:rPr>
              <w:lastRenderedPageBreak/>
              <w:drawing>
                <wp:inline distT="0" distB="0" distL="0" distR="0" wp14:anchorId="6F52E939" wp14:editId="5ACA275E">
                  <wp:extent cx="1097280" cy="11255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 Logo.jpg"/>
                          <pic:cNvPicPr/>
                        </pic:nvPicPr>
                        <pic:blipFill>
                          <a:blip r:embed="rId8"/>
                          <a:stretch>
                            <a:fillRect/>
                          </a:stretch>
                        </pic:blipFill>
                        <pic:spPr>
                          <a:xfrm>
                            <a:off x="0" y="0"/>
                            <a:ext cx="1097280" cy="1125560"/>
                          </a:xfrm>
                          <a:prstGeom prst="rect">
                            <a:avLst/>
                          </a:prstGeom>
                        </pic:spPr>
                      </pic:pic>
                    </a:graphicData>
                  </a:graphic>
                </wp:inline>
              </w:drawing>
            </w:r>
          </w:p>
        </w:tc>
        <w:tc>
          <w:tcPr>
            <w:tcW w:w="8671" w:type="dxa"/>
            <w:shd w:val="clear" w:color="auto" w:fill="9E8A43"/>
            <w:tcMar>
              <w:top w:w="110" w:type="dxa"/>
              <w:left w:w="110" w:type="dxa"/>
              <w:bottom w:w="110" w:type="dxa"/>
              <w:right w:w="110" w:type="dxa"/>
            </w:tcMar>
          </w:tcPr>
          <w:p w14:paraId="5F5ACA27" w14:textId="77777777" w:rsidR="000060B5" w:rsidRDefault="00CD28FE">
            <w:pPr>
              <w:spacing w:after="0" w:line="240" w:lineRule="auto"/>
            </w:pPr>
            <w:r>
              <w:rPr>
                <w:rFonts w:ascii="Arial" w:hAnsi="Arial"/>
                <w:b/>
                <w:color w:val="FFFFFF"/>
                <w:sz w:val="38"/>
              </w:rPr>
              <w:t>IMMACULATA CAREER PROGRAMS</w:t>
            </w:r>
          </w:p>
          <w:p w14:paraId="390A2E3C" w14:textId="77777777" w:rsidR="000060B5" w:rsidRDefault="00CD28FE">
            <w:pPr>
              <w:spacing w:after="0" w:line="240" w:lineRule="auto"/>
            </w:pPr>
            <w:r>
              <w:rPr>
                <w:rFonts w:ascii="Arial" w:hAnsi="Arial"/>
                <w:b/>
                <w:color w:val="FFFFFF"/>
                <w:sz w:val="38"/>
              </w:rPr>
              <w:t>APPLICATION</w:t>
            </w:r>
          </w:p>
          <w:p w14:paraId="569C7522" w14:textId="59D86E93" w:rsidR="000060B5" w:rsidRDefault="00424D23">
            <w:pPr>
              <w:spacing w:before="80" w:after="0" w:line="240" w:lineRule="auto"/>
            </w:pPr>
            <w:r>
              <w:rPr>
                <w:rFonts w:ascii="Arial" w:hAnsi="Arial"/>
                <w:color w:val="FFFFFF"/>
                <w:sz w:val="19"/>
              </w:rPr>
              <w:t xml:space="preserve">Student Application Package – </w:t>
            </w:r>
            <w:r w:rsidRPr="001724C2">
              <w:rPr>
                <w:rFonts w:ascii="Arial" w:hAnsi="Arial"/>
                <w:b/>
                <w:bCs/>
                <w:color w:val="FFFFFF"/>
                <w:sz w:val="19"/>
              </w:rPr>
              <w:t>2026-2027</w:t>
            </w:r>
          </w:p>
        </w:tc>
      </w:tr>
    </w:tbl>
    <w:p w14:paraId="6AFCD69B" w14:textId="77777777" w:rsidR="000060B5" w:rsidRDefault="000060B5">
      <w:pPr>
        <w:spacing w:after="0"/>
      </w:pPr>
    </w:p>
    <w:tbl>
      <w:tblPr>
        <w:tblW w:w="0" w:type="auto"/>
        <w:jc w:val="center"/>
        <w:tblLayout w:type="fixed"/>
        <w:tblLook w:val="04A0" w:firstRow="1" w:lastRow="0" w:firstColumn="1" w:lastColumn="0" w:noHBand="0" w:noVBand="1"/>
      </w:tblPr>
      <w:tblGrid>
        <w:gridCol w:w="5328"/>
        <w:gridCol w:w="5328"/>
        <w:gridCol w:w="14"/>
      </w:tblGrid>
      <w:tr w:rsidR="000060B5" w14:paraId="3E68A089" w14:textId="77777777">
        <w:trPr>
          <w:gridAfter w:val="1"/>
          <w:wAfter w:w="14" w:type="dxa"/>
          <w:jc w:val="center"/>
        </w:trPr>
        <w:tc>
          <w:tcPr>
            <w:tcW w:w="5328" w:type="dxa"/>
            <w:tcBorders>
              <w:top w:val="single" w:sz="5" w:space="0" w:color="777777"/>
              <w:left w:val="single" w:sz="5" w:space="0" w:color="777777"/>
              <w:bottom w:val="single" w:sz="5" w:space="0" w:color="777777"/>
              <w:right w:val="single" w:sz="5" w:space="0" w:color="777777"/>
            </w:tcBorders>
            <w:shd w:val="clear" w:color="auto" w:fill="F3E8B7"/>
            <w:tcMar>
              <w:top w:w="55" w:type="dxa"/>
              <w:left w:w="55" w:type="dxa"/>
              <w:bottom w:w="55" w:type="dxa"/>
              <w:right w:w="55" w:type="dxa"/>
            </w:tcMar>
            <w:vAlign w:val="center"/>
          </w:tcPr>
          <w:p w14:paraId="7346EDD1" w14:textId="77777777" w:rsidR="000060B5" w:rsidRDefault="00CD28FE">
            <w:pPr>
              <w:spacing w:after="0" w:line="240" w:lineRule="auto"/>
              <w:jc w:val="center"/>
            </w:pPr>
            <w:r>
              <w:rPr>
                <w:rFonts w:ascii="Arial" w:hAnsi="Arial"/>
                <w:b/>
                <w:color w:val="333333"/>
                <w:sz w:val="18"/>
              </w:rPr>
              <w:t>WORK EXPERIENCE 12A</w:t>
            </w:r>
          </w:p>
        </w:tc>
        <w:tc>
          <w:tcPr>
            <w:tcW w:w="5328" w:type="dxa"/>
            <w:tcBorders>
              <w:top w:val="single" w:sz="5" w:space="0" w:color="777777"/>
              <w:left w:val="single" w:sz="5" w:space="0" w:color="777777"/>
              <w:bottom w:val="single" w:sz="5" w:space="0" w:color="777777"/>
              <w:right w:val="single" w:sz="5" w:space="0" w:color="777777"/>
            </w:tcBorders>
            <w:shd w:val="clear" w:color="auto" w:fill="F3E8B7"/>
            <w:tcMar>
              <w:top w:w="55" w:type="dxa"/>
              <w:left w:w="55" w:type="dxa"/>
              <w:bottom w:w="55" w:type="dxa"/>
              <w:right w:w="55" w:type="dxa"/>
            </w:tcMar>
            <w:vAlign w:val="center"/>
          </w:tcPr>
          <w:p w14:paraId="031E59D3" w14:textId="77777777" w:rsidR="000060B5" w:rsidRDefault="00CD28FE">
            <w:pPr>
              <w:spacing w:after="0" w:line="240" w:lineRule="auto"/>
              <w:jc w:val="center"/>
            </w:pPr>
            <w:r>
              <w:rPr>
                <w:rFonts w:ascii="Arial" w:hAnsi="Arial"/>
                <w:b/>
                <w:color w:val="333333"/>
                <w:sz w:val="18"/>
              </w:rPr>
              <w:t>WORK EXPERIENCE 12B</w:t>
            </w:r>
          </w:p>
        </w:tc>
      </w:tr>
      <w:tr w:rsidR="000060B5" w14:paraId="7E342DB2" w14:textId="77777777">
        <w:trPr>
          <w:gridAfter w:val="1"/>
          <w:wAfter w:w="14" w:type="dxa"/>
          <w:jc w:val="center"/>
        </w:trPr>
        <w:tc>
          <w:tcPr>
            <w:tcW w:w="532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4EE37A0B" w14:textId="0FDCE085" w:rsidR="000060B5" w:rsidRDefault="001461C2">
            <w:pPr>
              <w:spacing w:after="0" w:line="240" w:lineRule="auto"/>
              <w:jc w:val="center"/>
            </w:pPr>
            <w:sdt>
              <w:sdtPr>
                <w:rPr>
                  <w:rFonts w:ascii="Arial" w:hAnsi="Arial"/>
                  <w:color w:val="333333"/>
                  <w:sz w:val="22"/>
                </w:rPr>
                <w:id w:val="344054662"/>
                <w:lock w:val="sdtLocked"/>
                <w14:checkbox>
                  <w14:checked w14:val="0"/>
                  <w14:checkedState w14:val="2612" w14:font="MS Gothic"/>
                  <w14:uncheckedState w14:val="2610" w14:font="MS Gothic"/>
                </w14:checkbox>
              </w:sdtPr>
              <w:sdtEndPr/>
              <w:sdtContent>
                <w:r w:rsidR="00CB6358">
                  <w:rPr>
                    <w:rFonts w:ascii="MS Gothic" w:eastAsia="MS Gothic" w:hAnsi="MS Gothic" w:hint="eastAsia"/>
                    <w:color w:val="333333"/>
                    <w:sz w:val="22"/>
                  </w:rPr>
                  <w:t>☐</w:t>
                </w:r>
              </w:sdtContent>
            </w:sdt>
            <w:r w:rsidR="00CB6358">
              <w:rPr>
                <w:rFonts w:ascii="Arial" w:hAnsi="Arial"/>
                <w:color w:val="333333"/>
                <w:sz w:val="22"/>
              </w:rPr>
              <w:t xml:space="preserve">  Select WEX 12A</w:t>
            </w:r>
          </w:p>
        </w:tc>
        <w:tc>
          <w:tcPr>
            <w:tcW w:w="532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07CDD36A" w14:textId="77777777" w:rsidR="000060B5" w:rsidRDefault="00CD28FE">
            <w:pPr>
              <w:spacing w:after="0" w:line="240" w:lineRule="auto"/>
              <w:jc w:val="center"/>
            </w:pPr>
            <w:proofErr w:type="gramStart"/>
            <w:r>
              <w:rPr>
                <w:rFonts w:ascii="Segoe UI Symbol" w:hAnsi="Segoe UI Symbol" w:cs="Segoe UI Symbol"/>
                <w:color w:val="333333"/>
                <w:sz w:val="20"/>
              </w:rPr>
              <w:t>☐</w:t>
            </w:r>
            <w:r>
              <w:rPr>
                <w:rFonts w:ascii="Arial" w:hAnsi="Arial"/>
                <w:color w:val="333333"/>
                <w:sz w:val="20"/>
              </w:rPr>
              <w:t xml:space="preserve">  Not</w:t>
            </w:r>
            <w:proofErr w:type="gramEnd"/>
            <w:r>
              <w:rPr>
                <w:rFonts w:ascii="Arial" w:hAnsi="Arial"/>
                <w:color w:val="333333"/>
                <w:sz w:val="20"/>
              </w:rPr>
              <w:t xml:space="preserve"> available </w:t>
            </w:r>
            <w:proofErr w:type="gramStart"/>
            <w:r>
              <w:rPr>
                <w:rFonts w:ascii="Arial" w:hAnsi="Arial"/>
                <w:color w:val="333333"/>
                <w:sz w:val="20"/>
              </w:rPr>
              <w:t>at this time</w:t>
            </w:r>
            <w:proofErr w:type="gramEnd"/>
          </w:p>
        </w:tc>
      </w:tr>
      <w:tr w:rsidR="000060B5" w14:paraId="09C61931" w14:textId="77777777" w:rsidTr="00CB6358">
        <w:trPr>
          <w:jc w:val="center"/>
        </w:trPr>
        <w:tc>
          <w:tcPr>
            <w:tcW w:w="10670" w:type="dxa"/>
            <w:gridSpan w:val="3"/>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32C9FB9A" w14:textId="31BC17C7" w:rsidR="000060B5" w:rsidRDefault="00CB6358">
            <w:pPr>
              <w:spacing w:after="0" w:line="240" w:lineRule="auto"/>
            </w:pPr>
            <w:r>
              <w:rPr>
                <w:rFonts w:ascii="Arial" w:hAnsi="Arial"/>
                <w:b/>
                <w:color w:val="333333"/>
                <w:sz w:val="24"/>
              </w:rPr>
              <w:t>STEP 3: STUDENT DECLARATION</w:t>
            </w:r>
          </w:p>
        </w:tc>
      </w:tr>
    </w:tbl>
    <w:p w14:paraId="0FC122E7" w14:textId="77777777" w:rsidR="000060B5" w:rsidRDefault="000060B5">
      <w:pPr>
        <w:spacing w:after="0"/>
      </w:pPr>
    </w:p>
    <w:p w14:paraId="7F64B0EF" w14:textId="77777777" w:rsidR="000060B5" w:rsidRDefault="00CD28FE">
      <w:pPr>
        <w:spacing w:after="100" w:line="247" w:lineRule="auto"/>
      </w:pPr>
      <w:r>
        <w:rPr>
          <w:rFonts w:ascii="Arial" w:hAnsi="Arial"/>
          <w:color w:val="333333"/>
          <w:sz w:val="18"/>
        </w:rPr>
        <w:t>I declare that I will:</w:t>
      </w:r>
    </w:p>
    <w:tbl>
      <w:tblPr>
        <w:tblW w:w="0" w:type="auto"/>
        <w:jc w:val="center"/>
        <w:tblLayout w:type="fixed"/>
        <w:tblLook w:val="04A0" w:firstRow="1" w:lastRow="0" w:firstColumn="1" w:lastColumn="0" w:noHBand="0" w:noVBand="1"/>
      </w:tblPr>
      <w:tblGrid>
        <w:gridCol w:w="5328"/>
        <w:gridCol w:w="5328"/>
      </w:tblGrid>
      <w:tr w:rsidR="000060B5" w14:paraId="6D59AB93" w14:textId="77777777">
        <w:trPr>
          <w:jc w:val="center"/>
        </w:trPr>
        <w:sdt>
          <w:sdtPr>
            <w:id w:val="-1943058311"/>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4E4C9CB" w14:textId="0257D8FA" w:rsidR="000060B5" w:rsidRDefault="00662BA6">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81E4C15" w14:textId="77777777" w:rsidR="000060B5" w:rsidRDefault="00CD28FE">
            <w:pPr>
              <w:spacing w:after="0" w:line="240" w:lineRule="auto"/>
            </w:pPr>
            <w:r>
              <w:rPr>
                <w:rFonts w:ascii="Arial" w:hAnsi="Arial"/>
                <w:color w:val="333333"/>
                <w:sz w:val="18"/>
              </w:rPr>
              <w:t>Adhere to the Immaculata School Code of Conduct.</w:t>
            </w:r>
          </w:p>
        </w:tc>
      </w:tr>
      <w:tr w:rsidR="000060B5" w14:paraId="0365406A" w14:textId="77777777">
        <w:trPr>
          <w:jc w:val="center"/>
        </w:trPr>
        <w:sdt>
          <w:sdtPr>
            <w:id w:val="331333992"/>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4182076" w14:textId="08EE2D54" w:rsidR="000060B5" w:rsidRDefault="00CB6358">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CA224A9" w14:textId="73C56443" w:rsidR="000060B5" w:rsidRDefault="0045635A">
            <w:pPr>
              <w:spacing w:after="0" w:line="240" w:lineRule="auto"/>
            </w:pPr>
            <w:r>
              <w:rPr>
                <w:rFonts w:ascii="Arial" w:hAnsi="Arial"/>
                <w:color w:val="333333"/>
                <w:sz w:val="18"/>
              </w:rPr>
              <w:t>Be responsible for handing in all documents</w:t>
            </w:r>
          </w:p>
        </w:tc>
      </w:tr>
      <w:tr w:rsidR="000060B5" w14:paraId="724AEF8A" w14:textId="77777777">
        <w:trPr>
          <w:jc w:val="center"/>
        </w:trPr>
        <w:sdt>
          <w:sdtPr>
            <w:id w:val="594129014"/>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E64CDE4" w14:textId="7FA9F40E" w:rsidR="000060B5" w:rsidRDefault="00CB6358">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C3B842F" w14:textId="5428FE93" w:rsidR="000060B5" w:rsidRDefault="0045635A">
            <w:pPr>
              <w:spacing w:after="0" w:line="240" w:lineRule="auto"/>
            </w:pPr>
            <w:r>
              <w:rPr>
                <w:rFonts w:ascii="Arial" w:hAnsi="Arial"/>
                <w:color w:val="333333"/>
                <w:sz w:val="18"/>
              </w:rPr>
              <w:t>Maintain communication with Mrs. Griffin regarding assignments and documents.</w:t>
            </w:r>
          </w:p>
        </w:tc>
      </w:tr>
    </w:tbl>
    <w:p w14:paraId="4A986C51" w14:textId="77777777" w:rsidR="00CB6358" w:rsidRDefault="00CB6358">
      <w:pPr>
        <w:spacing w:after="100" w:line="247" w:lineRule="auto"/>
        <w:rPr>
          <w:rFonts w:ascii="Arial" w:hAnsi="Arial"/>
          <w:color w:val="333333"/>
          <w:sz w:val="18"/>
        </w:rPr>
      </w:pPr>
    </w:p>
    <w:p w14:paraId="5CDA44A9" w14:textId="77777777" w:rsidR="00960AE6" w:rsidRDefault="00960AE6" w:rsidP="00960AE6">
      <w:pPr>
        <w:spacing w:after="100" w:line="247" w:lineRule="auto"/>
        <w:rPr>
          <w:rFonts w:ascii="Arial" w:hAnsi="Arial"/>
          <w:color w:val="333333"/>
          <w:sz w:val="18"/>
        </w:rPr>
      </w:pPr>
      <w:r w:rsidRPr="00960AE6">
        <w:rPr>
          <w:rFonts w:ascii="Arial" w:hAnsi="Arial"/>
          <w:color w:val="333333"/>
          <w:sz w:val="18"/>
        </w:rPr>
        <w:t xml:space="preserve">My </w:t>
      </w:r>
      <w:r w:rsidRPr="002E3DCD">
        <w:rPr>
          <w:rFonts w:ascii="Arial" w:hAnsi="Arial"/>
          <w:i/>
          <w:iCs/>
          <w:color w:val="333333"/>
          <w:sz w:val="18"/>
        </w:rPr>
        <w:t>current</w:t>
      </w:r>
      <w:r w:rsidRPr="00960AE6">
        <w:rPr>
          <w:rFonts w:ascii="Arial" w:hAnsi="Arial"/>
          <w:color w:val="333333"/>
          <w:sz w:val="18"/>
        </w:rPr>
        <w:t xml:space="preserve"> career plans include the following:</w:t>
      </w:r>
    </w:p>
    <w:tbl>
      <w:tblPr>
        <w:tblStyle w:val="TableGrid"/>
        <w:tblW w:w="0" w:type="auto"/>
        <w:tblLook w:val="04A0" w:firstRow="1" w:lastRow="0" w:firstColumn="1" w:lastColumn="0" w:noHBand="0" w:noVBand="1"/>
      </w:tblPr>
      <w:tblGrid>
        <w:gridCol w:w="10646"/>
      </w:tblGrid>
      <w:tr w:rsidR="00960AE6" w14:paraId="6CB59085" w14:textId="77777777" w:rsidTr="00DD0E92">
        <w:sdt>
          <w:sdtPr>
            <w:rPr>
              <w:rFonts w:ascii="Arial" w:hAnsi="Arial"/>
              <w:color w:val="333333"/>
              <w:sz w:val="18"/>
            </w:rPr>
            <w:id w:val="-1941285018"/>
            <w:lock w:val="sdtLocked"/>
            <w:placeholder>
              <w:docPart w:val="E180F2BD988B4EF7BCA4B81CDB8614F2"/>
            </w:placeholder>
            <w:showingPlcHdr/>
            <w:text/>
          </w:sdtPr>
          <w:sdtContent>
            <w:tc>
              <w:tcPr>
                <w:tcW w:w="10646" w:type="dxa"/>
                <w:shd w:val="clear" w:color="auto" w:fill="F2F2F2" w:themeFill="background1" w:themeFillShade="F2"/>
              </w:tcPr>
              <w:p w14:paraId="7789635B" w14:textId="2554E231" w:rsidR="00960AE6" w:rsidRDefault="00AF231D" w:rsidP="00960AE6">
                <w:pPr>
                  <w:spacing w:after="100" w:line="247" w:lineRule="auto"/>
                  <w:rPr>
                    <w:rFonts w:ascii="Arial" w:hAnsi="Arial"/>
                    <w:color w:val="333333"/>
                    <w:sz w:val="18"/>
                  </w:rPr>
                </w:pPr>
                <w:r w:rsidRPr="00051482">
                  <w:rPr>
                    <w:rStyle w:val="PlaceholderText"/>
                  </w:rPr>
                  <w:t>Click or tap here to enter text.</w:t>
                </w:r>
              </w:p>
            </w:tc>
          </w:sdtContent>
        </w:sdt>
      </w:tr>
    </w:tbl>
    <w:p w14:paraId="2EBD4F33" w14:textId="77777777" w:rsidR="00960AE6" w:rsidRPr="00960AE6" w:rsidRDefault="00960AE6" w:rsidP="00960AE6">
      <w:pPr>
        <w:spacing w:after="100" w:line="247" w:lineRule="auto"/>
        <w:rPr>
          <w:rFonts w:ascii="Arial" w:hAnsi="Arial"/>
          <w:color w:val="333333"/>
          <w:sz w:val="18"/>
        </w:rPr>
      </w:pPr>
    </w:p>
    <w:p w14:paraId="345445F1" w14:textId="0480DA27" w:rsidR="00960AE6" w:rsidRPr="00960AE6" w:rsidRDefault="00EC17E2" w:rsidP="00960AE6">
      <w:pPr>
        <w:spacing w:after="100" w:line="247" w:lineRule="auto"/>
        <w:rPr>
          <w:rFonts w:ascii="Arial" w:hAnsi="Arial"/>
          <w:color w:val="333333"/>
          <w:sz w:val="18"/>
        </w:rPr>
      </w:pPr>
      <w:r>
        <w:rPr>
          <w:rFonts w:ascii="Arial" w:hAnsi="Arial"/>
          <w:color w:val="333333"/>
          <w:sz w:val="18"/>
        </w:rPr>
        <w:t xml:space="preserve">My </w:t>
      </w:r>
      <w:r w:rsidRPr="002E3DCD">
        <w:rPr>
          <w:rFonts w:ascii="Arial" w:hAnsi="Arial"/>
          <w:i/>
          <w:iCs/>
          <w:color w:val="333333"/>
          <w:sz w:val="18"/>
        </w:rPr>
        <w:t>current</w:t>
      </w:r>
      <w:r>
        <w:rPr>
          <w:rFonts w:ascii="Arial" w:hAnsi="Arial"/>
          <w:color w:val="333333"/>
          <w:sz w:val="18"/>
        </w:rPr>
        <w:t xml:space="preserve"> </w:t>
      </w:r>
      <w:r w:rsidR="00FC4201">
        <w:rPr>
          <w:rFonts w:ascii="Arial" w:hAnsi="Arial"/>
          <w:color w:val="333333"/>
          <w:sz w:val="18"/>
        </w:rPr>
        <w:t>e</w:t>
      </w:r>
      <w:r w:rsidR="00960AE6" w:rsidRPr="00960AE6">
        <w:rPr>
          <w:rFonts w:ascii="Arial" w:hAnsi="Arial"/>
          <w:color w:val="333333"/>
          <w:sz w:val="18"/>
        </w:rPr>
        <w:t xml:space="preserve">ducational </w:t>
      </w:r>
      <w:r w:rsidR="0094211E">
        <w:rPr>
          <w:rFonts w:ascii="Arial" w:hAnsi="Arial"/>
          <w:color w:val="333333"/>
          <w:sz w:val="18"/>
        </w:rPr>
        <w:t>p</w:t>
      </w:r>
      <w:r w:rsidR="00960AE6" w:rsidRPr="00960AE6">
        <w:rPr>
          <w:rFonts w:ascii="Arial" w:hAnsi="Arial"/>
          <w:color w:val="333333"/>
          <w:sz w:val="18"/>
        </w:rPr>
        <w:t>lans:</w:t>
      </w:r>
    </w:p>
    <w:tbl>
      <w:tblPr>
        <w:tblStyle w:val="TableGrid"/>
        <w:tblW w:w="0" w:type="auto"/>
        <w:tblLook w:val="04A0" w:firstRow="1" w:lastRow="0" w:firstColumn="1" w:lastColumn="0" w:noHBand="0" w:noVBand="1"/>
      </w:tblPr>
      <w:tblGrid>
        <w:gridCol w:w="10646"/>
      </w:tblGrid>
      <w:tr w:rsidR="00EC17E2" w14:paraId="4883EF15" w14:textId="77777777" w:rsidTr="00DD0E92">
        <w:sdt>
          <w:sdtPr>
            <w:rPr>
              <w:rFonts w:ascii="Arial" w:hAnsi="Arial"/>
              <w:color w:val="333333"/>
              <w:sz w:val="18"/>
            </w:rPr>
            <w:id w:val="-1659222322"/>
            <w:lock w:val="sdtLocked"/>
            <w:placeholder>
              <w:docPart w:val="4A56016CEC0D4EB4B965E12502433212"/>
            </w:placeholder>
            <w:showingPlcHdr/>
            <w:text/>
          </w:sdtPr>
          <w:sdtContent>
            <w:tc>
              <w:tcPr>
                <w:tcW w:w="10646" w:type="dxa"/>
                <w:shd w:val="clear" w:color="auto" w:fill="F2F2F2" w:themeFill="background1" w:themeFillShade="F2"/>
              </w:tcPr>
              <w:p w14:paraId="7511D777" w14:textId="59772B37" w:rsidR="00EC17E2" w:rsidRDefault="00AF231D">
                <w:pPr>
                  <w:spacing w:after="100" w:line="247" w:lineRule="auto"/>
                  <w:rPr>
                    <w:rFonts w:ascii="Arial" w:hAnsi="Arial"/>
                    <w:color w:val="333333"/>
                    <w:sz w:val="18"/>
                  </w:rPr>
                </w:pPr>
                <w:r w:rsidRPr="00051482">
                  <w:rPr>
                    <w:rStyle w:val="PlaceholderText"/>
                  </w:rPr>
                  <w:t>Click or tap here to enter text.</w:t>
                </w:r>
              </w:p>
            </w:tc>
          </w:sdtContent>
        </w:sdt>
      </w:tr>
    </w:tbl>
    <w:p w14:paraId="66EF97E1" w14:textId="77777777" w:rsidR="00CB6358" w:rsidRDefault="00CB6358">
      <w:pPr>
        <w:spacing w:after="100" w:line="247" w:lineRule="auto"/>
        <w:rPr>
          <w:rFonts w:ascii="Arial" w:hAnsi="Arial"/>
          <w:color w:val="333333"/>
          <w:sz w:val="18"/>
        </w:rPr>
      </w:pPr>
    </w:p>
    <w:p w14:paraId="27270FC1" w14:textId="4F09A730" w:rsidR="0080781D" w:rsidRDefault="0080781D">
      <w:pPr>
        <w:spacing w:after="100" w:line="247" w:lineRule="auto"/>
        <w:rPr>
          <w:rFonts w:ascii="Arial" w:hAnsi="Arial"/>
          <w:color w:val="333333"/>
          <w:sz w:val="18"/>
        </w:rPr>
      </w:pPr>
      <w:r>
        <w:rPr>
          <w:rFonts w:ascii="Arial" w:hAnsi="Arial"/>
          <w:color w:val="333333"/>
          <w:sz w:val="18"/>
        </w:rPr>
        <w:t>Please check your area of interest(s):</w:t>
      </w:r>
      <w:r w:rsidR="00AF231D">
        <w:rPr>
          <w:rFonts w:ascii="Arial" w:hAnsi="Arial"/>
          <w:color w:val="333333"/>
          <w:sz w:val="18"/>
        </w:rPr>
        <w:tab/>
      </w:r>
      <w:r w:rsidR="00AF231D">
        <w:rPr>
          <w:rFonts w:ascii="Arial" w:hAnsi="Arial"/>
          <w:color w:val="333333"/>
          <w:sz w:val="18"/>
        </w:rPr>
        <w:tab/>
      </w:r>
    </w:p>
    <w:tbl>
      <w:tblPr>
        <w:tblStyle w:val="TableGrid"/>
        <w:tblW w:w="0" w:type="auto"/>
        <w:tblLook w:val="04A0" w:firstRow="1" w:lastRow="0" w:firstColumn="1" w:lastColumn="0" w:noHBand="0" w:noVBand="1"/>
      </w:tblPr>
      <w:tblGrid>
        <w:gridCol w:w="2661"/>
        <w:gridCol w:w="2661"/>
        <w:gridCol w:w="2662"/>
        <w:gridCol w:w="2662"/>
      </w:tblGrid>
      <w:tr w:rsidR="00FA1F33" w14:paraId="5E7C25A3" w14:textId="77777777" w:rsidTr="00FA1F33">
        <w:tc>
          <w:tcPr>
            <w:tcW w:w="2661" w:type="dxa"/>
          </w:tcPr>
          <w:p w14:paraId="02F12F41" w14:textId="50105058" w:rsidR="00FA1F33" w:rsidRDefault="001461C2">
            <w:pPr>
              <w:spacing w:after="100" w:line="247" w:lineRule="auto"/>
              <w:rPr>
                <w:rFonts w:ascii="Arial" w:hAnsi="Arial"/>
                <w:color w:val="333333"/>
                <w:sz w:val="18"/>
              </w:rPr>
            </w:pPr>
            <w:sdt>
              <w:sdtPr>
                <w:rPr>
                  <w:rFonts w:ascii="Arial" w:hAnsi="Arial"/>
                  <w:color w:val="333333"/>
                  <w:sz w:val="18"/>
                </w:rPr>
                <w:id w:val="425617098"/>
                <w:lock w:val="sdtLocked"/>
                <w14:checkbox>
                  <w14:checked w14:val="0"/>
                  <w14:checkedState w14:val="2612" w14:font="MS Gothic"/>
                  <w14:uncheckedState w14:val="2610" w14:font="MS Gothic"/>
                </w14:checkbox>
              </w:sdtPr>
              <w:sdtEndPr/>
              <w:sdtContent>
                <w:r w:rsidR="00AF231D">
                  <w:rPr>
                    <w:rFonts w:ascii="MS Gothic" w:eastAsia="MS Gothic" w:hAnsi="MS Gothic" w:hint="eastAsia"/>
                    <w:color w:val="333333"/>
                    <w:sz w:val="18"/>
                  </w:rPr>
                  <w:t>☐</w:t>
                </w:r>
              </w:sdtContent>
            </w:sdt>
            <w:r w:rsidR="00D5737D" w:rsidRPr="008B4215">
              <w:rPr>
                <w:rFonts w:ascii="Arial" w:hAnsi="Arial"/>
                <w:color w:val="333333"/>
                <w:sz w:val="18"/>
              </w:rPr>
              <w:t>Business/Applied Business</w:t>
            </w:r>
          </w:p>
        </w:tc>
        <w:tc>
          <w:tcPr>
            <w:tcW w:w="2661" w:type="dxa"/>
          </w:tcPr>
          <w:p w14:paraId="79AE8BF4" w14:textId="72637298" w:rsidR="00FA1F33" w:rsidRDefault="001461C2">
            <w:pPr>
              <w:spacing w:after="100" w:line="247" w:lineRule="auto"/>
              <w:rPr>
                <w:rFonts w:ascii="Arial" w:hAnsi="Arial"/>
                <w:color w:val="333333"/>
                <w:sz w:val="18"/>
              </w:rPr>
            </w:pPr>
            <w:sdt>
              <w:sdtPr>
                <w:rPr>
                  <w:rFonts w:ascii="Arial" w:hAnsi="Arial"/>
                  <w:color w:val="333333"/>
                  <w:sz w:val="18"/>
                </w:rPr>
                <w:id w:val="-2075041107"/>
                <w:lock w:val="sdtLocked"/>
                <w14:checkbox>
                  <w14:checked w14:val="0"/>
                  <w14:checkedState w14:val="2612" w14:font="MS Gothic"/>
                  <w14:uncheckedState w14:val="2610" w14:font="MS Gothic"/>
                </w14:checkbox>
              </w:sdtPr>
              <w:sdtEndPr/>
              <w:sdtContent>
                <w:r w:rsidR="00844F00">
                  <w:rPr>
                    <w:rFonts w:ascii="MS Gothic" w:eastAsia="MS Gothic" w:hAnsi="MS Gothic" w:hint="eastAsia"/>
                    <w:color w:val="333333"/>
                    <w:sz w:val="18"/>
                  </w:rPr>
                  <w:t>☐</w:t>
                </w:r>
              </w:sdtContent>
            </w:sdt>
            <w:r w:rsidR="00D5737D" w:rsidRPr="008B4215">
              <w:rPr>
                <w:rFonts w:ascii="Arial" w:hAnsi="Arial"/>
                <w:color w:val="333333"/>
                <w:sz w:val="18"/>
              </w:rPr>
              <w:t>Creative Arts, Design &amp; Media</w:t>
            </w:r>
          </w:p>
        </w:tc>
        <w:tc>
          <w:tcPr>
            <w:tcW w:w="2662" w:type="dxa"/>
          </w:tcPr>
          <w:p w14:paraId="383C0A74" w14:textId="7AE438F3" w:rsidR="00FA1F33" w:rsidRDefault="001461C2">
            <w:pPr>
              <w:spacing w:after="100" w:line="247" w:lineRule="auto"/>
              <w:rPr>
                <w:rFonts w:ascii="Arial" w:hAnsi="Arial"/>
                <w:color w:val="333333"/>
                <w:sz w:val="18"/>
              </w:rPr>
            </w:pPr>
            <w:sdt>
              <w:sdtPr>
                <w:rPr>
                  <w:rFonts w:ascii="Arial" w:hAnsi="Arial"/>
                  <w:color w:val="333333"/>
                  <w:sz w:val="18"/>
                </w:rPr>
                <w:id w:val="-1080745003"/>
                <w:lock w:val="sdtLocked"/>
                <w14:checkbox>
                  <w14:checked w14:val="0"/>
                  <w14:checkedState w14:val="2612" w14:font="MS Gothic"/>
                  <w14:uncheckedState w14:val="2610" w14:font="MS Gothic"/>
                </w14:checkbox>
              </w:sdtPr>
              <w:sdtEndPr/>
              <w:sdtContent>
                <w:r w:rsidR="00844F00">
                  <w:rPr>
                    <w:rFonts w:ascii="MS Gothic" w:eastAsia="MS Gothic" w:hAnsi="MS Gothic" w:hint="eastAsia"/>
                    <w:color w:val="333333"/>
                    <w:sz w:val="18"/>
                  </w:rPr>
                  <w:t>☐</w:t>
                </w:r>
              </w:sdtContent>
            </w:sdt>
            <w:r w:rsidR="00D5737D" w:rsidRPr="008B4215">
              <w:rPr>
                <w:rFonts w:ascii="Arial" w:hAnsi="Arial"/>
                <w:color w:val="333333"/>
                <w:sz w:val="18"/>
              </w:rPr>
              <w:t>Social Services</w:t>
            </w:r>
          </w:p>
        </w:tc>
        <w:tc>
          <w:tcPr>
            <w:tcW w:w="2662" w:type="dxa"/>
          </w:tcPr>
          <w:p w14:paraId="7269C374" w14:textId="1CD59085" w:rsidR="00FA1F33" w:rsidRDefault="001461C2">
            <w:pPr>
              <w:spacing w:after="100" w:line="247" w:lineRule="auto"/>
              <w:rPr>
                <w:rFonts w:ascii="Arial" w:hAnsi="Arial"/>
                <w:color w:val="333333"/>
                <w:sz w:val="18"/>
              </w:rPr>
            </w:pPr>
            <w:sdt>
              <w:sdtPr>
                <w:rPr>
                  <w:rFonts w:ascii="Arial" w:hAnsi="Arial"/>
                  <w:color w:val="333333"/>
                  <w:sz w:val="18"/>
                </w:rPr>
                <w:id w:val="1229957673"/>
                <w:lock w:val="sdtLocked"/>
                <w14:checkbox>
                  <w14:checked w14:val="0"/>
                  <w14:checkedState w14:val="2612" w14:font="MS Gothic"/>
                  <w14:uncheckedState w14:val="2610" w14:font="MS Gothic"/>
                </w14:checkbox>
              </w:sdtPr>
              <w:sdtEndPr/>
              <w:sdtContent>
                <w:r w:rsidR="004D5150">
                  <w:rPr>
                    <w:rFonts w:ascii="MS Gothic" w:eastAsia="MS Gothic" w:hAnsi="MS Gothic" w:hint="eastAsia"/>
                    <w:color w:val="333333"/>
                    <w:sz w:val="18"/>
                  </w:rPr>
                  <w:t>☐</w:t>
                </w:r>
              </w:sdtContent>
            </w:sdt>
            <w:r w:rsidR="00D5737D" w:rsidRPr="008B4215">
              <w:rPr>
                <w:rFonts w:ascii="Arial" w:hAnsi="Arial"/>
                <w:color w:val="333333"/>
                <w:sz w:val="18"/>
              </w:rPr>
              <w:t>Health Services</w:t>
            </w:r>
          </w:p>
        </w:tc>
      </w:tr>
      <w:tr w:rsidR="00FA1F33" w14:paraId="013DCEF4" w14:textId="77777777" w:rsidTr="00FA1F33">
        <w:tc>
          <w:tcPr>
            <w:tcW w:w="2661" w:type="dxa"/>
          </w:tcPr>
          <w:p w14:paraId="5BBCB8A7" w14:textId="2EF8AD7B" w:rsidR="00FA1F33" w:rsidRDefault="001461C2">
            <w:pPr>
              <w:spacing w:after="100" w:line="247" w:lineRule="auto"/>
              <w:rPr>
                <w:rFonts w:ascii="Arial" w:hAnsi="Arial"/>
                <w:color w:val="333333"/>
                <w:sz w:val="18"/>
              </w:rPr>
            </w:pPr>
            <w:sdt>
              <w:sdtPr>
                <w:rPr>
                  <w:rFonts w:ascii="Arial" w:hAnsi="Arial"/>
                  <w:color w:val="333333"/>
                  <w:sz w:val="18"/>
                </w:rPr>
                <w:id w:val="1421909288"/>
                <w:lock w:val="sdtLocked"/>
                <w14:checkbox>
                  <w14:checked w14:val="0"/>
                  <w14:checkedState w14:val="2612" w14:font="MS Gothic"/>
                  <w14:uncheckedState w14:val="2610" w14:font="MS Gothic"/>
                </w14:checkbox>
              </w:sdtPr>
              <w:sdtEndPr/>
              <w:sdtContent>
                <w:r w:rsidR="002A2FC9">
                  <w:rPr>
                    <w:rFonts w:ascii="MS Gothic" w:eastAsia="MS Gothic" w:hAnsi="MS Gothic" w:hint="eastAsia"/>
                    <w:color w:val="333333"/>
                    <w:sz w:val="18"/>
                  </w:rPr>
                  <w:t>☐</w:t>
                </w:r>
              </w:sdtContent>
            </w:sdt>
            <w:r w:rsidR="00D5737D" w:rsidRPr="008B4215">
              <w:rPr>
                <w:rFonts w:ascii="Arial" w:hAnsi="Arial"/>
                <w:color w:val="333333"/>
                <w:sz w:val="18"/>
              </w:rPr>
              <w:t>Human Services</w:t>
            </w:r>
          </w:p>
        </w:tc>
        <w:tc>
          <w:tcPr>
            <w:tcW w:w="2661" w:type="dxa"/>
          </w:tcPr>
          <w:p w14:paraId="7204C1B8" w14:textId="4881CDFC" w:rsidR="00FA1F33" w:rsidRDefault="001461C2">
            <w:pPr>
              <w:spacing w:after="100" w:line="247" w:lineRule="auto"/>
              <w:rPr>
                <w:rFonts w:ascii="Arial" w:hAnsi="Arial"/>
                <w:color w:val="333333"/>
                <w:sz w:val="18"/>
              </w:rPr>
            </w:pPr>
            <w:sdt>
              <w:sdtPr>
                <w:rPr>
                  <w:rFonts w:ascii="Arial" w:hAnsi="Arial"/>
                  <w:color w:val="333333"/>
                  <w:sz w:val="18"/>
                </w:rPr>
                <w:id w:val="1818534582"/>
                <w:lock w:val="sdtLocked"/>
                <w14:checkbox>
                  <w14:checked w14:val="0"/>
                  <w14:checkedState w14:val="2612" w14:font="MS Gothic"/>
                  <w14:uncheckedState w14:val="2610" w14:font="MS Gothic"/>
                </w14:checkbox>
              </w:sdtPr>
              <w:sdtEndPr/>
              <w:sdtContent>
                <w:r w:rsidR="00844F00">
                  <w:rPr>
                    <w:rFonts w:ascii="MS Gothic" w:eastAsia="MS Gothic" w:hAnsi="MS Gothic" w:hint="eastAsia"/>
                    <w:color w:val="333333"/>
                    <w:sz w:val="18"/>
                  </w:rPr>
                  <w:t>☐</w:t>
                </w:r>
              </w:sdtContent>
            </w:sdt>
            <w:r w:rsidR="00D5737D" w:rsidRPr="008B4215">
              <w:rPr>
                <w:rFonts w:ascii="Arial" w:hAnsi="Arial"/>
                <w:color w:val="333333"/>
                <w:sz w:val="18"/>
              </w:rPr>
              <w:t>Humanities</w:t>
            </w:r>
          </w:p>
        </w:tc>
        <w:tc>
          <w:tcPr>
            <w:tcW w:w="2662" w:type="dxa"/>
          </w:tcPr>
          <w:p w14:paraId="3B88B4FE" w14:textId="219484D8" w:rsidR="00FA1F33" w:rsidRDefault="001461C2">
            <w:pPr>
              <w:spacing w:after="100" w:line="247" w:lineRule="auto"/>
              <w:rPr>
                <w:rFonts w:ascii="Arial" w:hAnsi="Arial"/>
                <w:color w:val="333333"/>
                <w:sz w:val="18"/>
              </w:rPr>
            </w:pPr>
            <w:sdt>
              <w:sdtPr>
                <w:rPr>
                  <w:rFonts w:ascii="Arial" w:hAnsi="Arial"/>
                  <w:color w:val="333333"/>
                  <w:sz w:val="18"/>
                </w:rPr>
                <w:id w:val="1245843784"/>
                <w:lock w:val="sdtLocked"/>
                <w14:checkbox>
                  <w14:checked w14:val="0"/>
                  <w14:checkedState w14:val="2612" w14:font="MS Gothic"/>
                  <w14:uncheckedState w14:val="2610" w14:font="MS Gothic"/>
                </w14:checkbox>
              </w:sdtPr>
              <w:sdtEndPr/>
              <w:sdtContent>
                <w:r w:rsidR="00844F00">
                  <w:rPr>
                    <w:rFonts w:ascii="MS Gothic" w:eastAsia="MS Gothic" w:hAnsi="MS Gothic" w:hint="eastAsia"/>
                    <w:color w:val="333333"/>
                    <w:sz w:val="18"/>
                  </w:rPr>
                  <w:t>☐</w:t>
                </w:r>
              </w:sdtContent>
            </w:sdt>
            <w:r w:rsidR="00B5610B" w:rsidRPr="008B4215">
              <w:rPr>
                <w:rFonts w:ascii="Arial" w:hAnsi="Arial"/>
                <w:color w:val="333333"/>
                <w:sz w:val="18"/>
              </w:rPr>
              <w:t>Engineering, Science/</w:t>
            </w:r>
          </w:p>
        </w:tc>
        <w:tc>
          <w:tcPr>
            <w:tcW w:w="2662" w:type="dxa"/>
          </w:tcPr>
          <w:p w14:paraId="06944593" w14:textId="5363AEA2" w:rsidR="00FA1F33" w:rsidRDefault="001461C2">
            <w:pPr>
              <w:spacing w:after="100" w:line="247" w:lineRule="auto"/>
              <w:rPr>
                <w:rFonts w:ascii="Arial" w:hAnsi="Arial"/>
                <w:color w:val="333333"/>
                <w:sz w:val="18"/>
              </w:rPr>
            </w:pPr>
            <w:sdt>
              <w:sdtPr>
                <w:rPr>
                  <w:rFonts w:ascii="Arial" w:hAnsi="Arial"/>
                  <w:color w:val="333333"/>
                  <w:sz w:val="18"/>
                </w:rPr>
                <w:id w:val="-278640189"/>
                <w:lock w:val="sdtLocked"/>
                <w14:checkbox>
                  <w14:checked w14:val="0"/>
                  <w14:checkedState w14:val="2612" w14:font="MS Gothic"/>
                  <w14:uncheckedState w14:val="2610" w14:font="MS Gothic"/>
                </w14:checkbox>
              </w:sdtPr>
              <w:sdtEndPr/>
              <w:sdtContent>
                <w:r w:rsidR="00A16810">
                  <w:rPr>
                    <w:rFonts w:ascii="MS Gothic" w:eastAsia="MS Gothic" w:hAnsi="MS Gothic" w:hint="eastAsia"/>
                    <w:color w:val="333333"/>
                    <w:sz w:val="18"/>
                  </w:rPr>
                  <w:t>☐</w:t>
                </w:r>
              </w:sdtContent>
            </w:sdt>
            <w:r w:rsidR="00B5610B" w:rsidRPr="008B4215">
              <w:rPr>
                <w:rFonts w:ascii="Arial" w:hAnsi="Arial"/>
                <w:color w:val="333333"/>
                <w:sz w:val="18"/>
              </w:rPr>
              <w:t>Tourism, Hospitality &amp;</w:t>
            </w:r>
            <w:r w:rsidR="00B5610B">
              <w:rPr>
                <w:rFonts w:ascii="Arial" w:hAnsi="Arial"/>
                <w:color w:val="333333"/>
                <w:sz w:val="18"/>
              </w:rPr>
              <w:t xml:space="preserve"> </w:t>
            </w:r>
            <w:r w:rsidR="00B5610B" w:rsidRPr="008B4215">
              <w:rPr>
                <w:rFonts w:ascii="Arial" w:hAnsi="Arial"/>
                <w:color w:val="333333"/>
                <w:sz w:val="18"/>
              </w:rPr>
              <w:t>Food Services</w:t>
            </w:r>
          </w:p>
        </w:tc>
      </w:tr>
      <w:tr w:rsidR="00FA1F33" w14:paraId="19AEF0BE" w14:textId="77777777" w:rsidTr="00FA1F33">
        <w:tc>
          <w:tcPr>
            <w:tcW w:w="2661" w:type="dxa"/>
          </w:tcPr>
          <w:p w14:paraId="3355DDB0" w14:textId="04F20CE0" w:rsidR="002A2FC9" w:rsidRDefault="001461C2" w:rsidP="00B5610B">
            <w:pPr>
              <w:spacing w:after="100" w:line="247" w:lineRule="auto"/>
              <w:rPr>
                <w:rFonts w:ascii="Arial" w:hAnsi="Arial"/>
                <w:color w:val="333333"/>
                <w:sz w:val="18"/>
              </w:rPr>
            </w:pPr>
            <w:sdt>
              <w:sdtPr>
                <w:rPr>
                  <w:rFonts w:ascii="Arial" w:hAnsi="Arial"/>
                  <w:color w:val="333333"/>
                  <w:sz w:val="18"/>
                </w:rPr>
                <w:id w:val="-1865894143"/>
                <w:lock w:val="sdtLocked"/>
                <w14:checkbox>
                  <w14:checked w14:val="0"/>
                  <w14:checkedState w14:val="2612" w14:font="MS Gothic"/>
                  <w14:uncheckedState w14:val="2610" w14:font="MS Gothic"/>
                </w14:checkbox>
              </w:sdtPr>
              <w:sdtEndPr/>
              <w:sdtContent>
                <w:r w:rsidR="00844F00">
                  <w:rPr>
                    <w:rFonts w:ascii="MS Gothic" w:eastAsia="MS Gothic" w:hAnsi="MS Gothic" w:hint="eastAsia"/>
                    <w:color w:val="333333"/>
                    <w:sz w:val="18"/>
                  </w:rPr>
                  <w:t>☐</w:t>
                </w:r>
              </w:sdtContent>
            </w:sdt>
            <w:r w:rsidR="00B5610B" w:rsidRPr="008B4215">
              <w:rPr>
                <w:rFonts w:ascii="Arial" w:hAnsi="Arial"/>
                <w:color w:val="333333"/>
                <w:sz w:val="18"/>
              </w:rPr>
              <w:t>Trades/Construction/</w:t>
            </w:r>
          </w:p>
          <w:p w14:paraId="799B3536" w14:textId="45178BAA" w:rsidR="00B5610B" w:rsidRPr="008B4215" w:rsidRDefault="00B5610B" w:rsidP="00B5610B">
            <w:pPr>
              <w:spacing w:after="100" w:line="247" w:lineRule="auto"/>
              <w:rPr>
                <w:rFonts w:ascii="Arial" w:hAnsi="Arial"/>
                <w:color w:val="333333"/>
                <w:sz w:val="18"/>
              </w:rPr>
            </w:pPr>
            <w:r>
              <w:rPr>
                <w:rFonts w:ascii="Arial" w:hAnsi="Arial"/>
                <w:color w:val="333333"/>
                <w:sz w:val="18"/>
              </w:rPr>
              <w:t>Maintenance/Repair</w:t>
            </w:r>
          </w:p>
          <w:p w14:paraId="3B39231C" w14:textId="77777777" w:rsidR="00FA1F33" w:rsidRDefault="00FA1F33">
            <w:pPr>
              <w:spacing w:after="100" w:line="247" w:lineRule="auto"/>
              <w:rPr>
                <w:rFonts w:ascii="Arial" w:hAnsi="Arial"/>
                <w:color w:val="333333"/>
                <w:sz w:val="18"/>
              </w:rPr>
            </w:pPr>
          </w:p>
        </w:tc>
        <w:tc>
          <w:tcPr>
            <w:tcW w:w="2661" w:type="dxa"/>
          </w:tcPr>
          <w:p w14:paraId="1A04B30E" w14:textId="11AF8334" w:rsidR="00FA1F33" w:rsidRDefault="001461C2">
            <w:pPr>
              <w:spacing w:after="100" w:line="247" w:lineRule="auto"/>
              <w:rPr>
                <w:rFonts w:ascii="Arial" w:hAnsi="Arial"/>
                <w:color w:val="333333"/>
                <w:sz w:val="18"/>
              </w:rPr>
            </w:pPr>
            <w:sdt>
              <w:sdtPr>
                <w:rPr>
                  <w:rFonts w:ascii="Arial" w:hAnsi="Arial"/>
                  <w:color w:val="333333"/>
                  <w:sz w:val="18"/>
                </w:rPr>
                <w:id w:val="98996494"/>
                <w:lock w:val="sdtLocked"/>
                <w14:checkbox>
                  <w14:checked w14:val="0"/>
                  <w14:checkedState w14:val="2612" w14:font="MS Gothic"/>
                  <w14:uncheckedState w14:val="2610" w14:font="MS Gothic"/>
                </w14:checkbox>
              </w:sdtPr>
              <w:sdtEndPr/>
              <w:sdtContent>
                <w:r w:rsidR="00844F00">
                  <w:rPr>
                    <w:rFonts w:ascii="MS Gothic" w:eastAsia="MS Gothic" w:hAnsi="MS Gothic" w:hint="eastAsia"/>
                    <w:color w:val="333333"/>
                    <w:sz w:val="18"/>
                  </w:rPr>
                  <w:t>☐</w:t>
                </w:r>
              </w:sdtContent>
            </w:sdt>
            <w:r w:rsidR="00B5610B" w:rsidRPr="008B4215">
              <w:rPr>
                <w:rFonts w:ascii="Arial" w:hAnsi="Arial"/>
                <w:color w:val="333333"/>
                <w:sz w:val="18"/>
              </w:rPr>
              <w:t>Computer/Software Technology</w:t>
            </w:r>
          </w:p>
        </w:tc>
        <w:tc>
          <w:tcPr>
            <w:tcW w:w="2662" w:type="dxa"/>
          </w:tcPr>
          <w:p w14:paraId="4155E2C6" w14:textId="73303953" w:rsidR="00FA1F33" w:rsidRDefault="001461C2">
            <w:pPr>
              <w:spacing w:after="100" w:line="247" w:lineRule="auto"/>
              <w:rPr>
                <w:rFonts w:ascii="Arial" w:hAnsi="Arial"/>
                <w:color w:val="333333"/>
                <w:sz w:val="18"/>
              </w:rPr>
            </w:pPr>
            <w:sdt>
              <w:sdtPr>
                <w:rPr>
                  <w:rFonts w:ascii="Arial" w:hAnsi="Arial"/>
                  <w:color w:val="333333"/>
                  <w:sz w:val="18"/>
                </w:rPr>
                <w:id w:val="1024604268"/>
                <w:lock w:val="sdtLocked"/>
                <w14:checkbox>
                  <w14:checked w14:val="0"/>
                  <w14:checkedState w14:val="2612" w14:font="MS Gothic"/>
                  <w14:uncheckedState w14:val="2610" w14:font="MS Gothic"/>
                </w14:checkbox>
              </w:sdtPr>
              <w:sdtEndPr/>
              <w:sdtContent>
                <w:r w:rsidR="004D5150">
                  <w:rPr>
                    <w:rFonts w:ascii="MS Gothic" w:eastAsia="MS Gothic" w:hAnsi="MS Gothic" w:hint="eastAsia"/>
                    <w:color w:val="333333"/>
                    <w:sz w:val="18"/>
                  </w:rPr>
                  <w:t>☐</w:t>
                </w:r>
              </w:sdtContent>
            </w:sdt>
            <w:r w:rsidR="00B5610B" w:rsidRPr="008B4215">
              <w:rPr>
                <w:rFonts w:ascii="Arial" w:hAnsi="Arial"/>
                <w:color w:val="333333"/>
                <w:sz w:val="18"/>
              </w:rPr>
              <w:t>Mathematics/R</w:t>
            </w:r>
            <w:r w:rsidR="00B5610B">
              <w:rPr>
                <w:rFonts w:ascii="Arial" w:hAnsi="Arial"/>
                <w:color w:val="333333"/>
                <w:sz w:val="18"/>
              </w:rPr>
              <w:t>esearch/</w:t>
            </w:r>
            <w:r w:rsidR="00BF7681">
              <w:rPr>
                <w:rFonts w:ascii="Arial" w:hAnsi="Arial"/>
                <w:color w:val="333333"/>
                <w:sz w:val="18"/>
              </w:rPr>
              <w:t xml:space="preserve"> </w:t>
            </w:r>
            <w:r w:rsidR="00B5610B">
              <w:rPr>
                <w:rFonts w:ascii="Arial" w:hAnsi="Arial"/>
                <w:color w:val="333333"/>
                <w:sz w:val="18"/>
              </w:rPr>
              <w:t>Analytics</w:t>
            </w:r>
          </w:p>
        </w:tc>
        <w:tc>
          <w:tcPr>
            <w:tcW w:w="2662" w:type="dxa"/>
          </w:tcPr>
          <w:p w14:paraId="7A68419F" w14:textId="3AEAB30E" w:rsidR="00FA1F33" w:rsidRDefault="001461C2">
            <w:pPr>
              <w:spacing w:after="100" w:line="247" w:lineRule="auto"/>
              <w:rPr>
                <w:rFonts w:ascii="Arial" w:hAnsi="Arial"/>
                <w:color w:val="333333"/>
                <w:sz w:val="18"/>
              </w:rPr>
            </w:pPr>
            <w:sdt>
              <w:sdtPr>
                <w:rPr>
                  <w:rFonts w:ascii="Arial" w:hAnsi="Arial"/>
                  <w:color w:val="333333"/>
                  <w:sz w:val="18"/>
                </w:rPr>
                <w:id w:val="1265809096"/>
                <w:lock w:val="sdtLocked"/>
                <w14:checkbox>
                  <w14:checked w14:val="0"/>
                  <w14:checkedState w14:val="2612" w14:font="MS Gothic"/>
                  <w14:uncheckedState w14:val="2610" w14:font="MS Gothic"/>
                </w14:checkbox>
              </w:sdtPr>
              <w:sdtEndPr/>
              <w:sdtContent>
                <w:r w:rsidR="007A1C69">
                  <w:rPr>
                    <w:rFonts w:ascii="MS Gothic" w:eastAsia="MS Gothic" w:hAnsi="MS Gothic" w:hint="eastAsia"/>
                    <w:color w:val="333333"/>
                    <w:sz w:val="18"/>
                  </w:rPr>
                  <w:t>☐</w:t>
                </w:r>
              </w:sdtContent>
            </w:sdt>
            <w:r w:rsidR="00B5610B">
              <w:rPr>
                <w:rFonts w:ascii="Arial" w:hAnsi="Arial"/>
                <w:color w:val="333333"/>
                <w:sz w:val="18"/>
              </w:rPr>
              <w:t>Other</w:t>
            </w:r>
          </w:p>
          <w:sdt>
            <w:sdtPr>
              <w:rPr>
                <w:rFonts w:ascii="Arial" w:hAnsi="Arial"/>
                <w:color w:val="333333"/>
                <w:sz w:val="18"/>
              </w:rPr>
              <w:id w:val="-412775432"/>
              <w:lock w:val="sdtLocked"/>
              <w:placeholder>
                <w:docPart w:val="1890B7720DDF4F6799431DCD4CADF664"/>
              </w:placeholder>
              <w:showingPlcHdr/>
              <w:text/>
            </w:sdtPr>
            <w:sdtEndPr>
              <w:rPr>
                <w:sz w:val="14"/>
                <w:szCs w:val="18"/>
              </w:rPr>
            </w:sdtEndPr>
            <w:sdtContent>
              <w:p w14:paraId="16E992BC" w14:textId="08BDFFE0" w:rsidR="00AF231D" w:rsidRDefault="00AF231D" w:rsidP="00AF231D">
                <w:pPr>
                  <w:spacing w:after="100" w:line="247" w:lineRule="auto"/>
                  <w:rPr>
                    <w:rFonts w:ascii="Arial" w:hAnsi="Arial"/>
                    <w:color w:val="333333"/>
                    <w:sz w:val="18"/>
                  </w:rPr>
                </w:pPr>
                <w:r w:rsidRPr="00AF231D">
                  <w:rPr>
                    <w:rStyle w:val="PlaceholderText"/>
                    <w:sz w:val="18"/>
                    <w:szCs w:val="18"/>
                  </w:rPr>
                  <w:t>Click or tap here to enter text.</w:t>
                </w:r>
              </w:p>
            </w:sdtContent>
          </w:sdt>
        </w:tc>
      </w:tr>
    </w:tbl>
    <w:p w14:paraId="4B87C9D4" w14:textId="77777777" w:rsidR="008B4215" w:rsidRDefault="008B4215">
      <w:pPr>
        <w:spacing w:after="100" w:line="247" w:lineRule="auto"/>
        <w:rPr>
          <w:rFonts w:ascii="Arial" w:hAnsi="Arial"/>
          <w:color w:val="333333"/>
          <w:sz w:val="18"/>
        </w:rPr>
      </w:pPr>
    </w:p>
    <w:p w14:paraId="3FD473A0" w14:textId="223E4FCA" w:rsidR="000060B5" w:rsidRDefault="00CD28FE">
      <w:pPr>
        <w:spacing w:after="100" w:line="247" w:lineRule="auto"/>
        <w:rPr>
          <w:rFonts w:ascii="Arial" w:hAnsi="Arial"/>
          <w:color w:val="333333"/>
          <w:sz w:val="18"/>
          <w:szCs w:val="20"/>
        </w:rPr>
      </w:pPr>
      <w:r>
        <w:rPr>
          <w:rFonts w:ascii="Arial" w:hAnsi="Arial"/>
          <w:color w:val="333333"/>
          <w:sz w:val="18"/>
        </w:rPr>
        <w:t xml:space="preserve">I am aware that this Career Education </w:t>
      </w:r>
      <w:r w:rsidR="0045635A">
        <w:rPr>
          <w:rFonts w:ascii="Arial" w:hAnsi="Arial"/>
          <w:color w:val="333333"/>
          <w:sz w:val="18"/>
        </w:rPr>
        <w:t xml:space="preserve">Work Experience </w:t>
      </w:r>
      <w:r>
        <w:rPr>
          <w:rFonts w:ascii="Arial" w:hAnsi="Arial"/>
          <w:color w:val="333333"/>
          <w:sz w:val="18"/>
        </w:rPr>
        <w:t xml:space="preserve">Program is a challenging opportunity, and I am willing to abide by the rules </w:t>
      </w:r>
      <w:r w:rsidRPr="0045635A">
        <w:rPr>
          <w:rFonts w:ascii="Arial" w:hAnsi="Arial"/>
          <w:color w:val="333333"/>
          <w:sz w:val="18"/>
          <w:szCs w:val="20"/>
        </w:rPr>
        <w:t>set forth by Immaculata Regional High School.</w:t>
      </w:r>
    </w:p>
    <w:p w14:paraId="7FE58FC9" w14:textId="77777777" w:rsidR="0045635A" w:rsidRPr="0045635A" w:rsidRDefault="0045635A">
      <w:pPr>
        <w:spacing w:after="100" w:line="247" w:lineRule="auto"/>
        <w:rPr>
          <w:sz w:val="20"/>
          <w:szCs w:val="20"/>
        </w:rPr>
      </w:pPr>
    </w:p>
    <w:tbl>
      <w:tblPr>
        <w:tblW w:w="0" w:type="auto"/>
        <w:jc w:val="center"/>
        <w:tblLayout w:type="fixed"/>
        <w:tblLook w:val="04A0" w:firstRow="1" w:lastRow="0" w:firstColumn="1" w:lastColumn="0" w:noHBand="0" w:noVBand="1"/>
      </w:tblPr>
      <w:tblGrid>
        <w:gridCol w:w="2664"/>
        <w:gridCol w:w="2664"/>
        <w:gridCol w:w="2664"/>
        <w:gridCol w:w="2664"/>
      </w:tblGrid>
      <w:tr w:rsidR="000060B5" w14:paraId="016D05BF" w14:textId="77777777">
        <w:trPr>
          <w:jc w:val="center"/>
        </w:trPr>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4648994" w14:textId="77777777" w:rsidR="000060B5" w:rsidRDefault="00CD28FE">
            <w:pPr>
              <w:spacing w:after="0" w:line="240" w:lineRule="auto"/>
            </w:pPr>
            <w:r>
              <w:rPr>
                <w:rFonts w:ascii="Arial" w:hAnsi="Arial"/>
                <w:b/>
                <w:color w:val="333333"/>
                <w:sz w:val="17"/>
              </w:rPr>
              <w:t>Student signature</w:t>
            </w:r>
          </w:p>
        </w:tc>
        <w:sdt>
          <w:sdtPr>
            <w:rPr>
              <w:sz w:val="20"/>
              <w:szCs w:val="20"/>
            </w:rPr>
            <w:id w:val="-549851063"/>
            <w:lock w:val="sdtLocked"/>
            <w:placeholder>
              <w:docPart w:val="7A309E7632424F799B4086301CBCF8BF"/>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FFEE568" w14:textId="46BAA9BA" w:rsidR="000060B5" w:rsidRDefault="0045635A">
                <w:pPr>
                  <w:spacing w:after="0" w:line="240" w:lineRule="auto"/>
                </w:pPr>
                <w:r w:rsidRPr="00174415">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0B39D2C" w14:textId="77777777" w:rsidR="000060B5" w:rsidRDefault="00CD28FE">
            <w:pPr>
              <w:spacing w:after="0" w:line="240" w:lineRule="auto"/>
            </w:pPr>
            <w:r>
              <w:rPr>
                <w:rFonts w:ascii="Arial" w:hAnsi="Arial"/>
                <w:b/>
                <w:color w:val="333333"/>
                <w:sz w:val="17"/>
              </w:rPr>
              <w:t>Date</w:t>
            </w:r>
          </w:p>
        </w:tc>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5A18B61" w14:textId="46B8762C" w:rsidR="000060B5" w:rsidRDefault="001461C2">
            <w:pPr>
              <w:spacing w:after="0" w:line="240" w:lineRule="auto"/>
            </w:pPr>
            <w:sdt>
              <w:sdtPr>
                <w:rPr>
                  <w:rFonts w:ascii="Arial" w:hAnsi="Arial"/>
                  <w:color w:val="777777"/>
                  <w:sz w:val="17"/>
                </w:rPr>
                <w:id w:val="-1192690344"/>
                <w:lock w:val="sdtLocked"/>
                <w:placeholder>
                  <w:docPart w:val="DD6BE9EDBCAE4DD89BC2145032159A9B"/>
                </w:placeholder>
                <w:showingPlcHdr/>
                <w:date>
                  <w:dateFormat w:val="yyyy-MM-dd"/>
                  <w:lid w:val="en-CA"/>
                  <w:storeMappedDataAs w:val="dateTime"/>
                  <w:calendar w:val="gregorian"/>
                </w:date>
              </w:sdtPr>
              <w:sdtEndPr/>
              <w:sdtContent>
                <w:r w:rsidR="0045635A" w:rsidRPr="00174415">
                  <w:rPr>
                    <w:rStyle w:val="PlaceholderText"/>
                    <w:sz w:val="20"/>
                    <w:szCs w:val="20"/>
                  </w:rPr>
                  <w:t>Click or tap to enter a date.</w:t>
                </w:r>
              </w:sdtContent>
            </w:sdt>
            <w:r w:rsidR="0045635A">
              <w:rPr>
                <w:rFonts w:ascii="Arial" w:hAnsi="Arial"/>
                <w:color w:val="777777"/>
                <w:sz w:val="17"/>
              </w:rPr>
              <w:t>.</w:t>
            </w:r>
          </w:p>
        </w:tc>
      </w:tr>
      <w:tr w:rsidR="000060B5" w14:paraId="69048220" w14:textId="77777777">
        <w:trPr>
          <w:jc w:val="center"/>
        </w:trPr>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E822D61" w14:textId="77777777" w:rsidR="000060B5" w:rsidRDefault="00CD28FE">
            <w:pPr>
              <w:spacing w:after="0" w:line="240" w:lineRule="auto"/>
            </w:pPr>
            <w:r>
              <w:rPr>
                <w:rFonts w:ascii="Arial" w:hAnsi="Arial"/>
                <w:b/>
                <w:color w:val="333333"/>
                <w:sz w:val="17"/>
              </w:rPr>
              <w:t>Parent/Guardian signature</w:t>
            </w:r>
          </w:p>
        </w:tc>
        <w:sdt>
          <w:sdtPr>
            <w:id w:val="1017889174"/>
            <w:lock w:val="sdtLocked"/>
            <w:placeholder>
              <w:docPart w:val="5260A9A6E70F41A5809AC94952C9516B"/>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313B688" w14:textId="79296749" w:rsidR="000060B5" w:rsidRDefault="0045635A">
                <w:pPr>
                  <w:spacing w:after="0" w:line="240" w:lineRule="auto"/>
                </w:pPr>
                <w:r w:rsidRPr="00174415">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64E71F8" w14:textId="77777777" w:rsidR="000060B5" w:rsidRDefault="00CD28FE">
            <w:pPr>
              <w:spacing w:after="0" w:line="240" w:lineRule="auto"/>
            </w:pPr>
            <w:r>
              <w:rPr>
                <w:rFonts w:ascii="Arial" w:hAnsi="Arial"/>
                <w:b/>
                <w:color w:val="333333"/>
                <w:sz w:val="17"/>
              </w:rPr>
              <w:t>Date</w:t>
            </w:r>
          </w:p>
        </w:tc>
        <w:sdt>
          <w:sdtPr>
            <w:id w:val="1778973815"/>
            <w:lock w:val="sdtLocked"/>
            <w:placeholder>
              <w:docPart w:val="73B0553CB35043EFB4BB272D111DA322"/>
            </w:placeholder>
            <w:showingPlcHdr/>
            <w:date>
              <w:dateFormat w:val="yyyy-MM-dd"/>
              <w:lid w:val="en-CA"/>
              <w:storeMappedDataAs w:val="dateTime"/>
              <w:calendar w:val="gregorian"/>
            </w:date>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A772CF5" w14:textId="7065794D" w:rsidR="000060B5" w:rsidRDefault="0045635A">
                <w:pPr>
                  <w:spacing w:after="0" w:line="240" w:lineRule="auto"/>
                </w:pPr>
                <w:r w:rsidRPr="00174415">
                  <w:rPr>
                    <w:rStyle w:val="PlaceholderText"/>
                    <w:sz w:val="20"/>
                    <w:szCs w:val="20"/>
                  </w:rPr>
                  <w:t>Click or tap to enter a date.</w:t>
                </w:r>
              </w:p>
            </w:tc>
          </w:sdtContent>
        </w:sdt>
      </w:tr>
    </w:tbl>
    <w:p w14:paraId="6D00FEA2" w14:textId="77777777" w:rsidR="000060B5" w:rsidRDefault="00CD28FE">
      <w:r>
        <w:br w:type="page"/>
      </w:r>
    </w:p>
    <w:tbl>
      <w:tblPr>
        <w:tblW w:w="0" w:type="auto"/>
        <w:jc w:val="center"/>
        <w:tblLayout w:type="fixed"/>
        <w:tblLook w:val="04A0" w:firstRow="1" w:lastRow="0" w:firstColumn="1" w:lastColumn="0" w:noHBand="0" w:noVBand="1"/>
      </w:tblPr>
      <w:tblGrid>
        <w:gridCol w:w="2127"/>
        <w:gridCol w:w="8529"/>
      </w:tblGrid>
      <w:tr w:rsidR="000060B5" w14:paraId="31ED93A9" w14:textId="77777777" w:rsidTr="0045635A">
        <w:trPr>
          <w:jc w:val="center"/>
        </w:trPr>
        <w:tc>
          <w:tcPr>
            <w:tcW w:w="2127" w:type="dxa"/>
          </w:tcPr>
          <w:p w14:paraId="5A35741A" w14:textId="77777777" w:rsidR="000060B5" w:rsidRDefault="00CD28FE">
            <w:pPr>
              <w:jc w:val="center"/>
            </w:pPr>
            <w:r>
              <w:rPr>
                <w:noProof/>
              </w:rPr>
              <w:lastRenderedPageBreak/>
              <w:drawing>
                <wp:inline distT="0" distB="0" distL="0" distR="0" wp14:anchorId="18551E23" wp14:editId="1471E827">
                  <wp:extent cx="1097280" cy="11255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 Logo.jpg"/>
                          <pic:cNvPicPr/>
                        </pic:nvPicPr>
                        <pic:blipFill>
                          <a:blip r:embed="rId8"/>
                          <a:stretch>
                            <a:fillRect/>
                          </a:stretch>
                        </pic:blipFill>
                        <pic:spPr>
                          <a:xfrm>
                            <a:off x="0" y="0"/>
                            <a:ext cx="1097280" cy="1125560"/>
                          </a:xfrm>
                          <a:prstGeom prst="rect">
                            <a:avLst/>
                          </a:prstGeom>
                        </pic:spPr>
                      </pic:pic>
                    </a:graphicData>
                  </a:graphic>
                </wp:inline>
              </w:drawing>
            </w:r>
          </w:p>
        </w:tc>
        <w:tc>
          <w:tcPr>
            <w:tcW w:w="8529" w:type="dxa"/>
            <w:shd w:val="clear" w:color="auto" w:fill="9E8A43"/>
            <w:tcMar>
              <w:top w:w="110" w:type="dxa"/>
              <w:left w:w="110" w:type="dxa"/>
              <w:bottom w:w="110" w:type="dxa"/>
              <w:right w:w="110" w:type="dxa"/>
            </w:tcMar>
          </w:tcPr>
          <w:p w14:paraId="4FB3EEF9" w14:textId="77777777" w:rsidR="000060B5" w:rsidRDefault="00CD28FE">
            <w:pPr>
              <w:spacing w:after="0" w:line="240" w:lineRule="auto"/>
            </w:pPr>
            <w:r>
              <w:rPr>
                <w:rFonts w:ascii="Arial" w:hAnsi="Arial"/>
                <w:b/>
                <w:color w:val="FFFFFF"/>
                <w:sz w:val="38"/>
              </w:rPr>
              <w:t>IMMACULATA CAREER PROGRAMS</w:t>
            </w:r>
          </w:p>
          <w:p w14:paraId="44E3A504" w14:textId="77777777" w:rsidR="000060B5" w:rsidRDefault="00CD28FE">
            <w:pPr>
              <w:spacing w:after="0" w:line="240" w:lineRule="auto"/>
            </w:pPr>
            <w:r>
              <w:rPr>
                <w:rFonts w:ascii="Arial" w:hAnsi="Arial"/>
                <w:b/>
                <w:color w:val="FFFFFF"/>
                <w:sz w:val="38"/>
              </w:rPr>
              <w:t>STUDENT INFORMATION</w:t>
            </w:r>
          </w:p>
          <w:p w14:paraId="6C3E6D22" w14:textId="0A96F3D6" w:rsidR="000060B5" w:rsidRDefault="00424D23">
            <w:pPr>
              <w:spacing w:before="80" w:after="0" w:line="240" w:lineRule="auto"/>
            </w:pPr>
            <w:r>
              <w:rPr>
                <w:rFonts w:ascii="Arial" w:hAnsi="Arial"/>
                <w:color w:val="FFFFFF"/>
                <w:sz w:val="19"/>
              </w:rPr>
              <w:t xml:space="preserve">Student Application Package – </w:t>
            </w:r>
            <w:r w:rsidRPr="001724C2">
              <w:rPr>
                <w:rFonts w:ascii="Arial" w:hAnsi="Arial"/>
                <w:b/>
                <w:bCs/>
                <w:color w:val="FFFFFF"/>
                <w:sz w:val="19"/>
              </w:rPr>
              <w:t>2026-2027</w:t>
            </w:r>
          </w:p>
        </w:tc>
      </w:tr>
    </w:tbl>
    <w:p w14:paraId="024679DD" w14:textId="77777777" w:rsidR="000060B5" w:rsidRDefault="000060B5">
      <w:pPr>
        <w:spacing w:after="0"/>
      </w:pPr>
    </w:p>
    <w:tbl>
      <w:tblPr>
        <w:tblW w:w="11270" w:type="dxa"/>
        <w:jc w:val="center"/>
        <w:tblLayout w:type="fixed"/>
        <w:tblLook w:val="04A0" w:firstRow="1" w:lastRow="0" w:firstColumn="1" w:lastColumn="0" w:noHBand="0" w:noVBand="1"/>
      </w:tblPr>
      <w:tblGrid>
        <w:gridCol w:w="11270"/>
      </w:tblGrid>
      <w:tr w:rsidR="000060B5" w14:paraId="5EA1A278" w14:textId="77777777" w:rsidTr="0045635A">
        <w:trPr>
          <w:jc w:val="center"/>
        </w:trPr>
        <w:tc>
          <w:tcPr>
            <w:tcW w:w="11270" w:type="dxa"/>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64BDC0FD" w14:textId="77777777" w:rsidR="000060B5" w:rsidRDefault="00CD28FE">
            <w:pPr>
              <w:spacing w:after="0" w:line="240" w:lineRule="auto"/>
            </w:pPr>
            <w:r>
              <w:rPr>
                <w:rFonts w:ascii="Arial" w:hAnsi="Arial"/>
                <w:b/>
                <w:color w:val="333333"/>
                <w:sz w:val="24"/>
              </w:rPr>
              <w:t>1. STUDENT INFORMATION</w:t>
            </w:r>
          </w:p>
        </w:tc>
      </w:tr>
    </w:tbl>
    <w:p w14:paraId="79E2D066" w14:textId="77777777" w:rsidR="000060B5" w:rsidRDefault="000060B5">
      <w:pPr>
        <w:spacing w:after="0"/>
      </w:pPr>
    </w:p>
    <w:tbl>
      <w:tblPr>
        <w:tblW w:w="11276" w:type="dxa"/>
        <w:jc w:val="center"/>
        <w:tblLayout w:type="fixed"/>
        <w:tblLook w:val="04A0" w:firstRow="1" w:lastRow="0" w:firstColumn="1" w:lastColumn="0" w:noHBand="0" w:noVBand="1"/>
      </w:tblPr>
      <w:tblGrid>
        <w:gridCol w:w="1988"/>
        <w:gridCol w:w="2858"/>
        <w:gridCol w:w="1121"/>
        <w:gridCol w:w="2651"/>
        <w:gridCol w:w="2658"/>
      </w:tblGrid>
      <w:tr w:rsidR="000060B5" w14:paraId="0FE141C0" w14:textId="77777777" w:rsidTr="0045635A">
        <w:trPr>
          <w:trHeight w:val="119"/>
          <w:jc w:val="center"/>
        </w:trPr>
        <w:tc>
          <w:tcPr>
            <w:tcW w:w="198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D61CE19" w14:textId="77777777" w:rsidR="000060B5" w:rsidRDefault="00CD28FE">
            <w:pPr>
              <w:spacing w:after="0" w:line="240" w:lineRule="auto"/>
            </w:pPr>
            <w:r>
              <w:rPr>
                <w:rFonts w:ascii="Arial" w:hAnsi="Arial"/>
                <w:b/>
                <w:color w:val="333333"/>
                <w:sz w:val="17"/>
              </w:rPr>
              <w:t>Legal last name</w:t>
            </w:r>
          </w:p>
        </w:tc>
        <w:sdt>
          <w:sdtPr>
            <w:id w:val="327640270"/>
            <w:lock w:val="sdtLocked"/>
            <w:placeholder>
              <w:docPart w:val="A21260D7F8E1451DAE14359D4EA494A2"/>
            </w:placeholder>
            <w:showingPlcHdr/>
            <w:text/>
          </w:sdtPr>
          <w:sdtEndPr/>
          <w:sdtContent>
            <w:tc>
              <w:tcPr>
                <w:tcW w:w="285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C2C3E11" w14:textId="473AAB20" w:rsidR="000060B5" w:rsidRDefault="0045635A">
                <w:pPr>
                  <w:spacing w:after="0" w:line="240" w:lineRule="auto"/>
                </w:pPr>
                <w:r w:rsidRPr="00174415">
                  <w:rPr>
                    <w:rStyle w:val="PlaceholderText"/>
                    <w:sz w:val="20"/>
                    <w:szCs w:val="20"/>
                  </w:rPr>
                  <w:t>Click or tap here to enter text.</w:t>
                </w:r>
              </w:p>
            </w:tc>
          </w:sdtContent>
        </w:sdt>
        <w:tc>
          <w:tcPr>
            <w:tcW w:w="112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855F9BA" w14:textId="77777777" w:rsidR="000060B5" w:rsidRDefault="00CD28FE">
            <w:pPr>
              <w:spacing w:after="0" w:line="240" w:lineRule="auto"/>
            </w:pPr>
            <w:r>
              <w:rPr>
                <w:rFonts w:ascii="Arial" w:hAnsi="Arial"/>
                <w:b/>
                <w:color w:val="333333"/>
                <w:sz w:val="17"/>
              </w:rPr>
              <w:t>Legal first name</w:t>
            </w:r>
          </w:p>
        </w:tc>
        <w:sdt>
          <w:sdtPr>
            <w:id w:val="525369295"/>
            <w:lock w:val="sdtLocked"/>
            <w:placeholder>
              <w:docPart w:val="9D7BA841526A4413BDC8681C274A49F7"/>
            </w:placeholder>
            <w:showingPlcHdr/>
            <w:text/>
          </w:sdtPr>
          <w:sdtEndPr/>
          <w:sdtContent>
            <w:tc>
              <w:tcPr>
                <w:tcW w:w="5309" w:type="dxa"/>
                <w:gridSpan w:val="2"/>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55A2F9C" w14:textId="3E36B1A9" w:rsidR="000060B5" w:rsidRDefault="0045635A">
                <w:pPr>
                  <w:spacing w:after="0" w:line="240" w:lineRule="auto"/>
                </w:pPr>
                <w:r w:rsidRPr="00174415">
                  <w:rPr>
                    <w:rStyle w:val="PlaceholderText"/>
                    <w:sz w:val="20"/>
                    <w:szCs w:val="20"/>
                  </w:rPr>
                  <w:t>Click or tap here to enter text.</w:t>
                </w:r>
              </w:p>
            </w:tc>
          </w:sdtContent>
        </w:sdt>
      </w:tr>
      <w:tr w:rsidR="000060B5" w14:paraId="112FE2F9" w14:textId="77777777" w:rsidTr="00174415">
        <w:trPr>
          <w:trHeight w:val="294"/>
          <w:jc w:val="center"/>
        </w:trPr>
        <w:tc>
          <w:tcPr>
            <w:tcW w:w="198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FA42091" w14:textId="1E62D6A2" w:rsidR="000060B5" w:rsidRDefault="00174415">
            <w:pPr>
              <w:spacing w:after="0" w:line="240" w:lineRule="auto"/>
            </w:pPr>
            <w:r>
              <w:rPr>
                <w:rFonts w:ascii="Arial" w:hAnsi="Arial"/>
                <w:b/>
                <w:color w:val="333333"/>
                <w:sz w:val="17"/>
              </w:rPr>
              <w:t>Preferred first name</w:t>
            </w:r>
          </w:p>
        </w:tc>
        <w:sdt>
          <w:sdtPr>
            <w:id w:val="-859200870"/>
            <w:lock w:val="sdtLocked"/>
            <w:placeholder>
              <w:docPart w:val="35EB2B0DD5DE480AAF363C43461DE345"/>
            </w:placeholder>
            <w:showingPlcHdr/>
            <w:text/>
          </w:sdtPr>
          <w:sdtEndPr/>
          <w:sdtContent>
            <w:tc>
              <w:tcPr>
                <w:tcW w:w="285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6822EE5" w14:textId="28E09E4D" w:rsidR="000060B5" w:rsidRDefault="00174415">
                <w:pPr>
                  <w:spacing w:after="0" w:line="240" w:lineRule="auto"/>
                </w:pPr>
                <w:r w:rsidRPr="00174415">
                  <w:rPr>
                    <w:rStyle w:val="PlaceholderText"/>
                    <w:sz w:val="20"/>
                    <w:szCs w:val="20"/>
                  </w:rPr>
                  <w:t>Click or tap here to enter text.</w:t>
                </w:r>
              </w:p>
            </w:tc>
          </w:sdtContent>
        </w:sdt>
        <w:tc>
          <w:tcPr>
            <w:tcW w:w="112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B4DE753" w14:textId="55865B21" w:rsidR="000060B5" w:rsidRDefault="000060B5">
            <w:pPr>
              <w:spacing w:after="0" w:line="240" w:lineRule="auto"/>
            </w:pPr>
          </w:p>
        </w:tc>
        <w:tc>
          <w:tcPr>
            <w:tcW w:w="5309" w:type="dxa"/>
            <w:gridSpan w:val="2"/>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6B036B6" w14:textId="50D0CFEE" w:rsidR="000060B5" w:rsidRDefault="000060B5">
            <w:pPr>
              <w:spacing w:after="0" w:line="240" w:lineRule="auto"/>
            </w:pPr>
          </w:p>
        </w:tc>
      </w:tr>
      <w:tr w:rsidR="000060B5" w14:paraId="4B30427E" w14:textId="77777777" w:rsidTr="0045635A">
        <w:trPr>
          <w:trHeight w:val="119"/>
          <w:jc w:val="center"/>
        </w:trPr>
        <w:tc>
          <w:tcPr>
            <w:tcW w:w="198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52331C9" w14:textId="77777777" w:rsidR="000060B5" w:rsidRDefault="00CD28FE">
            <w:pPr>
              <w:spacing w:after="0" w:line="240" w:lineRule="auto"/>
            </w:pPr>
            <w:r>
              <w:rPr>
                <w:rFonts w:ascii="Arial" w:hAnsi="Arial"/>
                <w:b/>
                <w:color w:val="333333"/>
                <w:sz w:val="17"/>
              </w:rPr>
              <w:t>Birth date</w:t>
            </w:r>
          </w:p>
        </w:tc>
        <w:sdt>
          <w:sdtPr>
            <w:id w:val="838207030"/>
            <w:lock w:val="sdtLocked"/>
            <w:placeholder>
              <w:docPart w:val="60237100B5554631BE4E4D9A11BDF722"/>
            </w:placeholder>
            <w:showingPlcHdr/>
            <w:date>
              <w:dateFormat w:val="yyyy-MM-dd"/>
              <w:lid w:val="en-CA"/>
              <w:storeMappedDataAs w:val="dateTime"/>
              <w:calendar w:val="gregorian"/>
            </w:date>
          </w:sdtPr>
          <w:sdtEndPr/>
          <w:sdtContent>
            <w:tc>
              <w:tcPr>
                <w:tcW w:w="285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239E939" w14:textId="47DB6136" w:rsidR="000060B5" w:rsidRDefault="00174415">
                <w:pPr>
                  <w:spacing w:after="0" w:line="240" w:lineRule="auto"/>
                </w:pPr>
                <w:r w:rsidRPr="00174415">
                  <w:rPr>
                    <w:rStyle w:val="PlaceholderText"/>
                    <w:sz w:val="20"/>
                    <w:szCs w:val="20"/>
                  </w:rPr>
                  <w:t>Click or tap to enter a date.</w:t>
                </w:r>
              </w:p>
            </w:tc>
          </w:sdtContent>
        </w:sdt>
        <w:tc>
          <w:tcPr>
            <w:tcW w:w="112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2B51DA0" w14:textId="77777777" w:rsidR="000060B5" w:rsidRDefault="00CD28FE">
            <w:pPr>
              <w:spacing w:after="0" w:line="240" w:lineRule="auto"/>
            </w:pPr>
            <w:r>
              <w:rPr>
                <w:rFonts w:ascii="Arial" w:hAnsi="Arial"/>
                <w:b/>
                <w:color w:val="333333"/>
                <w:sz w:val="17"/>
              </w:rPr>
              <w:t>Email</w:t>
            </w:r>
          </w:p>
        </w:tc>
        <w:sdt>
          <w:sdtPr>
            <w:id w:val="-1465123951"/>
            <w:lock w:val="sdtLocked"/>
            <w:placeholder>
              <w:docPart w:val="88DF96009DB543A88F7B51E8022F0C09"/>
            </w:placeholder>
            <w:showingPlcHdr/>
            <w:text/>
          </w:sdtPr>
          <w:sdtEndPr/>
          <w:sdtContent>
            <w:tc>
              <w:tcPr>
                <w:tcW w:w="5309" w:type="dxa"/>
                <w:gridSpan w:val="2"/>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93E6EDF" w14:textId="33610D82" w:rsidR="000060B5" w:rsidRDefault="00174415">
                <w:pPr>
                  <w:spacing w:after="0" w:line="240" w:lineRule="auto"/>
                </w:pPr>
                <w:r w:rsidRPr="00174415">
                  <w:rPr>
                    <w:rStyle w:val="PlaceholderText"/>
                    <w:sz w:val="20"/>
                    <w:szCs w:val="20"/>
                  </w:rPr>
                  <w:t>Click or tap here to enter text.</w:t>
                </w:r>
              </w:p>
            </w:tc>
          </w:sdtContent>
        </w:sdt>
      </w:tr>
      <w:tr w:rsidR="000060B5" w14:paraId="17253149" w14:textId="77777777" w:rsidTr="0045635A">
        <w:trPr>
          <w:trHeight w:val="119"/>
          <w:jc w:val="center"/>
        </w:trPr>
        <w:tc>
          <w:tcPr>
            <w:tcW w:w="198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573C1AE" w14:textId="77777777" w:rsidR="000060B5" w:rsidRDefault="00CD28FE">
            <w:pPr>
              <w:spacing w:after="0" w:line="240" w:lineRule="auto"/>
            </w:pPr>
            <w:r>
              <w:rPr>
                <w:rFonts w:ascii="Arial" w:hAnsi="Arial"/>
                <w:b/>
                <w:color w:val="333333"/>
                <w:sz w:val="17"/>
              </w:rPr>
              <w:t>Home phone</w:t>
            </w:r>
          </w:p>
        </w:tc>
        <w:sdt>
          <w:sdtPr>
            <w:id w:val="-1802755793"/>
            <w:lock w:val="sdtLocked"/>
            <w:placeholder>
              <w:docPart w:val="0933E3DAF031424C987C34BB7802A513"/>
            </w:placeholder>
            <w:showingPlcHdr/>
            <w:text/>
          </w:sdtPr>
          <w:sdtEndPr/>
          <w:sdtContent>
            <w:tc>
              <w:tcPr>
                <w:tcW w:w="285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4D9E4E3" w14:textId="22E3320B" w:rsidR="000060B5" w:rsidRDefault="00174415">
                <w:pPr>
                  <w:spacing w:after="0" w:line="240" w:lineRule="auto"/>
                </w:pPr>
                <w:r w:rsidRPr="00174415">
                  <w:rPr>
                    <w:rStyle w:val="PlaceholderText"/>
                    <w:sz w:val="20"/>
                    <w:szCs w:val="20"/>
                  </w:rPr>
                  <w:t>Click or tap here to enter text.</w:t>
                </w:r>
              </w:p>
            </w:tc>
          </w:sdtContent>
        </w:sdt>
        <w:tc>
          <w:tcPr>
            <w:tcW w:w="112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62EA68B" w14:textId="77777777" w:rsidR="000060B5" w:rsidRDefault="00CD28FE">
            <w:pPr>
              <w:spacing w:after="0" w:line="240" w:lineRule="auto"/>
            </w:pPr>
            <w:r>
              <w:rPr>
                <w:rFonts w:ascii="Arial" w:hAnsi="Arial"/>
                <w:b/>
                <w:color w:val="333333"/>
                <w:sz w:val="17"/>
              </w:rPr>
              <w:t>Cell phone</w:t>
            </w:r>
          </w:p>
        </w:tc>
        <w:sdt>
          <w:sdtPr>
            <w:id w:val="480508330"/>
            <w:lock w:val="sdtLocked"/>
            <w:placeholder>
              <w:docPart w:val="59B581B8FE5D4A89BDEBB4A1F1A6BD3A"/>
            </w:placeholder>
            <w:showingPlcHdr/>
            <w:text/>
          </w:sdtPr>
          <w:sdtEndPr/>
          <w:sdtContent>
            <w:tc>
              <w:tcPr>
                <w:tcW w:w="5309" w:type="dxa"/>
                <w:gridSpan w:val="2"/>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46B7E050" w14:textId="2CEC49D1" w:rsidR="000060B5" w:rsidRDefault="00174415">
                <w:pPr>
                  <w:spacing w:after="0" w:line="240" w:lineRule="auto"/>
                </w:pPr>
                <w:r w:rsidRPr="00174415">
                  <w:rPr>
                    <w:rStyle w:val="PlaceholderText"/>
                    <w:sz w:val="20"/>
                    <w:szCs w:val="20"/>
                  </w:rPr>
                  <w:t>Click or tap here to enter text.</w:t>
                </w:r>
              </w:p>
            </w:tc>
          </w:sdtContent>
        </w:sdt>
      </w:tr>
      <w:tr w:rsidR="000060B5" w14:paraId="612DD2E0" w14:textId="77777777" w:rsidTr="0045635A">
        <w:trPr>
          <w:trHeight w:val="240"/>
          <w:jc w:val="center"/>
        </w:trPr>
        <w:tc>
          <w:tcPr>
            <w:tcW w:w="198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8E0774B" w14:textId="77777777" w:rsidR="000060B5" w:rsidRDefault="00CD28FE">
            <w:pPr>
              <w:spacing w:after="0" w:line="240" w:lineRule="auto"/>
            </w:pPr>
            <w:r>
              <w:rPr>
                <w:rFonts w:ascii="Arial" w:hAnsi="Arial"/>
                <w:b/>
                <w:color w:val="333333"/>
                <w:sz w:val="17"/>
              </w:rPr>
              <w:t>School</w:t>
            </w:r>
          </w:p>
        </w:tc>
        <w:tc>
          <w:tcPr>
            <w:tcW w:w="2858"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64D2D72" w14:textId="77777777" w:rsidR="000060B5" w:rsidRDefault="00CD28FE">
            <w:pPr>
              <w:spacing w:after="0" w:line="240" w:lineRule="auto"/>
            </w:pPr>
            <w:r>
              <w:rPr>
                <w:rFonts w:ascii="Arial" w:hAnsi="Arial"/>
                <w:color w:val="777777"/>
                <w:sz w:val="17"/>
              </w:rPr>
              <w:t>Immaculata Regional High School</w:t>
            </w:r>
          </w:p>
        </w:tc>
        <w:tc>
          <w:tcPr>
            <w:tcW w:w="112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9D546E7" w14:textId="77777777" w:rsidR="000060B5" w:rsidRDefault="00CD28FE">
            <w:pPr>
              <w:spacing w:after="0" w:line="240" w:lineRule="auto"/>
            </w:pPr>
            <w:r>
              <w:rPr>
                <w:rFonts w:ascii="Arial" w:hAnsi="Arial"/>
                <w:b/>
                <w:color w:val="333333"/>
                <w:sz w:val="17"/>
              </w:rPr>
              <w:t>Grade</w:t>
            </w:r>
          </w:p>
        </w:tc>
        <w:sdt>
          <w:sdtPr>
            <w:alias w:val="Choose grade"/>
            <w:tag w:val="Choose grade"/>
            <w:id w:val="-885944445"/>
            <w:lock w:val="sdtLocked"/>
            <w:placeholder>
              <w:docPart w:val="4FF0518D55CC45E4BF1640ED293D7D8B"/>
            </w:placeholder>
            <w:showingPlcHdr/>
            <w:dropDownList>
              <w:listItem w:value="Choose grade"/>
              <w:listItem w:displayText="Grade 11" w:value="Grade 11"/>
              <w:listItem w:displayText="Grade 12" w:value="Grade 12"/>
            </w:dropDownList>
          </w:sdtPr>
          <w:sdtEndPr/>
          <w:sdtContent>
            <w:tc>
              <w:tcPr>
                <w:tcW w:w="5309" w:type="dxa"/>
                <w:gridSpan w:val="2"/>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060DF99E" w14:textId="7D773110" w:rsidR="000060B5" w:rsidRDefault="00174415">
                <w:pPr>
                  <w:spacing w:after="0" w:line="240" w:lineRule="auto"/>
                </w:pPr>
                <w:r w:rsidRPr="00174415">
                  <w:rPr>
                    <w:rStyle w:val="PlaceholderText"/>
                    <w:sz w:val="20"/>
                    <w:szCs w:val="20"/>
                  </w:rPr>
                  <w:t>Choose an item.</w:t>
                </w:r>
              </w:p>
            </w:tc>
          </w:sdtContent>
        </w:sdt>
      </w:tr>
      <w:tr w:rsidR="000060B5" w14:paraId="4EDCE0DD" w14:textId="77777777" w:rsidTr="0045635A">
        <w:trPr>
          <w:trHeight w:val="119"/>
          <w:jc w:val="center"/>
        </w:trPr>
        <w:tc>
          <w:tcPr>
            <w:tcW w:w="4846" w:type="dxa"/>
            <w:gridSpan w:val="2"/>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5FFC939" w14:textId="77777777" w:rsidR="000060B5" w:rsidRDefault="00CD28FE">
            <w:pPr>
              <w:spacing w:after="0" w:line="240" w:lineRule="auto"/>
            </w:pPr>
            <w:r>
              <w:rPr>
                <w:rFonts w:ascii="Arial" w:hAnsi="Arial"/>
                <w:b/>
                <w:color w:val="333333"/>
                <w:sz w:val="17"/>
              </w:rPr>
              <w:t>Street address</w:t>
            </w:r>
          </w:p>
        </w:tc>
        <w:sdt>
          <w:sdtPr>
            <w:id w:val="-220600295"/>
            <w:lock w:val="sdtLocked"/>
            <w:placeholder>
              <w:docPart w:val="9508355F91AC4A3DA9E912959762E546"/>
            </w:placeholder>
            <w:showingPlcHdr/>
            <w:text/>
          </w:sdtPr>
          <w:sdtEndPr/>
          <w:sdtContent>
            <w:tc>
              <w:tcPr>
                <w:tcW w:w="6430" w:type="dxa"/>
                <w:gridSpan w:val="3"/>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30D74E20" w14:textId="3F7680A9" w:rsidR="000060B5" w:rsidRDefault="00174415">
                <w:pPr>
                  <w:spacing w:after="0" w:line="240" w:lineRule="auto"/>
                </w:pPr>
                <w:r w:rsidRPr="00174415">
                  <w:rPr>
                    <w:rStyle w:val="PlaceholderText"/>
                    <w:sz w:val="20"/>
                    <w:szCs w:val="20"/>
                  </w:rPr>
                  <w:t>Click or tap here to enter text.</w:t>
                </w:r>
              </w:p>
            </w:tc>
          </w:sdtContent>
        </w:sdt>
      </w:tr>
      <w:tr w:rsidR="000060B5" w14:paraId="250B39ED" w14:textId="77777777" w:rsidTr="0045635A">
        <w:trPr>
          <w:trHeight w:val="119"/>
          <w:jc w:val="center"/>
        </w:trPr>
        <w:tc>
          <w:tcPr>
            <w:tcW w:w="4846" w:type="dxa"/>
            <w:gridSpan w:val="2"/>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D3FD3EF" w14:textId="77777777" w:rsidR="000060B5" w:rsidRDefault="00CD28FE">
            <w:pPr>
              <w:spacing w:after="0" w:line="240" w:lineRule="auto"/>
            </w:pPr>
            <w:r>
              <w:rPr>
                <w:rFonts w:ascii="Arial" w:hAnsi="Arial"/>
                <w:b/>
                <w:color w:val="333333"/>
                <w:sz w:val="17"/>
              </w:rPr>
              <w:t>City / Province / Postal code</w:t>
            </w:r>
          </w:p>
        </w:tc>
        <w:sdt>
          <w:sdtPr>
            <w:id w:val="1807504354"/>
            <w:lock w:val="sdtLocked"/>
            <w:placeholder>
              <w:docPart w:val="78C7D350AB1740CAB29E2E78280068E8"/>
            </w:placeholder>
            <w:showingPlcHdr/>
            <w:text/>
          </w:sdtPr>
          <w:sdtEndPr/>
          <w:sdtContent>
            <w:tc>
              <w:tcPr>
                <w:tcW w:w="6430" w:type="dxa"/>
                <w:gridSpan w:val="3"/>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4B23E41" w14:textId="2E3BC8E3" w:rsidR="000060B5" w:rsidRDefault="00174415">
                <w:pPr>
                  <w:spacing w:after="0" w:line="240" w:lineRule="auto"/>
                </w:pPr>
                <w:r w:rsidRPr="00174415">
                  <w:rPr>
                    <w:rStyle w:val="PlaceholderText"/>
                    <w:sz w:val="20"/>
                    <w:szCs w:val="20"/>
                  </w:rPr>
                  <w:t>Click or tap here to enter text.</w:t>
                </w:r>
              </w:p>
            </w:tc>
          </w:sdtContent>
        </w:sdt>
      </w:tr>
      <w:tr w:rsidR="000060B5" w14:paraId="7680B69E" w14:textId="77777777" w:rsidTr="0045635A">
        <w:trPr>
          <w:trHeight w:val="132"/>
          <w:jc w:val="center"/>
        </w:trPr>
        <w:tc>
          <w:tcPr>
            <w:tcW w:w="5967" w:type="dxa"/>
            <w:gridSpan w:val="3"/>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ABA0BAB" w14:textId="77777777" w:rsidR="000060B5" w:rsidRDefault="00CD28FE">
            <w:pPr>
              <w:spacing w:after="0" w:line="240" w:lineRule="auto"/>
            </w:pPr>
            <w:r>
              <w:rPr>
                <w:rFonts w:ascii="Arial" w:hAnsi="Arial"/>
                <w:b/>
                <w:color w:val="333333"/>
                <w:sz w:val="17"/>
              </w:rPr>
              <w:t>Are you an International Student?</w:t>
            </w:r>
          </w:p>
        </w:tc>
        <w:tc>
          <w:tcPr>
            <w:tcW w:w="265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E5E7F68" w14:textId="66707C6B" w:rsidR="000060B5" w:rsidRDefault="00CD28FE">
            <w:pPr>
              <w:spacing w:after="0" w:line="240" w:lineRule="auto"/>
              <w:jc w:val="center"/>
            </w:pPr>
            <w:r>
              <w:rPr>
                <w:rFonts w:ascii="Arial" w:hAnsi="Arial"/>
                <w:color w:val="333333"/>
                <w:sz w:val="17"/>
              </w:rPr>
              <w:t xml:space="preserve">YES </w:t>
            </w:r>
            <w:sdt>
              <w:sdtPr>
                <w:rPr>
                  <w:rFonts w:ascii="Arial" w:hAnsi="Arial"/>
                  <w:color w:val="333333"/>
                  <w:sz w:val="17"/>
                </w:rPr>
                <w:id w:val="-2127685427"/>
                <w:lock w:val="sdtLocked"/>
                <w14:checkbox>
                  <w14:checked w14:val="0"/>
                  <w14:checkedState w14:val="2612" w14:font="MS Gothic"/>
                  <w14:uncheckedState w14:val="2610" w14:font="MS Gothic"/>
                </w14:checkbox>
              </w:sdtPr>
              <w:sdtEndPr/>
              <w:sdtContent>
                <w:r w:rsidR="00961010">
                  <w:rPr>
                    <w:rFonts w:ascii="MS Gothic" w:eastAsia="MS Gothic" w:hAnsi="MS Gothic" w:hint="eastAsia"/>
                    <w:color w:val="333333"/>
                    <w:sz w:val="17"/>
                  </w:rPr>
                  <w:t>☐</w:t>
                </w:r>
              </w:sdtContent>
            </w:sdt>
          </w:p>
        </w:tc>
        <w:tc>
          <w:tcPr>
            <w:tcW w:w="265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A4A7BEA" w14:textId="24CE3EA4" w:rsidR="000060B5" w:rsidRDefault="00CD28FE">
            <w:pPr>
              <w:spacing w:after="0" w:line="240" w:lineRule="auto"/>
              <w:jc w:val="center"/>
            </w:pPr>
            <w:r>
              <w:rPr>
                <w:rFonts w:ascii="Arial" w:hAnsi="Arial"/>
                <w:color w:val="333333"/>
                <w:sz w:val="17"/>
              </w:rPr>
              <w:t xml:space="preserve">NO </w:t>
            </w:r>
            <w:sdt>
              <w:sdtPr>
                <w:rPr>
                  <w:rFonts w:ascii="Arial" w:hAnsi="Arial"/>
                  <w:color w:val="333333"/>
                  <w:sz w:val="17"/>
                </w:rPr>
                <w:id w:val="-435366032"/>
                <w:lock w:val="sdtLocked"/>
                <w14:checkbox>
                  <w14:checked w14:val="0"/>
                  <w14:checkedState w14:val="2612" w14:font="MS Gothic"/>
                  <w14:uncheckedState w14:val="2610" w14:font="MS Gothic"/>
                </w14:checkbox>
              </w:sdtPr>
              <w:sdtEndPr/>
              <w:sdtContent>
                <w:r w:rsidR="00174415">
                  <w:rPr>
                    <w:rFonts w:ascii="MS Gothic" w:eastAsia="MS Gothic" w:hAnsi="MS Gothic" w:hint="eastAsia"/>
                    <w:color w:val="333333"/>
                    <w:sz w:val="17"/>
                  </w:rPr>
                  <w:t>☐</w:t>
                </w:r>
              </w:sdtContent>
            </w:sdt>
          </w:p>
        </w:tc>
      </w:tr>
      <w:tr w:rsidR="000060B5" w14:paraId="6AA81955" w14:textId="77777777" w:rsidTr="0045635A">
        <w:trPr>
          <w:trHeight w:val="139"/>
          <w:jc w:val="center"/>
        </w:trPr>
        <w:tc>
          <w:tcPr>
            <w:tcW w:w="5967" w:type="dxa"/>
            <w:gridSpan w:val="3"/>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2EAB9D8" w14:textId="77777777" w:rsidR="000060B5" w:rsidRDefault="00CD28FE">
            <w:pPr>
              <w:spacing w:after="0" w:line="240" w:lineRule="auto"/>
            </w:pPr>
            <w:r>
              <w:rPr>
                <w:rFonts w:ascii="Arial" w:hAnsi="Arial"/>
                <w:b/>
                <w:color w:val="333333"/>
                <w:sz w:val="17"/>
              </w:rPr>
              <w:t>Are you an ELL (English Language Learner)?</w:t>
            </w:r>
          </w:p>
        </w:tc>
        <w:tc>
          <w:tcPr>
            <w:tcW w:w="265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1E8636B" w14:textId="2A6C4DA8" w:rsidR="000060B5" w:rsidRDefault="00CD28FE">
            <w:pPr>
              <w:spacing w:after="0" w:line="240" w:lineRule="auto"/>
              <w:jc w:val="center"/>
            </w:pPr>
            <w:r>
              <w:rPr>
                <w:rFonts w:ascii="Arial" w:hAnsi="Arial"/>
                <w:color w:val="333333"/>
                <w:sz w:val="17"/>
              </w:rPr>
              <w:t xml:space="preserve">YES </w:t>
            </w:r>
            <w:sdt>
              <w:sdtPr>
                <w:rPr>
                  <w:rFonts w:ascii="Arial" w:hAnsi="Arial"/>
                  <w:color w:val="333333"/>
                  <w:sz w:val="17"/>
                </w:rPr>
                <w:id w:val="1583953097"/>
                <w:lock w:val="sdtLocked"/>
                <w14:checkbox>
                  <w14:checked w14:val="0"/>
                  <w14:checkedState w14:val="2612" w14:font="MS Gothic"/>
                  <w14:uncheckedState w14:val="2610" w14:font="MS Gothic"/>
                </w14:checkbox>
              </w:sdtPr>
              <w:sdtEndPr/>
              <w:sdtContent>
                <w:r w:rsidR="00174415">
                  <w:rPr>
                    <w:rFonts w:ascii="MS Gothic" w:eastAsia="MS Gothic" w:hAnsi="MS Gothic" w:hint="eastAsia"/>
                    <w:color w:val="333333"/>
                    <w:sz w:val="17"/>
                  </w:rPr>
                  <w:t>☐</w:t>
                </w:r>
              </w:sdtContent>
            </w:sdt>
          </w:p>
        </w:tc>
        <w:tc>
          <w:tcPr>
            <w:tcW w:w="265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B3AD272" w14:textId="64B64D01" w:rsidR="000060B5" w:rsidRDefault="00CD28FE">
            <w:pPr>
              <w:spacing w:after="0" w:line="240" w:lineRule="auto"/>
              <w:jc w:val="center"/>
            </w:pPr>
            <w:r>
              <w:rPr>
                <w:rFonts w:ascii="Arial" w:hAnsi="Arial"/>
                <w:color w:val="333333"/>
                <w:sz w:val="17"/>
              </w:rPr>
              <w:t xml:space="preserve">NO </w:t>
            </w:r>
            <w:sdt>
              <w:sdtPr>
                <w:rPr>
                  <w:rFonts w:ascii="Arial" w:hAnsi="Arial"/>
                  <w:color w:val="333333"/>
                  <w:sz w:val="17"/>
                </w:rPr>
                <w:id w:val="-635411956"/>
                <w:lock w:val="sdtLocked"/>
                <w14:checkbox>
                  <w14:checked w14:val="0"/>
                  <w14:checkedState w14:val="2612" w14:font="MS Gothic"/>
                  <w14:uncheckedState w14:val="2610" w14:font="MS Gothic"/>
                </w14:checkbox>
              </w:sdtPr>
              <w:sdtEndPr/>
              <w:sdtContent>
                <w:r w:rsidR="00174415">
                  <w:rPr>
                    <w:rFonts w:ascii="MS Gothic" w:eastAsia="MS Gothic" w:hAnsi="MS Gothic" w:hint="eastAsia"/>
                    <w:color w:val="333333"/>
                    <w:sz w:val="17"/>
                  </w:rPr>
                  <w:t>☐</w:t>
                </w:r>
              </w:sdtContent>
            </w:sdt>
          </w:p>
        </w:tc>
      </w:tr>
      <w:tr w:rsidR="000060B5" w14:paraId="3BADD093" w14:textId="77777777" w:rsidTr="0045635A">
        <w:trPr>
          <w:trHeight w:val="139"/>
          <w:jc w:val="center"/>
        </w:trPr>
        <w:tc>
          <w:tcPr>
            <w:tcW w:w="5967" w:type="dxa"/>
            <w:gridSpan w:val="3"/>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DE0BB61" w14:textId="77777777" w:rsidR="000060B5" w:rsidRDefault="00CD28FE">
            <w:pPr>
              <w:spacing w:after="0" w:line="240" w:lineRule="auto"/>
            </w:pPr>
            <w:r>
              <w:rPr>
                <w:rFonts w:ascii="Arial" w:hAnsi="Arial"/>
                <w:b/>
                <w:color w:val="333333"/>
                <w:sz w:val="17"/>
              </w:rPr>
              <w:t>Do you have an IEP (Individual Education Plan)?</w:t>
            </w:r>
          </w:p>
        </w:tc>
        <w:tc>
          <w:tcPr>
            <w:tcW w:w="265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181487D" w14:textId="70D2459F" w:rsidR="000060B5" w:rsidRDefault="00CD28FE">
            <w:pPr>
              <w:spacing w:after="0" w:line="240" w:lineRule="auto"/>
              <w:jc w:val="center"/>
            </w:pPr>
            <w:r>
              <w:rPr>
                <w:rFonts w:ascii="Arial" w:hAnsi="Arial"/>
                <w:color w:val="333333"/>
                <w:sz w:val="17"/>
              </w:rPr>
              <w:t xml:space="preserve">YES </w:t>
            </w:r>
            <w:sdt>
              <w:sdtPr>
                <w:rPr>
                  <w:rFonts w:ascii="Arial" w:hAnsi="Arial"/>
                  <w:color w:val="333333"/>
                  <w:sz w:val="17"/>
                </w:rPr>
                <w:id w:val="699586513"/>
                <w:lock w:val="sdtLocked"/>
                <w14:checkbox>
                  <w14:checked w14:val="0"/>
                  <w14:checkedState w14:val="2612" w14:font="MS Gothic"/>
                  <w14:uncheckedState w14:val="2610" w14:font="MS Gothic"/>
                </w14:checkbox>
              </w:sdtPr>
              <w:sdtEndPr/>
              <w:sdtContent>
                <w:r w:rsidR="00174415">
                  <w:rPr>
                    <w:rFonts w:ascii="MS Gothic" w:eastAsia="MS Gothic" w:hAnsi="MS Gothic" w:hint="eastAsia"/>
                    <w:color w:val="333333"/>
                    <w:sz w:val="17"/>
                  </w:rPr>
                  <w:t>☐</w:t>
                </w:r>
              </w:sdtContent>
            </w:sdt>
          </w:p>
        </w:tc>
        <w:tc>
          <w:tcPr>
            <w:tcW w:w="265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7C6AB7E" w14:textId="2CCE0BDD" w:rsidR="000060B5" w:rsidRDefault="00CD28FE">
            <w:pPr>
              <w:spacing w:after="0" w:line="240" w:lineRule="auto"/>
              <w:jc w:val="center"/>
            </w:pPr>
            <w:r>
              <w:rPr>
                <w:rFonts w:ascii="Arial" w:hAnsi="Arial"/>
                <w:color w:val="333333"/>
                <w:sz w:val="17"/>
              </w:rPr>
              <w:t xml:space="preserve">NO </w:t>
            </w:r>
            <w:sdt>
              <w:sdtPr>
                <w:rPr>
                  <w:rFonts w:ascii="Arial" w:hAnsi="Arial"/>
                  <w:color w:val="333333"/>
                  <w:sz w:val="17"/>
                </w:rPr>
                <w:id w:val="1070844440"/>
                <w:lock w:val="sdtLocked"/>
                <w14:checkbox>
                  <w14:checked w14:val="0"/>
                  <w14:checkedState w14:val="2612" w14:font="MS Gothic"/>
                  <w14:uncheckedState w14:val="2610" w14:font="MS Gothic"/>
                </w14:checkbox>
              </w:sdtPr>
              <w:sdtEndPr/>
              <w:sdtContent>
                <w:r w:rsidR="00174415">
                  <w:rPr>
                    <w:rFonts w:ascii="MS Gothic" w:eastAsia="MS Gothic" w:hAnsi="MS Gothic" w:hint="eastAsia"/>
                    <w:color w:val="333333"/>
                    <w:sz w:val="17"/>
                  </w:rPr>
                  <w:t>☐</w:t>
                </w:r>
              </w:sdtContent>
            </w:sdt>
          </w:p>
        </w:tc>
      </w:tr>
      <w:tr w:rsidR="000060B5" w14:paraId="7F02ADCA" w14:textId="77777777" w:rsidTr="0045635A">
        <w:trPr>
          <w:trHeight w:val="170"/>
          <w:jc w:val="center"/>
        </w:trPr>
        <w:tc>
          <w:tcPr>
            <w:tcW w:w="11276" w:type="dxa"/>
            <w:gridSpan w:val="5"/>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16275C0A" w14:textId="77777777" w:rsidR="000060B5" w:rsidRDefault="00CD28FE">
            <w:pPr>
              <w:spacing w:after="0" w:line="240" w:lineRule="auto"/>
            </w:pPr>
            <w:r>
              <w:rPr>
                <w:rFonts w:ascii="Arial" w:hAnsi="Arial"/>
                <w:b/>
                <w:color w:val="333333"/>
                <w:sz w:val="24"/>
              </w:rPr>
              <w:t>2. PARENT/GUARDIAN INFORMATION</w:t>
            </w:r>
          </w:p>
        </w:tc>
      </w:tr>
    </w:tbl>
    <w:p w14:paraId="24D22D7F" w14:textId="77777777" w:rsidR="000060B5" w:rsidRDefault="000060B5">
      <w:pPr>
        <w:spacing w:after="0"/>
      </w:pPr>
    </w:p>
    <w:tbl>
      <w:tblPr>
        <w:tblW w:w="0" w:type="auto"/>
        <w:jc w:val="center"/>
        <w:tblLayout w:type="fixed"/>
        <w:tblLook w:val="04A0" w:firstRow="1" w:lastRow="0" w:firstColumn="1" w:lastColumn="0" w:noHBand="0" w:noVBand="1"/>
      </w:tblPr>
      <w:tblGrid>
        <w:gridCol w:w="3232"/>
        <w:gridCol w:w="2664"/>
        <w:gridCol w:w="2664"/>
        <w:gridCol w:w="2664"/>
      </w:tblGrid>
      <w:tr w:rsidR="000060B5" w14:paraId="580F5EA1" w14:textId="77777777" w:rsidTr="00174415">
        <w:trPr>
          <w:jc w:val="center"/>
        </w:trPr>
        <w:tc>
          <w:tcPr>
            <w:tcW w:w="11224" w:type="dxa"/>
            <w:gridSpan w:val="4"/>
            <w:tcBorders>
              <w:top w:val="single" w:sz="5" w:space="0" w:color="777777"/>
              <w:left w:val="single" w:sz="5" w:space="0" w:color="777777"/>
              <w:bottom w:val="single" w:sz="5" w:space="0" w:color="777777"/>
              <w:right w:val="single" w:sz="5" w:space="0" w:color="777777"/>
            </w:tcBorders>
            <w:shd w:val="clear" w:color="auto" w:fill="F3E8B7"/>
            <w:tcMar>
              <w:top w:w="55" w:type="dxa"/>
              <w:left w:w="55" w:type="dxa"/>
              <w:bottom w:w="55" w:type="dxa"/>
              <w:right w:w="55" w:type="dxa"/>
            </w:tcMar>
            <w:vAlign w:val="center"/>
          </w:tcPr>
          <w:p w14:paraId="2E283894" w14:textId="77777777" w:rsidR="000060B5" w:rsidRDefault="00CD28FE">
            <w:pPr>
              <w:spacing w:after="0" w:line="240" w:lineRule="auto"/>
            </w:pPr>
            <w:r>
              <w:rPr>
                <w:rFonts w:ascii="Arial" w:hAnsi="Arial"/>
                <w:b/>
                <w:i/>
                <w:color w:val="333333"/>
                <w:sz w:val="20"/>
              </w:rPr>
              <w:t>Primary Contact</w:t>
            </w:r>
          </w:p>
        </w:tc>
      </w:tr>
      <w:tr w:rsidR="000060B5" w14:paraId="56F5E5DE" w14:textId="77777777" w:rsidTr="00174415">
        <w:trPr>
          <w:jc w:val="center"/>
        </w:trPr>
        <w:tc>
          <w:tcPr>
            <w:tcW w:w="3232"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0AE30A9" w14:textId="77777777" w:rsidR="000060B5" w:rsidRDefault="00CD28FE">
            <w:pPr>
              <w:spacing w:after="0" w:line="240" w:lineRule="auto"/>
            </w:pPr>
            <w:r>
              <w:rPr>
                <w:rFonts w:ascii="Arial" w:hAnsi="Arial"/>
                <w:b/>
                <w:color w:val="333333"/>
                <w:sz w:val="17"/>
              </w:rPr>
              <w:t>Relationship</w:t>
            </w:r>
          </w:p>
        </w:tc>
        <w:sdt>
          <w:sdtPr>
            <w:id w:val="-1056934617"/>
            <w:lock w:val="sdtLocked"/>
            <w:placeholder>
              <w:docPart w:val="834CA5CB397E4517AA01F8536315FFF6"/>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58DABFF" w14:textId="60CC5AEE" w:rsidR="000060B5" w:rsidRDefault="00174415">
                <w:pPr>
                  <w:spacing w:after="0" w:line="240" w:lineRule="auto"/>
                </w:pPr>
                <w:r w:rsidRPr="00174415">
                  <w:rPr>
                    <w:rStyle w:val="PlaceholderText"/>
                    <w:sz w:val="18"/>
                    <w:szCs w:val="18"/>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70C1EFD" w14:textId="77777777" w:rsidR="000060B5" w:rsidRDefault="00CD28FE">
            <w:pPr>
              <w:spacing w:after="0" w:line="240" w:lineRule="auto"/>
            </w:pPr>
            <w:r>
              <w:rPr>
                <w:rFonts w:ascii="Arial" w:hAnsi="Arial"/>
                <w:b/>
                <w:color w:val="333333"/>
                <w:sz w:val="17"/>
              </w:rPr>
              <w:t>Primary contact last name</w:t>
            </w:r>
          </w:p>
        </w:tc>
        <w:sdt>
          <w:sdtPr>
            <w:id w:val="687715613"/>
            <w:lock w:val="sdtLocked"/>
            <w:placeholder>
              <w:docPart w:val="B12FCF681F4E4664A3B6839DCD97E2D5"/>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70DC972" w14:textId="3A9A260F" w:rsidR="000060B5" w:rsidRDefault="00174415">
                <w:pPr>
                  <w:spacing w:after="0" w:line="240" w:lineRule="auto"/>
                </w:pPr>
                <w:r w:rsidRPr="000B1F1F">
                  <w:rPr>
                    <w:rStyle w:val="PlaceholderText"/>
                    <w:sz w:val="20"/>
                    <w:szCs w:val="20"/>
                  </w:rPr>
                  <w:t>Click or tap here to enter text.</w:t>
                </w:r>
              </w:p>
            </w:tc>
          </w:sdtContent>
        </w:sdt>
      </w:tr>
      <w:tr w:rsidR="000060B5" w14:paraId="36EAA325" w14:textId="77777777" w:rsidTr="00174415">
        <w:trPr>
          <w:jc w:val="center"/>
        </w:trPr>
        <w:tc>
          <w:tcPr>
            <w:tcW w:w="3232"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2804C1E" w14:textId="77777777" w:rsidR="000060B5" w:rsidRDefault="00CD28FE">
            <w:pPr>
              <w:spacing w:after="0" w:line="240" w:lineRule="auto"/>
            </w:pPr>
            <w:r>
              <w:rPr>
                <w:rFonts w:ascii="Arial" w:hAnsi="Arial"/>
                <w:b/>
                <w:color w:val="333333"/>
                <w:sz w:val="17"/>
              </w:rPr>
              <w:t>First name</w:t>
            </w:r>
          </w:p>
        </w:tc>
        <w:sdt>
          <w:sdtPr>
            <w:id w:val="1987431780"/>
            <w:lock w:val="sdtLocked"/>
            <w:placeholder>
              <w:docPart w:val="707951C4E2444B39B52B3C8ACE0FB0CF"/>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EF4E5E6" w14:textId="6F7B59D3" w:rsidR="000060B5" w:rsidRDefault="00174415">
                <w:pPr>
                  <w:spacing w:after="0" w:line="240" w:lineRule="auto"/>
                </w:pPr>
                <w:r w:rsidRPr="00174415">
                  <w:rPr>
                    <w:rStyle w:val="PlaceholderText"/>
                    <w:sz w:val="18"/>
                    <w:szCs w:val="18"/>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424A1F1" w14:textId="77777777" w:rsidR="000060B5" w:rsidRDefault="00CD28FE">
            <w:pPr>
              <w:spacing w:after="0" w:line="240" w:lineRule="auto"/>
            </w:pPr>
            <w:r>
              <w:rPr>
                <w:rFonts w:ascii="Arial" w:hAnsi="Arial"/>
                <w:b/>
                <w:color w:val="333333"/>
                <w:sz w:val="17"/>
              </w:rPr>
              <w:t>Email</w:t>
            </w:r>
          </w:p>
        </w:tc>
        <w:sdt>
          <w:sdtPr>
            <w:id w:val="1097523090"/>
            <w:lock w:val="sdtLocked"/>
            <w:placeholder>
              <w:docPart w:val="377B038314044A50A1E69483E21085F7"/>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C6557EA" w14:textId="2B77CCA9" w:rsidR="000060B5" w:rsidRDefault="000B1F1F">
                <w:pPr>
                  <w:spacing w:after="0" w:line="240" w:lineRule="auto"/>
                </w:pPr>
                <w:r w:rsidRPr="000B1F1F">
                  <w:rPr>
                    <w:rStyle w:val="PlaceholderText"/>
                    <w:sz w:val="20"/>
                    <w:szCs w:val="20"/>
                  </w:rPr>
                  <w:t>Click or tap here to enter text.</w:t>
                </w:r>
              </w:p>
            </w:tc>
          </w:sdtContent>
        </w:sdt>
      </w:tr>
      <w:tr w:rsidR="000060B5" w14:paraId="15736B52" w14:textId="77777777" w:rsidTr="00174415">
        <w:trPr>
          <w:jc w:val="center"/>
        </w:trPr>
        <w:tc>
          <w:tcPr>
            <w:tcW w:w="3232"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28194F0" w14:textId="77777777" w:rsidR="000060B5" w:rsidRDefault="00CD28FE">
            <w:pPr>
              <w:spacing w:after="0" w:line="240" w:lineRule="auto"/>
            </w:pPr>
            <w:r>
              <w:rPr>
                <w:rFonts w:ascii="Arial" w:hAnsi="Arial"/>
                <w:b/>
                <w:color w:val="333333"/>
                <w:sz w:val="17"/>
              </w:rPr>
              <w:t>Home phone</w:t>
            </w:r>
          </w:p>
        </w:tc>
        <w:sdt>
          <w:sdtPr>
            <w:id w:val="-818882395"/>
            <w:lock w:val="sdtLocked"/>
            <w:placeholder>
              <w:docPart w:val="3B7B44DAEDE1414B80B2E7E48E820901"/>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03B9481" w14:textId="511B012F" w:rsidR="000060B5" w:rsidRDefault="00174415">
                <w:pPr>
                  <w:spacing w:after="0" w:line="240" w:lineRule="auto"/>
                </w:pPr>
                <w:r w:rsidRPr="00174415">
                  <w:rPr>
                    <w:rStyle w:val="PlaceholderText"/>
                    <w:sz w:val="18"/>
                    <w:szCs w:val="18"/>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8BCE01F" w14:textId="77777777" w:rsidR="000060B5" w:rsidRDefault="00CD28FE">
            <w:pPr>
              <w:spacing w:after="0" w:line="240" w:lineRule="auto"/>
            </w:pPr>
            <w:r>
              <w:rPr>
                <w:rFonts w:ascii="Arial" w:hAnsi="Arial"/>
                <w:b/>
                <w:color w:val="333333"/>
                <w:sz w:val="17"/>
              </w:rPr>
              <w:t>Cell phone</w:t>
            </w:r>
          </w:p>
        </w:tc>
        <w:sdt>
          <w:sdtPr>
            <w:id w:val="-1969659003"/>
            <w:lock w:val="sdtLocked"/>
            <w:placeholder>
              <w:docPart w:val="E8A9C41D8C0E4017B4468ED4AD54609F"/>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0EED522" w14:textId="223BDD06" w:rsidR="000060B5" w:rsidRDefault="000B1F1F">
                <w:pPr>
                  <w:spacing w:after="0" w:line="240" w:lineRule="auto"/>
                </w:pPr>
                <w:r w:rsidRPr="000B1F1F">
                  <w:rPr>
                    <w:rStyle w:val="PlaceholderText"/>
                    <w:sz w:val="20"/>
                    <w:szCs w:val="20"/>
                  </w:rPr>
                  <w:t>Click or tap here to enter text.</w:t>
                </w:r>
              </w:p>
            </w:tc>
          </w:sdtContent>
        </w:sdt>
      </w:tr>
      <w:tr w:rsidR="000060B5" w14:paraId="7DC6F49B" w14:textId="77777777" w:rsidTr="00174415">
        <w:trPr>
          <w:jc w:val="center"/>
        </w:trPr>
        <w:tc>
          <w:tcPr>
            <w:tcW w:w="3232"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7E8E6E9" w14:textId="77777777" w:rsidR="000060B5" w:rsidRDefault="00CD28FE">
            <w:pPr>
              <w:spacing w:after="0" w:line="240" w:lineRule="auto"/>
            </w:pPr>
            <w:r>
              <w:rPr>
                <w:rFonts w:ascii="Arial" w:hAnsi="Arial"/>
                <w:b/>
                <w:color w:val="333333"/>
                <w:sz w:val="17"/>
              </w:rPr>
              <w:t>Work phone</w:t>
            </w:r>
          </w:p>
        </w:tc>
        <w:sdt>
          <w:sdtPr>
            <w:id w:val="-1478752750"/>
            <w:lock w:val="sdtLocked"/>
            <w:placeholder>
              <w:docPart w:val="37707033408646EDB6BF25527B1A1791"/>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0CEF1C04" w14:textId="19F39D9B" w:rsidR="000060B5" w:rsidRDefault="00174415">
                <w:pPr>
                  <w:spacing w:after="0" w:line="240" w:lineRule="auto"/>
                </w:pPr>
                <w:r w:rsidRPr="00174415">
                  <w:rPr>
                    <w:rStyle w:val="PlaceholderText"/>
                    <w:sz w:val="18"/>
                    <w:szCs w:val="18"/>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C126EBD" w14:textId="77777777" w:rsidR="000060B5" w:rsidRDefault="00CD28FE">
            <w:pPr>
              <w:spacing w:after="0" w:line="240" w:lineRule="auto"/>
            </w:pPr>
            <w:r>
              <w:rPr>
                <w:rFonts w:ascii="Arial" w:hAnsi="Arial"/>
                <w:b/>
                <w:color w:val="333333"/>
                <w:sz w:val="17"/>
              </w:rPr>
              <w:t>Address if different</w:t>
            </w:r>
          </w:p>
        </w:tc>
        <w:sdt>
          <w:sdtPr>
            <w:id w:val="-921631716"/>
            <w:lock w:val="sdtLocked"/>
            <w:placeholder>
              <w:docPart w:val="FF155212595F4AD9AEAB12E172A2D8FD"/>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A2F25B8" w14:textId="73532ABD" w:rsidR="000060B5" w:rsidRDefault="000B1F1F">
                <w:pPr>
                  <w:spacing w:after="0" w:line="240" w:lineRule="auto"/>
                </w:pPr>
                <w:r w:rsidRPr="000B1F1F">
                  <w:rPr>
                    <w:rStyle w:val="PlaceholderText"/>
                    <w:sz w:val="20"/>
                    <w:szCs w:val="20"/>
                  </w:rPr>
                  <w:t>Click or tap here to enter text.</w:t>
                </w:r>
              </w:p>
            </w:tc>
          </w:sdtContent>
        </w:sdt>
      </w:tr>
      <w:tr w:rsidR="000060B5" w14:paraId="096140C5" w14:textId="77777777" w:rsidTr="00174415">
        <w:trPr>
          <w:jc w:val="center"/>
        </w:trPr>
        <w:tc>
          <w:tcPr>
            <w:tcW w:w="11224" w:type="dxa"/>
            <w:gridSpan w:val="4"/>
            <w:tcBorders>
              <w:top w:val="single" w:sz="5" w:space="0" w:color="777777"/>
              <w:left w:val="single" w:sz="5" w:space="0" w:color="777777"/>
              <w:bottom w:val="single" w:sz="5" w:space="0" w:color="777777"/>
              <w:right w:val="single" w:sz="5" w:space="0" w:color="777777"/>
            </w:tcBorders>
            <w:shd w:val="clear" w:color="auto" w:fill="F3E8B7"/>
            <w:tcMar>
              <w:top w:w="55" w:type="dxa"/>
              <w:left w:w="55" w:type="dxa"/>
              <w:bottom w:w="55" w:type="dxa"/>
              <w:right w:w="55" w:type="dxa"/>
            </w:tcMar>
            <w:vAlign w:val="center"/>
          </w:tcPr>
          <w:p w14:paraId="54A2ECBF" w14:textId="77777777" w:rsidR="000060B5" w:rsidRDefault="00CD28FE">
            <w:pPr>
              <w:spacing w:after="0" w:line="240" w:lineRule="auto"/>
            </w:pPr>
            <w:r>
              <w:rPr>
                <w:rFonts w:ascii="Arial" w:hAnsi="Arial"/>
                <w:b/>
                <w:i/>
                <w:color w:val="333333"/>
                <w:sz w:val="20"/>
              </w:rPr>
              <w:t>Secondary Contact</w:t>
            </w:r>
          </w:p>
        </w:tc>
      </w:tr>
      <w:tr w:rsidR="000060B5" w14:paraId="52A77D2F" w14:textId="77777777" w:rsidTr="00174415">
        <w:trPr>
          <w:jc w:val="center"/>
        </w:trPr>
        <w:tc>
          <w:tcPr>
            <w:tcW w:w="3232"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2FE6FD3" w14:textId="77777777" w:rsidR="000060B5" w:rsidRDefault="00CD28FE">
            <w:pPr>
              <w:spacing w:after="0" w:line="240" w:lineRule="auto"/>
            </w:pPr>
            <w:r>
              <w:rPr>
                <w:rFonts w:ascii="Arial" w:hAnsi="Arial"/>
                <w:b/>
                <w:color w:val="333333"/>
                <w:sz w:val="17"/>
              </w:rPr>
              <w:t>Relationship</w:t>
            </w:r>
          </w:p>
        </w:tc>
        <w:sdt>
          <w:sdtPr>
            <w:id w:val="1539010239"/>
            <w:lock w:val="sdtLocked"/>
            <w:placeholder>
              <w:docPart w:val="6E3FD6FD895F4568A40A0D93728B95FB"/>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614DC94" w14:textId="76865555" w:rsidR="000060B5" w:rsidRDefault="000B1F1F">
                <w:pPr>
                  <w:spacing w:after="0" w:line="240" w:lineRule="auto"/>
                </w:pPr>
                <w:r w:rsidRPr="000B1F1F">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95ED50A" w14:textId="77777777" w:rsidR="000060B5" w:rsidRDefault="00CD28FE">
            <w:pPr>
              <w:spacing w:after="0" w:line="240" w:lineRule="auto"/>
            </w:pPr>
            <w:r>
              <w:rPr>
                <w:rFonts w:ascii="Arial" w:hAnsi="Arial"/>
                <w:b/>
                <w:color w:val="333333"/>
                <w:sz w:val="17"/>
              </w:rPr>
              <w:t>Secondary contact last name</w:t>
            </w:r>
          </w:p>
        </w:tc>
        <w:sdt>
          <w:sdtPr>
            <w:id w:val="-1724048976"/>
            <w:lock w:val="sdtLocked"/>
            <w:placeholder>
              <w:docPart w:val="99F73345FE714FC1AAD7336241E5F5E5"/>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61F87C0" w14:textId="62E8BE31" w:rsidR="000060B5" w:rsidRDefault="000B1F1F">
                <w:pPr>
                  <w:spacing w:after="0" w:line="240" w:lineRule="auto"/>
                </w:pPr>
                <w:r w:rsidRPr="000B1F1F">
                  <w:rPr>
                    <w:rStyle w:val="PlaceholderText"/>
                    <w:sz w:val="20"/>
                    <w:szCs w:val="20"/>
                  </w:rPr>
                  <w:t>Click or tap here to enter text.</w:t>
                </w:r>
              </w:p>
            </w:tc>
          </w:sdtContent>
        </w:sdt>
      </w:tr>
      <w:tr w:rsidR="000060B5" w14:paraId="59B1CF62" w14:textId="77777777" w:rsidTr="00174415">
        <w:trPr>
          <w:jc w:val="center"/>
        </w:trPr>
        <w:tc>
          <w:tcPr>
            <w:tcW w:w="3232"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E7A42E5" w14:textId="77777777" w:rsidR="000060B5" w:rsidRDefault="00CD28FE">
            <w:pPr>
              <w:spacing w:after="0" w:line="240" w:lineRule="auto"/>
            </w:pPr>
            <w:r>
              <w:rPr>
                <w:rFonts w:ascii="Arial" w:hAnsi="Arial"/>
                <w:b/>
                <w:color w:val="333333"/>
                <w:sz w:val="17"/>
              </w:rPr>
              <w:t>First name</w:t>
            </w:r>
          </w:p>
        </w:tc>
        <w:sdt>
          <w:sdtPr>
            <w:id w:val="263044766"/>
            <w:lock w:val="sdtLocked"/>
            <w:placeholder>
              <w:docPart w:val="AEDEF4CC8D3C41AF933ACEE04F25F873"/>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33654EB1" w14:textId="04B639E6" w:rsidR="000060B5" w:rsidRDefault="000B1F1F">
                <w:pPr>
                  <w:spacing w:after="0" w:line="240" w:lineRule="auto"/>
                </w:pPr>
                <w:r w:rsidRPr="000B1F1F">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088ADBF" w14:textId="77777777" w:rsidR="000060B5" w:rsidRDefault="00CD28FE">
            <w:pPr>
              <w:spacing w:after="0" w:line="240" w:lineRule="auto"/>
            </w:pPr>
            <w:r>
              <w:rPr>
                <w:rFonts w:ascii="Arial" w:hAnsi="Arial"/>
                <w:b/>
                <w:color w:val="333333"/>
                <w:sz w:val="17"/>
              </w:rPr>
              <w:t>Email</w:t>
            </w:r>
          </w:p>
        </w:tc>
        <w:sdt>
          <w:sdtPr>
            <w:id w:val="-1694365381"/>
            <w:lock w:val="sdtLocked"/>
            <w:placeholder>
              <w:docPart w:val="8ACA1FEEE060491BAC4DEBA98A10CC6A"/>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67E633D" w14:textId="2A002F24" w:rsidR="000060B5" w:rsidRDefault="000B1F1F">
                <w:pPr>
                  <w:spacing w:after="0" w:line="240" w:lineRule="auto"/>
                </w:pPr>
                <w:r w:rsidRPr="000B1F1F">
                  <w:rPr>
                    <w:rStyle w:val="PlaceholderText"/>
                    <w:sz w:val="20"/>
                    <w:szCs w:val="20"/>
                  </w:rPr>
                  <w:t>Click or tap here to enter text.</w:t>
                </w:r>
              </w:p>
            </w:tc>
          </w:sdtContent>
        </w:sdt>
      </w:tr>
      <w:tr w:rsidR="000060B5" w14:paraId="248092F9" w14:textId="77777777" w:rsidTr="00174415">
        <w:trPr>
          <w:jc w:val="center"/>
        </w:trPr>
        <w:tc>
          <w:tcPr>
            <w:tcW w:w="3232"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56DD399" w14:textId="77777777" w:rsidR="000060B5" w:rsidRDefault="00CD28FE">
            <w:pPr>
              <w:spacing w:after="0" w:line="240" w:lineRule="auto"/>
            </w:pPr>
            <w:r>
              <w:rPr>
                <w:rFonts w:ascii="Arial" w:hAnsi="Arial"/>
                <w:b/>
                <w:color w:val="333333"/>
                <w:sz w:val="17"/>
              </w:rPr>
              <w:t>Home phone</w:t>
            </w:r>
          </w:p>
        </w:tc>
        <w:sdt>
          <w:sdtPr>
            <w:id w:val="1422919950"/>
            <w:lock w:val="sdtLocked"/>
            <w:placeholder>
              <w:docPart w:val="97EF3053B7834212B24CE3EC6AE0DDDF"/>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315B44C3" w14:textId="4FF4B723" w:rsidR="000060B5" w:rsidRDefault="000B1F1F">
                <w:pPr>
                  <w:spacing w:after="0" w:line="240" w:lineRule="auto"/>
                </w:pPr>
                <w:r w:rsidRPr="000B1F1F">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569BED0" w14:textId="77777777" w:rsidR="000060B5" w:rsidRDefault="00CD28FE">
            <w:pPr>
              <w:spacing w:after="0" w:line="240" w:lineRule="auto"/>
            </w:pPr>
            <w:r>
              <w:rPr>
                <w:rFonts w:ascii="Arial" w:hAnsi="Arial"/>
                <w:b/>
                <w:color w:val="333333"/>
                <w:sz w:val="17"/>
              </w:rPr>
              <w:t>Cell phone</w:t>
            </w:r>
          </w:p>
        </w:tc>
        <w:sdt>
          <w:sdtPr>
            <w:id w:val="135619879"/>
            <w:lock w:val="sdtLocked"/>
            <w:placeholder>
              <w:docPart w:val="953D5281CAF947809BE7A8847362F047"/>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4CA0077" w14:textId="6D56703D" w:rsidR="000060B5" w:rsidRDefault="000B1F1F">
                <w:pPr>
                  <w:spacing w:after="0" w:line="240" w:lineRule="auto"/>
                </w:pPr>
                <w:r w:rsidRPr="000B1F1F">
                  <w:rPr>
                    <w:rStyle w:val="PlaceholderText"/>
                    <w:sz w:val="20"/>
                    <w:szCs w:val="20"/>
                  </w:rPr>
                  <w:t>Click or tap here to enter text.</w:t>
                </w:r>
              </w:p>
            </w:tc>
          </w:sdtContent>
        </w:sdt>
      </w:tr>
      <w:tr w:rsidR="000060B5" w14:paraId="080EF269" w14:textId="77777777" w:rsidTr="00174415">
        <w:trPr>
          <w:jc w:val="center"/>
        </w:trPr>
        <w:tc>
          <w:tcPr>
            <w:tcW w:w="3232"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39327B5" w14:textId="77777777" w:rsidR="000060B5" w:rsidRDefault="00CD28FE">
            <w:pPr>
              <w:spacing w:after="0" w:line="240" w:lineRule="auto"/>
            </w:pPr>
            <w:r>
              <w:rPr>
                <w:rFonts w:ascii="Arial" w:hAnsi="Arial"/>
                <w:b/>
                <w:color w:val="333333"/>
                <w:sz w:val="17"/>
              </w:rPr>
              <w:t>Work phone</w:t>
            </w:r>
          </w:p>
        </w:tc>
        <w:sdt>
          <w:sdtPr>
            <w:id w:val="1900935521"/>
            <w:lock w:val="sdtLocked"/>
            <w:placeholder>
              <w:docPart w:val="8B6BCFD3AA1A426F9DA0E8345F49B000"/>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F672F01" w14:textId="3F171518" w:rsidR="000060B5" w:rsidRDefault="000B1F1F">
                <w:pPr>
                  <w:spacing w:after="0" w:line="240" w:lineRule="auto"/>
                </w:pPr>
                <w:r w:rsidRPr="000B1F1F">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4833B10" w14:textId="77777777" w:rsidR="000060B5" w:rsidRDefault="00CD28FE">
            <w:pPr>
              <w:spacing w:after="0" w:line="240" w:lineRule="auto"/>
            </w:pPr>
            <w:r>
              <w:rPr>
                <w:rFonts w:ascii="Arial" w:hAnsi="Arial"/>
                <w:b/>
                <w:color w:val="333333"/>
                <w:sz w:val="17"/>
              </w:rPr>
              <w:t>Address if different</w:t>
            </w:r>
          </w:p>
        </w:tc>
        <w:sdt>
          <w:sdtPr>
            <w:id w:val="1480883266"/>
            <w:lock w:val="sdtLocked"/>
            <w:placeholder>
              <w:docPart w:val="833B95A875794D2D803A627615D800C9"/>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97DBED7" w14:textId="20E05CEF" w:rsidR="000060B5" w:rsidRDefault="000B1F1F">
                <w:pPr>
                  <w:spacing w:after="0" w:line="240" w:lineRule="auto"/>
                </w:pPr>
                <w:r w:rsidRPr="000B1F1F">
                  <w:rPr>
                    <w:rStyle w:val="PlaceholderText"/>
                    <w:sz w:val="20"/>
                    <w:szCs w:val="20"/>
                  </w:rPr>
                  <w:t>Click or tap here to enter text.</w:t>
                </w:r>
              </w:p>
            </w:tc>
          </w:sdtContent>
        </w:sdt>
      </w:tr>
      <w:tr w:rsidR="000060B5" w14:paraId="161CC8AA" w14:textId="77777777" w:rsidTr="00174415">
        <w:trPr>
          <w:jc w:val="center"/>
        </w:trPr>
        <w:tc>
          <w:tcPr>
            <w:tcW w:w="11224" w:type="dxa"/>
            <w:gridSpan w:val="4"/>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40765161" w14:textId="77777777" w:rsidR="000060B5" w:rsidRDefault="00CD28FE">
            <w:pPr>
              <w:spacing w:after="0" w:line="240" w:lineRule="auto"/>
            </w:pPr>
            <w:r>
              <w:rPr>
                <w:rFonts w:ascii="Arial" w:hAnsi="Arial"/>
                <w:b/>
                <w:color w:val="333333"/>
                <w:sz w:val="24"/>
              </w:rPr>
              <w:t>3. MEDICAL INFORMATION</w:t>
            </w:r>
          </w:p>
        </w:tc>
      </w:tr>
    </w:tbl>
    <w:p w14:paraId="694ACDBD" w14:textId="77777777" w:rsidR="000060B5" w:rsidRDefault="000060B5">
      <w:pPr>
        <w:spacing w:after="0"/>
      </w:pPr>
    </w:p>
    <w:tbl>
      <w:tblPr>
        <w:tblW w:w="0" w:type="auto"/>
        <w:jc w:val="center"/>
        <w:tblLayout w:type="fixed"/>
        <w:tblLook w:val="04A0" w:firstRow="1" w:lastRow="0" w:firstColumn="1" w:lastColumn="0" w:noHBand="0" w:noVBand="1"/>
      </w:tblPr>
      <w:tblGrid>
        <w:gridCol w:w="3232"/>
        <w:gridCol w:w="29"/>
        <w:gridCol w:w="2635"/>
        <w:gridCol w:w="2664"/>
        <w:gridCol w:w="2664"/>
      </w:tblGrid>
      <w:tr w:rsidR="000060B5" w14:paraId="1D5A94AC" w14:textId="77777777" w:rsidTr="000B1F1F">
        <w:trPr>
          <w:jc w:val="center"/>
        </w:trPr>
        <w:tc>
          <w:tcPr>
            <w:tcW w:w="3232"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5C3BD66" w14:textId="77777777" w:rsidR="000060B5" w:rsidRDefault="00CD28FE">
            <w:pPr>
              <w:spacing w:after="0" w:line="240" w:lineRule="auto"/>
            </w:pPr>
            <w:r>
              <w:rPr>
                <w:rFonts w:ascii="Arial" w:hAnsi="Arial"/>
                <w:b/>
                <w:color w:val="333333"/>
                <w:sz w:val="17"/>
              </w:rPr>
              <w:t>Doctor name</w:t>
            </w:r>
          </w:p>
        </w:tc>
        <w:sdt>
          <w:sdtPr>
            <w:id w:val="489066612"/>
            <w:lock w:val="sdtLocked"/>
            <w:placeholder>
              <w:docPart w:val="3BA3E5C549994F0CAF293A4293E0D716"/>
            </w:placeholder>
            <w:showingPlcHdr/>
            <w:text/>
          </w:sdtPr>
          <w:sdtEndPr/>
          <w:sdtContent>
            <w:tc>
              <w:tcPr>
                <w:tcW w:w="2664" w:type="dxa"/>
                <w:gridSpan w:val="2"/>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145E7EA" w14:textId="0C72730B" w:rsidR="000060B5" w:rsidRDefault="000B1F1F">
                <w:pPr>
                  <w:spacing w:after="0" w:line="240" w:lineRule="auto"/>
                </w:pPr>
                <w:r w:rsidRPr="000B1F1F">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1DEF193" w14:textId="77777777" w:rsidR="000060B5" w:rsidRDefault="00CD28FE">
            <w:pPr>
              <w:spacing w:after="0" w:line="240" w:lineRule="auto"/>
            </w:pPr>
            <w:r>
              <w:rPr>
                <w:rFonts w:ascii="Arial" w:hAnsi="Arial"/>
                <w:b/>
                <w:color w:val="333333"/>
                <w:sz w:val="17"/>
              </w:rPr>
              <w:t>Doctor phone</w:t>
            </w:r>
          </w:p>
        </w:tc>
        <w:sdt>
          <w:sdtPr>
            <w:id w:val="1147780406"/>
            <w:lock w:val="sdtLocked"/>
            <w:placeholder>
              <w:docPart w:val="792638FF64324975907300F36B56C6F2"/>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00E647BB" w14:textId="0BBAD02C" w:rsidR="000060B5" w:rsidRDefault="000B1F1F" w:rsidP="000B1F1F">
                <w:pPr>
                  <w:spacing w:after="0" w:line="240" w:lineRule="auto"/>
                  <w:jc w:val="right"/>
                </w:pPr>
                <w:r w:rsidRPr="000B1F1F">
                  <w:rPr>
                    <w:rStyle w:val="PlaceholderText"/>
                    <w:sz w:val="20"/>
                    <w:szCs w:val="20"/>
                  </w:rPr>
                  <w:t>Click or tap here to enter text.</w:t>
                </w:r>
              </w:p>
            </w:tc>
          </w:sdtContent>
        </w:sdt>
      </w:tr>
      <w:tr w:rsidR="000060B5" w14:paraId="0D913F2B" w14:textId="77777777" w:rsidTr="000B1F1F">
        <w:trPr>
          <w:jc w:val="center"/>
        </w:trPr>
        <w:tc>
          <w:tcPr>
            <w:tcW w:w="3232"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70645C1" w14:textId="77777777" w:rsidR="000060B5" w:rsidRDefault="00CD28FE">
            <w:pPr>
              <w:spacing w:after="0" w:line="240" w:lineRule="auto"/>
            </w:pPr>
            <w:r>
              <w:rPr>
                <w:rFonts w:ascii="Arial" w:hAnsi="Arial"/>
                <w:b/>
                <w:color w:val="333333"/>
                <w:sz w:val="17"/>
              </w:rPr>
              <w:t>Care Card number</w:t>
            </w:r>
          </w:p>
        </w:tc>
        <w:sdt>
          <w:sdtPr>
            <w:id w:val="-1467046469"/>
            <w:lock w:val="sdtLocked"/>
            <w:placeholder>
              <w:docPart w:val="500F02FF033D41F8B94E3FA98C7CD70C"/>
            </w:placeholder>
            <w:showingPlcHdr/>
            <w:text/>
          </w:sdtPr>
          <w:sdtEndPr/>
          <w:sdtContent>
            <w:tc>
              <w:tcPr>
                <w:tcW w:w="2664" w:type="dxa"/>
                <w:gridSpan w:val="2"/>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06AED618" w14:textId="2E0B8276" w:rsidR="000060B5" w:rsidRDefault="000B1F1F">
                <w:pPr>
                  <w:spacing w:after="0" w:line="240" w:lineRule="auto"/>
                </w:pPr>
                <w:r w:rsidRPr="000B1F1F">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C5811C2" w14:textId="77777777" w:rsidR="000060B5" w:rsidRDefault="00CD28FE">
            <w:pPr>
              <w:spacing w:after="0" w:line="240" w:lineRule="auto"/>
            </w:pPr>
            <w:r>
              <w:rPr>
                <w:rFonts w:ascii="Arial" w:hAnsi="Arial"/>
                <w:b/>
                <w:color w:val="333333"/>
                <w:sz w:val="17"/>
              </w:rPr>
              <w:t>Life-threatening?</w:t>
            </w:r>
          </w:p>
        </w:tc>
        <w:sdt>
          <w:sdtPr>
            <w:id w:val="-1615822507"/>
            <w:lock w:val="sdtLocked"/>
            <w:placeholder>
              <w:docPart w:val="7A4879296C0F423E837D394E6D052529"/>
            </w:placeholder>
            <w:showingPlcHdr/>
            <w:dropDownList>
              <w:listItem w:value="Select yes or no"/>
              <w:listItem w:displayText="Yes" w:value="Yes"/>
              <w:listItem w:displayText="No" w:value="No"/>
              <w:listItem w:displayText="Not applicable" w:value="Not applicable"/>
            </w:dropDownLis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9AE44C6" w14:textId="77A59670" w:rsidR="000060B5" w:rsidRDefault="000B1F1F">
                <w:pPr>
                  <w:spacing w:after="0" w:line="240" w:lineRule="auto"/>
                </w:pPr>
                <w:r w:rsidRPr="00051482">
                  <w:rPr>
                    <w:rStyle w:val="PlaceholderText"/>
                  </w:rPr>
                  <w:t>Choose an item.</w:t>
                </w:r>
              </w:p>
            </w:tc>
          </w:sdtContent>
        </w:sdt>
      </w:tr>
      <w:tr w:rsidR="000060B5" w14:paraId="55FAD30C" w14:textId="77777777" w:rsidTr="00430B56">
        <w:trPr>
          <w:jc w:val="center"/>
        </w:trPr>
        <w:tc>
          <w:tcPr>
            <w:tcW w:w="3261" w:type="dxa"/>
            <w:gridSpan w:val="2"/>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83102EE" w14:textId="77777777" w:rsidR="000060B5" w:rsidRDefault="00CD28FE">
            <w:pPr>
              <w:spacing w:after="0" w:line="240" w:lineRule="auto"/>
            </w:pPr>
            <w:r>
              <w:rPr>
                <w:rFonts w:ascii="Arial" w:hAnsi="Arial"/>
                <w:b/>
                <w:color w:val="333333"/>
                <w:sz w:val="17"/>
              </w:rPr>
              <w:t>Allergies and/or conditions</w:t>
            </w:r>
          </w:p>
        </w:tc>
        <w:sdt>
          <w:sdtPr>
            <w:id w:val="443358358"/>
            <w:lock w:val="sdtLocked"/>
            <w:placeholder>
              <w:docPart w:val="E9B3AD5642BB4A338F30D44F3700381C"/>
            </w:placeholder>
          </w:sdtPr>
          <w:sdtEndPr/>
          <w:sdtContent>
            <w:tc>
              <w:tcPr>
                <w:tcW w:w="7963" w:type="dxa"/>
                <w:gridSpan w:val="3"/>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B4A21AE" w14:textId="266DBC2F" w:rsidR="000060B5" w:rsidRDefault="00AF231D">
                <w:pPr>
                  <w:spacing w:after="0" w:line="240" w:lineRule="auto"/>
                </w:pPr>
                <w:r w:rsidRPr="000B1F1F">
                  <w:rPr>
                    <w:rStyle w:val="PlaceholderText"/>
                    <w:sz w:val="20"/>
                    <w:szCs w:val="20"/>
                  </w:rPr>
                  <w:t>Click or tap here to enter text.</w:t>
                </w:r>
                <w:r>
                  <w:tab/>
                </w:r>
              </w:p>
            </w:tc>
          </w:sdtContent>
        </w:sdt>
      </w:tr>
      <w:tr w:rsidR="000060B5" w14:paraId="1B20C79B" w14:textId="77777777" w:rsidTr="00430B56">
        <w:trPr>
          <w:jc w:val="center"/>
        </w:trPr>
        <w:tc>
          <w:tcPr>
            <w:tcW w:w="3261" w:type="dxa"/>
            <w:gridSpan w:val="2"/>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27F4E1A" w14:textId="77777777" w:rsidR="000060B5" w:rsidRDefault="00CD28FE">
            <w:pPr>
              <w:spacing w:after="0" w:line="240" w:lineRule="auto"/>
            </w:pPr>
            <w:r>
              <w:rPr>
                <w:rFonts w:ascii="Arial" w:hAnsi="Arial"/>
                <w:b/>
                <w:color w:val="333333"/>
                <w:sz w:val="17"/>
              </w:rPr>
              <w:t>Treatment</w:t>
            </w:r>
          </w:p>
        </w:tc>
        <w:sdt>
          <w:sdtPr>
            <w:id w:val="49343298"/>
            <w:lock w:val="sdtLocked"/>
            <w:placeholder>
              <w:docPart w:val="2AF67EA00D9543E5B05FE7435E78C712"/>
            </w:placeholder>
            <w:showingPlcHdr/>
            <w:text/>
          </w:sdtPr>
          <w:sdtContent>
            <w:tc>
              <w:tcPr>
                <w:tcW w:w="7963" w:type="dxa"/>
                <w:gridSpan w:val="3"/>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38E3EDA6" w14:textId="50FE6314" w:rsidR="000060B5" w:rsidRDefault="00AF231D">
                <w:pPr>
                  <w:spacing w:after="0" w:line="240" w:lineRule="auto"/>
                </w:pPr>
                <w:r w:rsidRPr="00AF231D">
                  <w:rPr>
                    <w:rStyle w:val="PlaceholderText"/>
                    <w:sz w:val="20"/>
                    <w:szCs w:val="20"/>
                  </w:rPr>
                  <w:t>Click or tap here to enter text</w:t>
                </w:r>
                <w:r w:rsidRPr="00051482">
                  <w:rPr>
                    <w:rStyle w:val="PlaceholderText"/>
                  </w:rPr>
                  <w:t>.</w:t>
                </w:r>
              </w:p>
            </w:tc>
          </w:sdtContent>
        </w:sdt>
      </w:tr>
    </w:tbl>
    <w:p w14:paraId="53965807" w14:textId="77777777" w:rsidR="000060B5" w:rsidRDefault="00CD28FE">
      <w:r>
        <w:br w:type="page"/>
      </w:r>
    </w:p>
    <w:tbl>
      <w:tblPr>
        <w:tblW w:w="0" w:type="auto"/>
        <w:jc w:val="center"/>
        <w:tblLayout w:type="fixed"/>
        <w:tblLook w:val="04A0" w:firstRow="1" w:lastRow="0" w:firstColumn="1" w:lastColumn="0" w:noHBand="0" w:noVBand="1"/>
      </w:tblPr>
      <w:tblGrid>
        <w:gridCol w:w="2127"/>
        <w:gridCol w:w="8529"/>
      </w:tblGrid>
      <w:tr w:rsidR="000060B5" w14:paraId="21531F13" w14:textId="77777777" w:rsidTr="00430B56">
        <w:trPr>
          <w:jc w:val="center"/>
        </w:trPr>
        <w:tc>
          <w:tcPr>
            <w:tcW w:w="2127" w:type="dxa"/>
          </w:tcPr>
          <w:p w14:paraId="49BBF2C3" w14:textId="77777777" w:rsidR="000060B5" w:rsidRDefault="00CD28FE">
            <w:pPr>
              <w:jc w:val="center"/>
            </w:pPr>
            <w:r>
              <w:rPr>
                <w:noProof/>
              </w:rPr>
              <w:lastRenderedPageBreak/>
              <w:drawing>
                <wp:inline distT="0" distB="0" distL="0" distR="0" wp14:anchorId="70E3E5EC" wp14:editId="71F8930E">
                  <wp:extent cx="1097280" cy="11255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 Logo.jpg"/>
                          <pic:cNvPicPr/>
                        </pic:nvPicPr>
                        <pic:blipFill>
                          <a:blip r:embed="rId8"/>
                          <a:stretch>
                            <a:fillRect/>
                          </a:stretch>
                        </pic:blipFill>
                        <pic:spPr>
                          <a:xfrm>
                            <a:off x="0" y="0"/>
                            <a:ext cx="1097280" cy="1125560"/>
                          </a:xfrm>
                          <a:prstGeom prst="rect">
                            <a:avLst/>
                          </a:prstGeom>
                        </pic:spPr>
                      </pic:pic>
                    </a:graphicData>
                  </a:graphic>
                </wp:inline>
              </w:drawing>
            </w:r>
          </w:p>
        </w:tc>
        <w:tc>
          <w:tcPr>
            <w:tcW w:w="8529" w:type="dxa"/>
            <w:shd w:val="clear" w:color="auto" w:fill="9E8A43"/>
            <w:tcMar>
              <w:top w:w="110" w:type="dxa"/>
              <w:left w:w="110" w:type="dxa"/>
              <w:bottom w:w="110" w:type="dxa"/>
              <w:right w:w="110" w:type="dxa"/>
            </w:tcMar>
          </w:tcPr>
          <w:p w14:paraId="4A5D0419" w14:textId="77777777" w:rsidR="000060B5" w:rsidRDefault="00CD28FE">
            <w:pPr>
              <w:spacing w:after="0" w:line="240" w:lineRule="auto"/>
            </w:pPr>
            <w:r>
              <w:rPr>
                <w:rFonts w:ascii="Arial" w:hAnsi="Arial"/>
                <w:b/>
                <w:color w:val="FFFFFF"/>
                <w:sz w:val="38"/>
              </w:rPr>
              <w:t>IMMACULATA CAREER PROGRAMS</w:t>
            </w:r>
          </w:p>
          <w:p w14:paraId="6D730414" w14:textId="77777777" w:rsidR="000060B5" w:rsidRDefault="00CD28FE">
            <w:pPr>
              <w:spacing w:after="0" w:line="240" w:lineRule="auto"/>
            </w:pPr>
            <w:r>
              <w:rPr>
                <w:rFonts w:ascii="Arial" w:hAnsi="Arial"/>
                <w:b/>
                <w:color w:val="FFFFFF"/>
                <w:sz w:val="38"/>
              </w:rPr>
              <w:t>CONSENT FORMS</w:t>
            </w:r>
          </w:p>
          <w:p w14:paraId="70705AAA" w14:textId="2FA20516" w:rsidR="000060B5" w:rsidRDefault="00424D23">
            <w:pPr>
              <w:spacing w:before="80" w:after="0" w:line="240" w:lineRule="auto"/>
            </w:pPr>
            <w:r>
              <w:rPr>
                <w:rFonts w:ascii="Arial" w:hAnsi="Arial"/>
                <w:color w:val="FFFFFF"/>
                <w:sz w:val="19"/>
              </w:rPr>
              <w:t xml:space="preserve">Student Application Package – </w:t>
            </w:r>
            <w:r w:rsidRPr="001724C2">
              <w:rPr>
                <w:rFonts w:ascii="Arial" w:hAnsi="Arial"/>
                <w:b/>
                <w:bCs/>
                <w:color w:val="FFFFFF"/>
                <w:sz w:val="19"/>
              </w:rPr>
              <w:t>2026-2027</w:t>
            </w:r>
          </w:p>
        </w:tc>
      </w:tr>
    </w:tbl>
    <w:p w14:paraId="0CDBE45D" w14:textId="77777777" w:rsidR="000060B5" w:rsidRDefault="000060B5">
      <w:pPr>
        <w:spacing w:after="0"/>
      </w:pPr>
    </w:p>
    <w:tbl>
      <w:tblPr>
        <w:tblW w:w="0" w:type="auto"/>
        <w:jc w:val="center"/>
        <w:tblLayout w:type="fixed"/>
        <w:tblLook w:val="04A0" w:firstRow="1" w:lastRow="0" w:firstColumn="1" w:lastColumn="0" w:noHBand="0" w:noVBand="1"/>
      </w:tblPr>
      <w:tblGrid>
        <w:gridCol w:w="10656"/>
      </w:tblGrid>
      <w:tr w:rsidR="000060B5" w14:paraId="71E7CE6B" w14:textId="77777777">
        <w:trPr>
          <w:jc w:val="center"/>
        </w:trPr>
        <w:tc>
          <w:tcPr>
            <w:tcW w:w="10656" w:type="dxa"/>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6AD469B2" w14:textId="77777777" w:rsidR="000060B5" w:rsidRDefault="00CD28FE">
            <w:pPr>
              <w:spacing w:after="0" w:line="240" w:lineRule="auto"/>
            </w:pPr>
            <w:r>
              <w:rPr>
                <w:rFonts w:ascii="Arial" w:hAnsi="Arial"/>
                <w:b/>
                <w:color w:val="333333"/>
                <w:sz w:val="24"/>
              </w:rPr>
              <w:t>1. DRESS CODE</w:t>
            </w:r>
          </w:p>
        </w:tc>
      </w:tr>
    </w:tbl>
    <w:p w14:paraId="64E6C958" w14:textId="77777777" w:rsidR="000060B5" w:rsidRDefault="000060B5">
      <w:pPr>
        <w:spacing w:after="0"/>
      </w:pPr>
    </w:p>
    <w:p w14:paraId="04C71328" w14:textId="77777777" w:rsidR="000060B5" w:rsidRDefault="00CD28FE">
      <w:pPr>
        <w:spacing w:after="100" w:line="247" w:lineRule="auto"/>
      </w:pPr>
      <w:r>
        <w:rPr>
          <w:rFonts w:ascii="Arial" w:hAnsi="Arial"/>
          <w:color w:val="333333"/>
          <w:sz w:val="18"/>
        </w:rPr>
        <w:t>Students are expected to conform to Immaculata dress-code guidelines in addition to worksite-specific requirements, including trade-specific clothing, professional office attire, uniforms and personal protective equipment.</w:t>
      </w:r>
    </w:p>
    <w:tbl>
      <w:tblPr>
        <w:tblW w:w="0" w:type="auto"/>
        <w:tblLook w:val="04A0" w:firstRow="1" w:lastRow="0" w:firstColumn="1" w:lastColumn="0" w:noHBand="0" w:noVBand="1"/>
      </w:tblPr>
      <w:tblGrid>
        <w:gridCol w:w="10644"/>
      </w:tblGrid>
      <w:tr w:rsidR="000060B5" w14:paraId="1F72FE10" w14:textId="77777777">
        <w:tc>
          <w:tcPr>
            <w:tcW w:w="10656"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BA74FB8" w14:textId="77777777" w:rsidR="000060B5" w:rsidRDefault="00CD28FE">
            <w:pPr>
              <w:spacing w:after="0" w:line="240" w:lineRule="auto"/>
              <w:rPr>
                <w:rFonts w:ascii="Arial" w:hAnsi="Arial"/>
                <w:b/>
                <w:i/>
                <w:color w:val="333333"/>
                <w:sz w:val="18"/>
              </w:rPr>
            </w:pPr>
            <w:r>
              <w:rPr>
                <w:rFonts w:ascii="Arial" w:hAnsi="Arial"/>
                <w:b/>
                <w:i/>
                <w:color w:val="333333"/>
                <w:sz w:val="18"/>
              </w:rPr>
              <w:t>I will conform to the guidelines presented to me for appropriate attire while participating in Immaculata Career Education programs.</w:t>
            </w:r>
          </w:p>
          <w:sdt>
            <w:sdtPr>
              <w:id w:val="1740908209"/>
              <w:lock w:val="sdtLocked"/>
              <w:placeholder>
                <w:docPart w:val="DefaultPlaceholder_-1854013440"/>
              </w:placeholder>
              <w:text/>
            </w:sdtPr>
            <w:sdtEndPr/>
            <w:sdtContent>
              <w:p w14:paraId="6436A55E" w14:textId="08314CC1" w:rsidR="006E5739" w:rsidRDefault="006D7AFB">
                <w:pPr>
                  <w:spacing w:after="0" w:line="240" w:lineRule="auto"/>
                </w:pPr>
                <w:r>
                  <w:t>Student Initials</w:t>
                </w:r>
              </w:p>
            </w:sdtContent>
          </w:sdt>
        </w:tc>
      </w:tr>
    </w:tbl>
    <w:tbl>
      <w:tblPr>
        <w:tblW w:w="0" w:type="auto"/>
        <w:jc w:val="center"/>
        <w:tblLayout w:type="fixed"/>
        <w:tblLook w:val="04A0" w:firstRow="1" w:lastRow="0" w:firstColumn="1" w:lastColumn="0" w:noHBand="0" w:noVBand="1"/>
      </w:tblPr>
      <w:tblGrid>
        <w:gridCol w:w="10656"/>
      </w:tblGrid>
      <w:tr w:rsidR="000060B5" w14:paraId="479D7A18" w14:textId="77777777">
        <w:trPr>
          <w:jc w:val="center"/>
        </w:trPr>
        <w:tc>
          <w:tcPr>
            <w:tcW w:w="10656" w:type="dxa"/>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19896968" w14:textId="77777777" w:rsidR="000060B5" w:rsidRDefault="00CD28FE">
            <w:pPr>
              <w:spacing w:after="0" w:line="240" w:lineRule="auto"/>
            </w:pPr>
            <w:r>
              <w:rPr>
                <w:rFonts w:ascii="Arial" w:hAnsi="Arial"/>
                <w:b/>
                <w:color w:val="333333"/>
                <w:sz w:val="24"/>
              </w:rPr>
              <w:t>2. RELEASE OF STUDENT INFORMATION</w:t>
            </w:r>
          </w:p>
        </w:tc>
      </w:tr>
    </w:tbl>
    <w:p w14:paraId="7F61D736" w14:textId="77777777" w:rsidR="000060B5" w:rsidRDefault="000060B5">
      <w:pPr>
        <w:spacing w:after="0"/>
      </w:pPr>
    </w:p>
    <w:p w14:paraId="678A336B" w14:textId="7D7F1DB8" w:rsidR="000060B5" w:rsidRDefault="00CD28FE">
      <w:pPr>
        <w:spacing w:after="100" w:line="247" w:lineRule="auto"/>
      </w:pPr>
      <w:r>
        <w:rPr>
          <w:rFonts w:ascii="Arial" w:hAnsi="Arial"/>
          <w:color w:val="333333"/>
          <w:sz w:val="18"/>
        </w:rPr>
        <w:t xml:space="preserve">In accordance with the Freedom of Information and Protection of Privacy Act, Immaculata Regional High School requires consent to use personal information for purposes </w:t>
      </w:r>
      <w:r w:rsidR="00230307">
        <w:rPr>
          <w:rFonts w:ascii="Arial" w:hAnsi="Arial"/>
          <w:color w:val="333333"/>
          <w:sz w:val="18"/>
        </w:rPr>
        <w:t>un</w:t>
      </w:r>
      <w:r>
        <w:rPr>
          <w:rFonts w:ascii="Arial" w:hAnsi="Arial"/>
          <w:color w:val="333333"/>
          <w:sz w:val="18"/>
        </w:rPr>
        <w:t>related to educational programs.</w:t>
      </w:r>
    </w:p>
    <w:tbl>
      <w:tblPr>
        <w:tblW w:w="0" w:type="auto"/>
        <w:tblLook w:val="04A0" w:firstRow="1" w:lastRow="0" w:firstColumn="1" w:lastColumn="0" w:noHBand="0" w:noVBand="1"/>
      </w:tblPr>
      <w:tblGrid>
        <w:gridCol w:w="10644"/>
      </w:tblGrid>
      <w:tr w:rsidR="000060B5" w14:paraId="1FBFACC1" w14:textId="77777777">
        <w:tc>
          <w:tcPr>
            <w:tcW w:w="10656"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3BE37300" w14:textId="77777777" w:rsidR="000060B5" w:rsidRDefault="00CD28FE">
            <w:pPr>
              <w:spacing w:after="0" w:line="240" w:lineRule="auto"/>
            </w:pPr>
            <w:r>
              <w:rPr>
                <w:rFonts w:ascii="Arial" w:hAnsi="Arial"/>
                <w:b/>
                <w:i/>
                <w:color w:val="333333"/>
                <w:sz w:val="18"/>
              </w:rPr>
              <w:t>I give my consent for release of my name, address, email and phone number to Immaculata personnel and/or community employers so they may contact me regarding Career Education activities, meetings or schedules.</w:t>
            </w:r>
          </w:p>
        </w:tc>
      </w:tr>
    </w:tbl>
    <w:tbl>
      <w:tblPr>
        <w:tblW w:w="0" w:type="auto"/>
        <w:jc w:val="center"/>
        <w:tblLayout w:type="fixed"/>
        <w:tblLook w:val="04A0" w:firstRow="1" w:lastRow="0" w:firstColumn="1" w:lastColumn="0" w:noHBand="0" w:noVBand="1"/>
      </w:tblPr>
      <w:tblGrid>
        <w:gridCol w:w="2664"/>
        <w:gridCol w:w="2664"/>
        <w:gridCol w:w="2664"/>
        <w:gridCol w:w="2664"/>
      </w:tblGrid>
      <w:tr w:rsidR="000060B5" w14:paraId="5C8A2E0A" w14:textId="77777777">
        <w:trPr>
          <w:jc w:val="center"/>
        </w:trPr>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7533538" w14:textId="77777777" w:rsidR="000060B5" w:rsidRDefault="00CD28FE">
            <w:pPr>
              <w:spacing w:after="0" w:line="240" w:lineRule="auto"/>
            </w:pPr>
            <w:r>
              <w:rPr>
                <w:rFonts w:ascii="Arial" w:hAnsi="Arial"/>
                <w:b/>
                <w:color w:val="333333"/>
                <w:sz w:val="17"/>
              </w:rPr>
              <w:t>Student signature</w:t>
            </w:r>
          </w:p>
        </w:tc>
        <w:sdt>
          <w:sdtPr>
            <w:id w:val="151253590"/>
            <w:lock w:val="sdtLocked"/>
            <w:placeholder>
              <w:docPart w:val="F33767B0F0BE4CFF90DF480843F306AD"/>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E2D554C" w14:textId="158C5402" w:rsidR="000060B5" w:rsidRDefault="006D7AFB">
                <w:pPr>
                  <w:spacing w:after="0" w:line="240" w:lineRule="auto"/>
                </w:pPr>
                <w:r w:rsidRPr="006D7AFB">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C2E280A" w14:textId="77777777" w:rsidR="000060B5" w:rsidRDefault="00CD28FE">
            <w:pPr>
              <w:spacing w:after="0" w:line="240" w:lineRule="auto"/>
            </w:pPr>
            <w:r>
              <w:rPr>
                <w:rFonts w:ascii="Arial" w:hAnsi="Arial"/>
                <w:b/>
                <w:color w:val="333333"/>
                <w:sz w:val="17"/>
              </w:rPr>
              <w:t>Date</w:t>
            </w:r>
          </w:p>
        </w:tc>
        <w:sdt>
          <w:sdtPr>
            <w:id w:val="-195627396"/>
            <w:lock w:val="sdtLocked"/>
            <w:placeholder>
              <w:docPart w:val="35E4516DAEA54319B7F87886E61D4051"/>
            </w:placeholder>
            <w:showingPlcHdr/>
            <w:date>
              <w:dateFormat w:val="yyyy-MM-dd"/>
              <w:lid w:val="en-CA"/>
              <w:storeMappedDataAs w:val="dateTime"/>
              <w:calendar w:val="gregorian"/>
            </w:date>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1C2E2F8" w14:textId="2E34BEC2" w:rsidR="000060B5" w:rsidRDefault="002E02B0">
                <w:pPr>
                  <w:spacing w:after="0" w:line="240" w:lineRule="auto"/>
                </w:pPr>
                <w:r w:rsidRPr="00B43E4A">
                  <w:rPr>
                    <w:rStyle w:val="PlaceholderText"/>
                    <w:sz w:val="20"/>
                    <w:szCs w:val="20"/>
                  </w:rPr>
                  <w:t>Click or tap to enter a date.</w:t>
                </w:r>
              </w:p>
            </w:tc>
          </w:sdtContent>
        </w:sdt>
      </w:tr>
      <w:tr w:rsidR="000060B5" w14:paraId="13D92EC3" w14:textId="77777777">
        <w:trPr>
          <w:jc w:val="center"/>
        </w:trPr>
        <w:tc>
          <w:tcPr>
            <w:tcW w:w="10656" w:type="dxa"/>
            <w:gridSpan w:val="4"/>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3C152FD7" w14:textId="77777777" w:rsidR="000060B5" w:rsidRDefault="00CD28FE">
            <w:pPr>
              <w:spacing w:after="0" w:line="240" w:lineRule="auto"/>
            </w:pPr>
            <w:r>
              <w:rPr>
                <w:rFonts w:ascii="Arial" w:hAnsi="Arial"/>
                <w:b/>
                <w:color w:val="333333"/>
                <w:sz w:val="24"/>
              </w:rPr>
              <w:t>3. STUDENT IMAGES</w:t>
            </w:r>
          </w:p>
        </w:tc>
      </w:tr>
    </w:tbl>
    <w:p w14:paraId="0DE3B8A6" w14:textId="77777777" w:rsidR="000060B5" w:rsidRDefault="000060B5">
      <w:pPr>
        <w:spacing w:after="0"/>
      </w:pPr>
    </w:p>
    <w:p w14:paraId="742F688E" w14:textId="77777777" w:rsidR="000060B5" w:rsidRDefault="00CD28FE">
      <w:pPr>
        <w:spacing w:after="100" w:line="247" w:lineRule="auto"/>
      </w:pPr>
      <w:r>
        <w:rPr>
          <w:rFonts w:ascii="Arial" w:hAnsi="Arial"/>
          <w:color w:val="333333"/>
          <w:sz w:val="18"/>
        </w:rPr>
        <w:t xml:space="preserve">Your child's photograph may be used for administrative and identification purposes consistent with providing an educational program. The </w:t>
      </w:r>
      <w:proofErr w:type="gramStart"/>
      <w:r>
        <w:rPr>
          <w:rFonts w:ascii="Arial" w:hAnsi="Arial"/>
          <w:color w:val="333333"/>
          <w:sz w:val="18"/>
        </w:rPr>
        <w:t>student's</w:t>
      </w:r>
      <w:proofErr w:type="gramEnd"/>
      <w:r>
        <w:rPr>
          <w:rFonts w:ascii="Arial" w:hAnsi="Arial"/>
          <w:color w:val="333333"/>
          <w:sz w:val="18"/>
        </w:rPr>
        <w:t xml:space="preserve"> </w:t>
      </w:r>
      <w:proofErr w:type="gramStart"/>
      <w:r>
        <w:rPr>
          <w:rFonts w:ascii="Arial" w:hAnsi="Arial"/>
          <w:color w:val="333333"/>
          <w:sz w:val="18"/>
        </w:rPr>
        <w:t>name</w:t>
      </w:r>
      <w:proofErr w:type="gramEnd"/>
      <w:r>
        <w:rPr>
          <w:rFonts w:ascii="Arial" w:hAnsi="Arial"/>
          <w:color w:val="333333"/>
          <w:sz w:val="18"/>
        </w:rPr>
        <w:t xml:space="preserve">, </w:t>
      </w:r>
      <w:proofErr w:type="gramStart"/>
      <w:r>
        <w:rPr>
          <w:rFonts w:ascii="Arial" w:hAnsi="Arial"/>
          <w:color w:val="333333"/>
          <w:sz w:val="18"/>
        </w:rPr>
        <w:t>photograph</w:t>
      </w:r>
      <w:proofErr w:type="gramEnd"/>
      <w:r>
        <w:rPr>
          <w:rFonts w:ascii="Arial" w:hAnsi="Arial"/>
          <w:color w:val="333333"/>
          <w:sz w:val="18"/>
        </w:rPr>
        <w:t xml:space="preserve"> and comments may be published in a school newsletter, brochure, video or website. Career Education activities may also be featured by local news media and may appear in newspapers, online or on social-media channels.</w:t>
      </w:r>
    </w:p>
    <w:tbl>
      <w:tblPr>
        <w:tblW w:w="0" w:type="auto"/>
        <w:tblLook w:val="04A0" w:firstRow="1" w:lastRow="0" w:firstColumn="1" w:lastColumn="0" w:noHBand="0" w:noVBand="1"/>
      </w:tblPr>
      <w:tblGrid>
        <w:gridCol w:w="10644"/>
      </w:tblGrid>
      <w:tr w:rsidR="000060B5" w14:paraId="5E070BAE" w14:textId="77777777">
        <w:tc>
          <w:tcPr>
            <w:tcW w:w="10656"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59CB0EE3" w14:textId="77777777" w:rsidR="000060B5" w:rsidRDefault="00CD28FE">
            <w:pPr>
              <w:spacing w:after="0" w:line="240" w:lineRule="auto"/>
            </w:pPr>
            <w:r>
              <w:rPr>
                <w:rFonts w:ascii="Arial" w:hAnsi="Arial"/>
                <w:b/>
                <w:i/>
                <w:color w:val="333333"/>
                <w:sz w:val="18"/>
              </w:rPr>
              <w:t>I give my consent for use or publication of my child's name, photograph and comments for purposes consistent with the above.</w:t>
            </w:r>
          </w:p>
        </w:tc>
      </w:tr>
    </w:tbl>
    <w:tbl>
      <w:tblPr>
        <w:tblW w:w="0" w:type="auto"/>
        <w:jc w:val="center"/>
        <w:tblLayout w:type="fixed"/>
        <w:tblLook w:val="04A0" w:firstRow="1" w:lastRow="0" w:firstColumn="1" w:lastColumn="0" w:noHBand="0" w:noVBand="1"/>
      </w:tblPr>
      <w:tblGrid>
        <w:gridCol w:w="2664"/>
        <w:gridCol w:w="2664"/>
        <w:gridCol w:w="2664"/>
        <w:gridCol w:w="2664"/>
      </w:tblGrid>
      <w:tr w:rsidR="000060B5" w14:paraId="1CDAF407" w14:textId="77777777">
        <w:trPr>
          <w:jc w:val="center"/>
        </w:trPr>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F57FDA8" w14:textId="77777777" w:rsidR="000060B5" w:rsidRDefault="00CD28FE">
            <w:pPr>
              <w:spacing w:after="0" w:line="240" w:lineRule="auto"/>
            </w:pPr>
            <w:r>
              <w:rPr>
                <w:rFonts w:ascii="Arial" w:hAnsi="Arial"/>
                <w:b/>
                <w:color w:val="333333"/>
                <w:sz w:val="17"/>
              </w:rPr>
              <w:t>Parent/Guardian signature</w:t>
            </w:r>
          </w:p>
        </w:tc>
        <w:sdt>
          <w:sdtPr>
            <w:id w:val="633685400"/>
            <w:lock w:val="sdtLocked"/>
            <w:placeholder>
              <w:docPart w:val="F4079420553B4ABD96556EFF80E72FE0"/>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DAB0200" w14:textId="126FB14A" w:rsidR="000060B5" w:rsidRDefault="00E93460">
                <w:pPr>
                  <w:spacing w:after="0" w:line="240" w:lineRule="auto"/>
                </w:pPr>
                <w:r w:rsidRPr="00E93460">
                  <w:rPr>
                    <w:rStyle w:val="PlaceholderText"/>
                    <w:sz w:val="20"/>
                    <w:szCs w:val="20"/>
                  </w:rPr>
                  <w:t>Click or tap here to enter text.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478B064" w14:textId="77777777" w:rsidR="000060B5" w:rsidRDefault="00CD28FE">
            <w:pPr>
              <w:spacing w:after="0" w:line="240" w:lineRule="auto"/>
            </w:pPr>
            <w:r>
              <w:rPr>
                <w:rFonts w:ascii="Arial" w:hAnsi="Arial"/>
                <w:b/>
                <w:color w:val="333333"/>
                <w:sz w:val="17"/>
              </w:rPr>
              <w:t>Date</w:t>
            </w:r>
          </w:p>
        </w:tc>
        <w:sdt>
          <w:sdtPr>
            <w:id w:val="-812174468"/>
            <w:lock w:val="sdtLocked"/>
            <w:placeholder>
              <w:docPart w:val="46832A31EEFA4A3599575F0CCDC87EB4"/>
            </w:placeholder>
            <w:showingPlcHdr/>
            <w:date>
              <w:dateFormat w:val="yyyy-MM-dd"/>
              <w:lid w:val="en-CA"/>
              <w:storeMappedDataAs w:val="dateTime"/>
              <w:calendar w:val="gregorian"/>
            </w:date>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45139F81" w14:textId="341B36A6" w:rsidR="000060B5" w:rsidRDefault="00E93460">
                <w:pPr>
                  <w:spacing w:after="0" w:line="240" w:lineRule="auto"/>
                </w:pPr>
                <w:r w:rsidRPr="00E93460">
                  <w:rPr>
                    <w:rStyle w:val="PlaceholderText"/>
                    <w:sz w:val="20"/>
                    <w:szCs w:val="20"/>
                  </w:rPr>
                  <w:t>Click or tap to enter a date.</w:t>
                </w:r>
              </w:p>
            </w:tc>
          </w:sdtContent>
        </w:sdt>
      </w:tr>
    </w:tbl>
    <w:p w14:paraId="16D0740E" w14:textId="77777777" w:rsidR="000060B5" w:rsidRDefault="00CD28FE">
      <w:r>
        <w:br w:type="page"/>
      </w:r>
    </w:p>
    <w:tbl>
      <w:tblPr>
        <w:tblW w:w="0" w:type="auto"/>
        <w:jc w:val="center"/>
        <w:tblLayout w:type="fixed"/>
        <w:tblLook w:val="04A0" w:firstRow="1" w:lastRow="0" w:firstColumn="1" w:lastColumn="0" w:noHBand="0" w:noVBand="1"/>
      </w:tblPr>
      <w:tblGrid>
        <w:gridCol w:w="1985"/>
        <w:gridCol w:w="8671"/>
      </w:tblGrid>
      <w:tr w:rsidR="000060B5" w14:paraId="4B9E331C" w14:textId="77777777" w:rsidTr="00764F53">
        <w:trPr>
          <w:jc w:val="center"/>
        </w:trPr>
        <w:tc>
          <w:tcPr>
            <w:tcW w:w="1985" w:type="dxa"/>
          </w:tcPr>
          <w:p w14:paraId="560109D0" w14:textId="77777777" w:rsidR="000060B5" w:rsidRDefault="00CD28FE">
            <w:pPr>
              <w:jc w:val="center"/>
            </w:pPr>
            <w:r>
              <w:rPr>
                <w:noProof/>
              </w:rPr>
              <w:lastRenderedPageBreak/>
              <w:drawing>
                <wp:inline distT="0" distB="0" distL="0" distR="0" wp14:anchorId="682E77E5" wp14:editId="59BA771D">
                  <wp:extent cx="1097280" cy="11255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 Logo.jpg"/>
                          <pic:cNvPicPr/>
                        </pic:nvPicPr>
                        <pic:blipFill>
                          <a:blip r:embed="rId8"/>
                          <a:stretch>
                            <a:fillRect/>
                          </a:stretch>
                        </pic:blipFill>
                        <pic:spPr>
                          <a:xfrm>
                            <a:off x="0" y="0"/>
                            <a:ext cx="1097280" cy="1125560"/>
                          </a:xfrm>
                          <a:prstGeom prst="rect">
                            <a:avLst/>
                          </a:prstGeom>
                        </pic:spPr>
                      </pic:pic>
                    </a:graphicData>
                  </a:graphic>
                </wp:inline>
              </w:drawing>
            </w:r>
          </w:p>
        </w:tc>
        <w:tc>
          <w:tcPr>
            <w:tcW w:w="8671" w:type="dxa"/>
            <w:shd w:val="clear" w:color="auto" w:fill="9E8A43"/>
            <w:tcMar>
              <w:top w:w="110" w:type="dxa"/>
              <w:left w:w="110" w:type="dxa"/>
              <w:bottom w:w="110" w:type="dxa"/>
              <w:right w:w="110" w:type="dxa"/>
            </w:tcMar>
          </w:tcPr>
          <w:p w14:paraId="00E24A68" w14:textId="77777777" w:rsidR="000060B5" w:rsidRDefault="00CD28FE">
            <w:pPr>
              <w:spacing w:after="0" w:line="240" w:lineRule="auto"/>
            </w:pPr>
            <w:r>
              <w:rPr>
                <w:rFonts w:ascii="Arial" w:hAnsi="Arial"/>
                <w:b/>
                <w:color w:val="FFFFFF"/>
                <w:sz w:val="38"/>
              </w:rPr>
              <w:t>CAREER EDUCATION DEPARTMENT</w:t>
            </w:r>
          </w:p>
          <w:p w14:paraId="044D2318" w14:textId="77777777" w:rsidR="000060B5" w:rsidRDefault="00CD28FE">
            <w:pPr>
              <w:spacing w:after="0" w:line="240" w:lineRule="auto"/>
            </w:pPr>
            <w:r>
              <w:rPr>
                <w:rFonts w:ascii="Arial" w:hAnsi="Arial"/>
                <w:b/>
                <w:color w:val="FFFFFF"/>
                <w:sz w:val="38"/>
              </w:rPr>
              <w:t>WORKPLACE SAFETY ASSIGNMENT</w:t>
            </w:r>
          </w:p>
          <w:p w14:paraId="1E4802C0" w14:textId="77777777" w:rsidR="000060B5" w:rsidRDefault="00CD28FE">
            <w:pPr>
              <w:spacing w:before="80" w:after="0" w:line="240" w:lineRule="auto"/>
            </w:pPr>
            <w:r>
              <w:rPr>
                <w:rFonts w:ascii="Arial" w:hAnsi="Arial"/>
                <w:color w:val="FFFFFF"/>
                <w:sz w:val="19"/>
              </w:rPr>
              <w:t>Right to Refuse Unsafe Work</w:t>
            </w:r>
          </w:p>
        </w:tc>
      </w:tr>
    </w:tbl>
    <w:p w14:paraId="0F1B8BEF" w14:textId="77777777" w:rsidR="000060B5" w:rsidRDefault="000060B5">
      <w:pPr>
        <w:spacing w:after="0"/>
      </w:pPr>
    </w:p>
    <w:p w14:paraId="2ED40806" w14:textId="77777777" w:rsidR="000060B5" w:rsidRDefault="00CD28FE">
      <w:pPr>
        <w:spacing w:after="100" w:line="247" w:lineRule="auto"/>
        <w:rPr>
          <w:rFonts w:ascii="Arial" w:hAnsi="Arial"/>
          <w:color w:val="333333"/>
          <w:sz w:val="18"/>
        </w:rPr>
      </w:pPr>
      <w:r>
        <w:rPr>
          <w:rFonts w:ascii="Arial" w:hAnsi="Arial"/>
          <w:color w:val="333333"/>
          <w:sz w:val="18"/>
        </w:rPr>
        <w:t>Students need to understand the importance of workplace safety as it relates to the health and protection of young workers in British Columbia. Discuss WCB Regulation 3.12 with your Career Programs Teacher/Facilitator, watch the online program on Workplace Rights and Responsibilities, and complete the Workplace Safety Knowledge questions.</w:t>
      </w:r>
    </w:p>
    <w:p w14:paraId="229E186F" w14:textId="77777777" w:rsidR="00122BC4" w:rsidRDefault="00122BC4">
      <w:pPr>
        <w:spacing w:after="100" w:line="247" w:lineRule="auto"/>
        <w:rPr>
          <w:rFonts w:ascii="Arial" w:hAnsi="Arial"/>
          <w:color w:val="333333"/>
          <w:sz w:val="18"/>
        </w:rPr>
      </w:pPr>
    </w:p>
    <w:p w14:paraId="20BF9B50" w14:textId="77777777" w:rsidR="00122BC4" w:rsidRDefault="00122BC4">
      <w:pPr>
        <w:spacing w:after="100" w:line="247" w:lineRule="auto"/>
        <w:rPr>
          <w:rFonts w:ascii="Arial" w:hAnsi="Arial"/>
          <w:color w:val="333333"/>
          <w:sz w:val="18"/>
        </w:rPr>
      </w:pPr>
    </w:p>
    <w:p w14:paraId="7349270E" w14:textId="77777777" w:rsidR="00122BC4" w:rsidRDefault="00122BC4">
      <w:pPr>
        <w:spacing w:after="100" w:line="247" w:lineRule="auto"/>
      </w:pPr>
    </w:p>
    <w:p w14:paraId="17448A80" w14:textId="77777777" w:rsidR="000060B5" w:rsidRDefault="00CD28FE">
      <w:pPr>
        <w:spacing w:after="40" w:line="240" w:lineRule="auto"/>
        <w:jc w:val="center"/>
      </w:pPr>
      <w:r>
        <w:rPr>
          <w:rFonts w:ascii="Arial" w:hAnsi="Arial"/>
          <w:b/>
          <w:color w:val="00753E"/>
          <w:sz w:val="20"/>
        </w:rPr>
        <w:t>Scan or click the QR code to access the online program:</w:t>
      </w:r>
    </w:p>
    <w:p w14:paraId="3B820C71" w14:textId="77777777" w:rsidR="000060B5" w:rsidRDefault="00CD28FE">
      <w:pPr>
        <w:jc w:val="center"/>
      </w:pPr>
      <w:r>
        <w:rPr>
          <w:noProof/>
        </w:rPr>
        <w:drawing>
          <wp:inline distT="0" distB="0" distL="0" distR="0" wp14:anchorId="61787517" wp14:editId="6530E039">
            <wp:extent cx="2377440" cy="215537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fety_qr_clean.png"/>
                    <pic:cNvPicPr/>
                  </pic:nvPicPr>
                  <pic:blipFill>
                    <a:blip r:embed="rId10"/>
                    <a:stretch>
                      <a:fillRect/>
                    </a:stretch>
                  </pic:blipFill>
                  <pic:spPr>
                    <a:xfrm>
                      <a:off x="0" y="0"/>
                      <a:ext cx="2377440" cy="2155370"/>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10656"/>
      </w:tblGrid>
      <w:tr w:rsidR="000060B5" w14:paraId="1273FBD0" w14:textId="77777777">
        <w:trPr>
          <w:jc w:val="center"/>
        </w:trPr>
        <w:tc>
          <w:tcPr>
            <w:tcW w:w="10656" w:type="dxa"/>
            <w:tcBorders>
              <w:top w:val="single" w:sz="5" w:space="0" w:color="777777"/>
              <w:left w:val="single" w:sz="5" w:space="0" w:color="777777"/>
              <w:bottom w:val="single" w:sz="5" w:space="0" w:color="777777"/>
              <w:right w:val="single" w:sz="5" w:space="0" w:color="777777"/>
            </w:tcBorders>
            <w:shd w:val="clear" w:color="auto" w:fill="00753E"/>
            <w:tcMar>
              <w:top w:w="55" w:type="dxa"/>
              <w:left w:w="55" w:type="dxa"/>
              <w:bottom w:w="55" w:type="dxa"/>
              <w:right w:w="55" w:type="dxa"/>
            </w:tcMar>
            <w:vAlign w:val="center"/>
          </w:tcPr>
          <w:p w14:paraId="072430E2" w14:textId="77777777" w:rsidR="000060B5" w:rsidRDefault="00CD28FE">
            <w:pPr>
              <w:spacing w:after="0" w:line="240" w:lineRule="auto"/>
            </w:pPr>
            <w:r>
              <w:rPr>
                <w:rFonts w:ascii="Arial" w:hAnsi="Arial"/>
                <w:b/>
                <w:color w:val="333333"/>
                <w:sz w:val="24"/>
              </w:rPr>
              <w:t>WCB REGULATION 3.12 - THE RIGHT TO REFUSE UNSAFE WORK</w:t>
            </w:r>
          </w:p>
        </w:tc>
      </w:tr>
    </w:tbl>
    <w:p w14:paraId="06900666" w14:textId="77777777" w:rsidR="000060B5" w:rsidRDefault="000060B5">
      <w:pPr>
        <w:spacing w:after="0"/>
      </w:pPr>
    </w:p>
    <w:p w14:paraId="5E52347F" w14:textId="77777777" w:rsidR="000060B5" w:rsidRDefault="00CD28FE">
      <w:pPr>
        <w:spacing w:after="80" w:line="247" w:lineRule="auto"/>
      </w:pPr>
      <w:r>
        <w:rPr>
          <w:rFonts w:ascii="Arial" w:hAnsi="Arial"/>
          <w:color w:val="333333"/>
          <w:sz w:val="17"/>
        </w:rPr>
        <w:t>1. A person must not carry out or cause to be carried out any work process, or operate or cause to be operated any tool, appliance or equipment, if that person has reasonable cause to believe that doing so would create an undue hazard to the health and safety of any person.</w:t>
      </w:r>
    </w:p>
    <w:p w14:paraId="12B4C3E1" w14:textId="77777777" w:rsidR="000060B5" w:rsidRDefault="00CD28FE">
      <w:pPr>
        <w:spacing w:after="80" w:line="247" w:lineRule="auto"/>
      </w:pPr>
      <w:r>
        <w:rPr>
          <w:rFonts w:ascii="Arial" w:hAnsi="Arial"/>
          <w:color w:val="333333"/>
          <w:sz w:val="17"/>
        </w:rPr>
        <w:t>2. A worker who refuses unsafe work must immediately report the circumstances of the unsafe condition to the supervisor or employer.</w:t>
      </w:r>
    </w:p>
    <w:p w14:paraId="3BCB5D1D" w14:textId="77777777" w:rsidR="000060B5" w:rsidRDefault="00CD28FE">
      <w:pPr>
        <w:spacing w:after="80" w:line="247" w:lineRule="auto"/>
      </w:pPr>
      <w:r>
        <w:rPr>
          <w:rFonts w:ascii="Arial" w:hAnsi="Arial"/>
          <w:color w:val="333333"/>
          <w:sz w:val="17"/>
        </w:rPr>
        <w:t xml:space="preserve">3. The supervisor or employer must immediately investigate and ensure that any unsafe condition is remedied without </w:t>
      </w:r>
      <w:proofErr w:type="gramStart"/>
      <w:r>
        <w:rPr>
          <w:rFonts w:ascii="Arial" w:hAnsi="Arial"/>
          <w:color w:val="333333"/>
          <w:sz w:val="17"/>
        </w:rPr>
        <w:t>delay, or</w:t>
      </w:r>
      <w:proofErr w:type="gramEnd"/>
      <w:r>
        <w:rPr>
          <w:rFonts w:ascii="Arial" w:hAnsi="Arial"/>
          <w:color w:val="333333"/>
          <w:sz w:val="17"/>
        </w:rPr>
        <w:t xml:space="preserve"> inform the worker if the report is considered invalid.</w:t>
      </w:r>
    </w:p>
    <w:p w14:paraId="03BFFB3A" w14:textId="77777777" w:rsidR="000060B5" w:rsidRDefault="00CD28FE">
      <w:pPr>
        <w:spacing w:after="80" w:line="247" w:lineRule="auto"/>
      </w:pPr>
      <w:r>
        <w:rPr>
          <w:rFonts w:ascii="Arial" w:hAnsi="Arial"/>
          <w:color w:val="333333"/>
          <w:sz w:val="17"/>
        </w:rPr>
        <w:t xml:space="preserve">4. If the matter is not resolved and the worker continues to refuse, the supervisor or employer must </w:t>
      </w:r>
      <w:proofErr w:type="gramStart"/>
      <w:r>
        <w:rPr>
          <w:rFonts w:ascii="Arial" w:hAnsi="Arial"/>
          <w:color w:val="333333"/>
          <w:sz w:val="17"/>
        </w:rPr>
        <w:t>investigate in</w:t>
      </w:r>
      <w:proofErr w:type="gramEnd"/>
      <w:r>
        <w:rPr>
          <w:rFonts w:ascii="Arial" w:hAnsi="Arial"/>
          <w:color w:val="333333"/>
          <w:sz w:val="17"/>
        </w:rPr>
        <w:t xml:space="preserve"> the presence of the worker and an appropriate worker representative or another reasonably available worker selected by the worker.</w:t>
      </w:r>
    </w:p>
    <w:p w14:paraId="7715A3CD" w14:textId="77777777" w:rsidR="000060B5" w:rsidRDefault="00CD28FE">
      <w:pPr>
        <w:spacing w:after="80" w:line="247" w:lineRule="auto"/>
      </w:pPr>
      <w:r>
        <w:rPr>
          <w:rFonts w:ascii="Arial" w:hAnsi="Arial"/>
          <w:color w:val="333333"/>
          <w:sz w:val="17"/>
        </w:rPr>
        <w:t>5. If the matter remains unresolved, the supervisor or employer and the worker must immediately notify an officer, who will investigate without undue delay and issue any necessary orders.</w:t>
      </w:r>
    </w:p>
    <w:p w14:paraId="1439F778" w14:textId="77777777" w:rsidR="000060B5" w:rsidRDefault="00CD28FE">
      <w:r>
        <w:br w:type="page"/>
      </w:r>
    </w:p>
    <w:tbl>
      <w:tblPr>
        <w:tblW w:w="0" w:type="auto"/>
        <w:jc w:val="center"/>
        <w:tblLayout w:type="fixed"/>
        <w:tblLook w:val="04A0" w:firstRow="1" w:lastRow="0" w:firstColumn="1" w:lastColumn="0" w:noHBand="0" w:noVBand="1"/>
      </w:tblPr>
      <w:tblGrid>
        <w:gridCol w:w="1985"/>
        <w:gridCol w:w="8671"/>
      </w:tblGrid>
      <w:tr w:rsidR="000060B5" w14:paraId="67C6C9BF" w14:textId="77777777" w:rsidTr="00764F53">
        <w:trPr>
          <w:jc w:val="center"/>
        </w:trPr>
        <w:tc>
          <w:tcPr>
            <w:tcW w:w="1985" w:type="dxa"/>
          </w:tcPr>
          <w:p w14:paraId="0ED78426" w14:textId="77777777" w:rsidR="000060B5" w:rsidRDefault="00CD28FE">
            <w:pPr>
              <w:jc w:val="center"/>
            </w:pPr>
            <w:r>
              <w:rPr>
                <w:noProof/>
              </w:rPr>
              <w:lastRenderedPageBreak/>
              <w:drawing>
                <wp:inline distT="0" distB="0" distL="0" distR="0" wp14:anchorId="1F16E7FD" wp14:editId="4CCEA35C">
                  <wp:extent cx="1097280" cy="11255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 Logo.jpg"/>
                          <pic:cNvPicPr/>
                        </pic:nvPicPr>
                        <pic:blipFill>
                          <a:blip r:embed="rId8"/>
                          <a:stretch>
                            <a:fillRect/>
                          </a:stretch>
                        </pic:blipFill>
                        <pic:spPr>
                          <a:xfrm>
                            <a:off x="0" y="0"/>
                            <a:ext cx="1097280" cy="1125560"/>
                          </a:xfrm>
                          <a:prstGeom prst="rect">
                            <a:avLst/>
                          </a:prstGeom>
                        </pic:spPr>
                      </pic:pic>
                    </a:graphicData>
                  </a:graphic>
                </wp:inline>
              </w:drawing>
            </w:r>
          </w:p>
        </w:tc>
        <w:tc>
          <w:tcPr>
            <w:tcW w:w="8671" w:type="dxa"/>
            <w:shd w:val="clear" w:color="auto" w:fill="9E8A43"/>
            <w:tcMar>
              <w:top w:w="110" w:type="dxa"/>
              <w:left w:w="110" w:type="dxa"/>
              <w:bottom w:w="110" w:type="dxa"/>
              <w:right w:w="110" w:type="dxa"/>
            </w:tcMar>
          </w:tcPr>
          <w:p w14:paraId="7CF55934" w14:textId="77777777" w:rsidR="000060B5" w:rsidRDefault="00CD28FE">
            <w:pPr>
              <w:spacing w:after="0" w:line="240" w:lineRule="auto"/>
            </w:pPr>
            <w:r>
              <w:rPr>
                <w:rFonts w:ascii="Arial" w:hAnsi="Arial"/>
                <w:b/>
                <w:color w:val="FFFFFF"/>
                <w:sz w:val="38"/>
              </w:rPr>
              <w:t>CAREER EDUCATION DEPARTMENT</w:t>
            </w:r>
          </w:p>
          <w:p w14:paraId="6B6C10F5" w14:textId="77777777" w:rsidR="000060B5" w:rsidRDefault="00CD28FE">
            <w:pPr>
              <w:spacing w:after="0" w:line="240" w:lineRule="auto"/>
            </w:pPr>
            <w:r>
              <w:rPr>
                <w:rFonts w:ascii="Arial" w:hAnsi="Arial"/>
                <w:b/>
                <w:color w:val="FFFFFF"/>
                <w:sz w:val="38"/>
              </w:rPr>
              <w:t>WORKPLACE SAFETY ASSIGNMENT</w:t>
            </w:r>
          </w:p>
          <w:p w14:paraId="2BD36497" w14:textId="77777777" w:rsidR="000060B5" w:rsidRDefault="00CD28FE">
            <w:pPr>
              <w:spacing w:before="80" w:after="0" w:line="240" w:lineRule="auto"/>
            </w:pPr>
            <w:r>
              <w:rPr>
                <w:rFonts w:ascii="Arial" w:hAnsi="Arial"/>
                <w:color w:val="FFFFFF"/>
                <w:sz w:val="19"/>
              </w:rPr>
              <w:t>Workplace Bullying and Harassment</w:t>
            </w:r>
          </w:p>
        </w:tc>
      </w:tr>
    </w:tbl>
    <w:p w14:paraId="50369CDF" w14:textId="77777777" w:rsidR="000060B5" w:rsidRDefault="000060B5">
      <w:pPr>
        <w:spacing w:after="0"/>
      </w:pPr>
    </w:p>
    <w:p w14:paraId="5A2CF3D9" w14:textId="77777777" w:rsidR="000060B5" w:rsidRDefault="00CD28FE">
      <w:pPr>
        <w:spacing w:after="100" w:line="247" w:lineRule="auto"/>
      </w:pPr>
      <w:r>
        <w:rPr>
          <w:rFonts w:ascii="Arial" w:hAnsi="Arial"/>
          <w:color w:val="333333"/>
          <w:sz w:val="18"/>
        </w:rPr>
        <w:t>Students also need to understand the importance of workplace bullying and harassment policies as they relate to the health and protection of young workers in British Columbia.</w:t>
      </w:r>
    </w:p>
    <w:p w14:paraId="0993A7B3" w14:textId="77777777" w:rsidR="000060B5" w:rsidRDefault="00CD28FE">
      <w:pPr>
        <w:spacing w:after="100" w:line="247" w:lineRule="auto"/>
      </w:pPr>
      <w:r>
        <w:rPr>
          <w:rFonts w:ascii="Arial" w:hAnsi="Arial"/>
          <w:color w:val="333333"/>
          <w:sz w:val="18"/>
        </w:rPr>
        <w:t>Workplace bullying and harassment includes any inappropriate conduct or comment by a person toward a worker that the person knew or reasonably ought to have known would cause that worker to be humiliated or intimidated.</w:t>
      </w:r>
    </w:p>
    <w:p w14:paraId="009525AB" w14:textId="77777777" w:rsidR="000060B5" w:rsidRDefault="00CD28FE">
      <w:pPr>
        <w:spacing w:after="100" w:line="247" w:lineRule="auto"/>
      </w:pPr>
      <w:r>
        <w:rPr>
          <w:rFonts w:ascii="Arial" w:hAnsi="Arial"/>
          <w:b/>
          <w:color w:val="333333"/>
          <w:sz w:val="18"/>
        </w:rPr>
        <w:t xml:space="preserve">Study the Worker Fact Sheet on Workplace Bullying and Harassment and </w:t>
      </w:r>
      <w:r w:rsidRPr="009B6FEB">
        <w:rPr>
          <w:rFonts w:ascii="Arial" w:hAnsi="Arial"/>
          <w:b/>
          <w:color w:val="333333"/>
          <w:sz w:val="18"/>
          <w:u w:val="single"/>
        </w:rPr>
        <w:t>complete the Workplace Safety Knowledge questions.</w:t>
      </w:r>
    </w:p>
    <w:p w14:paraId="74D2C7F7" w14:textId="77777777" w:rsidR="000060B5" w:rsidRDefault="00CD28FE">
      <w:pPr>
        <w:spacing w:after="40" w:line="240" w:lineRule="auto"/>
        <w:jc w:val="center"/>
      </w:pPr>
      <w:r>
        <w:rPr>
          <w:rFonts w:ascii="Arial" w:hAnsi="Arial"/>
          <w:b/>
          <w:color w:val="00753E"/>
          <w:sz w:val="20"/>
        </w:rPr>
        <w:t>Scan or click the QR code to access the Worker Fact Sheet:</w:t>
      </w:r>
    </w:p>
    <w:p w14:paraId="554E4D6F" w14:textId="77777777" w:rsidR="000060B5" w:rsidRDefault="00CD28FE">
      <w:pPr>
        <w:jc w:val="center"/>
      </w:pPr>
      <w:r>
        <w:rPr>
          <w:noProof/>
        </w:rPr>
        <w:drawing>
          <wp:inline distT="0" distB="0" distL="0" distR="0" wp14:anchorId="2E5DE115" wp14:editId="6290A23E">
            <wp:extent cx="2651760" cy="25044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ying_qr_clean.png"/>
                    <pic:cNvPicPr/>
                  </pic:nvPicPr>
                  <pic:blipFill>
                    <a:blip r:embed="rId11"/>
                    <a:stretch>
                      <a:fillRect/>
                    </a:stretch>
                  </pic:blipFill>
                  <pic:spPr>
                    <a:xfrm>
                      <a:off x="0" y="0"/>
                      <a:ext cx="2651760" cy="2504440"/>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2664"/>
        <w:gridCol w:w="2664"/>
        <w:gridCol w:w="2664"/>
        <w:gridCol w:w="2664"/>
      </w:tblGrid>
      <w:tr w:rsidR="000060B5" w14:paraId="09A9B87C" w14:textId="77777777">
        <w:trPr>
          <w:jc w:val="center"/>
        </w:trPr>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7FD86B3" w14:textId="77777777" w:rsidR="000060B5" w:rsidRDefault="00CD28FE">
            <w:pPr>
              <w:spacing w:after="0" w:line="240" w:lineRule="auto"/>
            </w:pPr>
            <w:r>
              <w:rPr>
                <w:rFonts w:ascii="Arial" w:hAnsi="Arial"/>
                <w:b/>
                <w:color w:val="333333"/>
                <w:sz w:val="17"/>
              </w:rPr>
              <w:t>Student signature</w:t>
            </w:r>
          </w:p>
        </w:tc>
        <w:sdt>
          <w:sdtPr>
            <w:id w:val="-872461150"/>
            <w:lock w:val="sdtLocked"/>
            <w:placeholder>
              <w:docPart w:val="6B9FDBA4D2A44964975CB7FBE8DBA1D4"/>
            </w:placeholder>
            <w:showingPlcHdr/>
            <w:text/>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14253FAC" w14:textId="1AED28D7" w:rsidR="000060B5" w:rsidRDefault="004F5A9F">
                <w:pPr>
                  <w:spacing w:after="0" w:line="240" w:lineRule="auto"/>
                </w:pPr>
                <w:r w:rsidRPr="004F5A9F">
                  <w:rPr>
                    <w:rStyle w:val="PlaceholderText"/>
                    <w:sz w:val="16"/>
                    <w:szCs w:val="16"/>
                  </w:rPr>
                  <w:t>Click or tap here to enter text</w:t>
                </w:r>
                <w:r w:rsidRPr="00051482">
                  <w:rPr>
                    <w:rStyle w:val="PlaceholderText"/>
                  </w:rPr>
                  <w:t>.</w:t>
                </w:r>
              </w:p>
            </w:tc>
          </w:sdtContent>
        </w:sdt>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4085743" w14:textId="77777777" w:rsidR="000060B5" w:rsidRDefault="00CD28FE">
            <w:pPr>
              <w:spacing w:after="0" w:line="240" w:lineRule="auto"/>
            </w:pPr>
            <w:r>
              <w:rPr>
                <w:rFonts w:ascii="Arial" w:hAnsi="Arial"/>
                <w:b/>
                <w:color w:val="333333"/>
                <w:sz w:val="17"/>
              </w:rPr>
              <w:t>Date</w:t>
            </w:r>
          </w:p>
        </w:tc>
        <w:sdt>
          <w:sdtPr>
            <w:id w:val="1397784688"/>
            <w:lock w:val="sdtLocked"/>
            <w:placeholder>
              <w:docPart w:val="A9D91CBFD1AF4E30A22F99ADB47987F4"/>
            </w:placeholder>
            <w:showingPlcHdr/>
            <w:date>
              <w:dateFormat w:val="yyyy-MM-dd"/>
              <w:lid w:val="en-CA"/>
              <w:storeMappedDataAs w:val="dateTime"/>
              <w:calendar w:val="gregorian"/>
            </w:date>
          </w:sdtPr>
          <w:sdtEndPr/>
          <w:sdtContent>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7F08A4DD" w14:textId="5742E358" w:rsidR="000060B5" w:rsidRDefault="004F5A9F">
                <w:pPr>
                  <w:spacing w:after="0" w:line="240" w:lineRule="auto"/>
                </w:pPr>
                <w:r w:rsidRPr="004F5A9F">
                  <w:rPr>
                    <w:rStyle w:val="PlaceholderText"/>
                    <w:sz w:val="18"/>
                    <w:szCs w:val="18"/>
                  </w:rPr>
                  <w:t>Click or tap to enter a date</w:t>
                </w:r>
                <w:r w:rsidRPr="00EC7BF1">
                  <w:rPr>
                    <w:rStyle w:val="PlaceholderText"/>
                  </w:rPr>
                  <w:t>.</w:t>
                </w:r>
              </w:p>
            </w:tc>
          </w:sdtContent>
        </w:sdt>
      </w:tr>
      <w:tr w:rsidR="000060B5" w14:paraId="2315BE9D" w14:textId="77777777">
        <w:trPr>
          <w:jc w:val="center"/>
        </w:trPr>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F172CCF" w14:textId="4BFC48E1" w:rsidR="000060B5" w:rsidRDefault="000060B5">
            <w:pPr>
              <w:spacing w:after="0" w:line="240" w:lineRule="auto"/>
            </w:pPr>
          </w:p>
        </w:tc>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471EF124" w14:textId="79A1B727" w:rsidR="000060B5" w:rsidRDefault="000060B5">
            <w:pPr>
              <w:spacing w:after="0" w:line="240" w:lineRule="auto"/>
            </w:pPr>
          </w:p>
        </w:tc>
        <w:tc>
          <w:tcPr>
            <w:tcW w:w="2664"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915DA28" w14:textId="77777777" w:rsidR="000060B5" w:rsidRDefault="00CD28FE">
            <w:pPr>
              <w:spacing w:after="0" w:line="240" w:lineRule="auto"/>
            </w:pPr>
            <w:r>
              <w:rPr>
                <w:rFonts w:ascii="Arial" w:hAnsi="Arial"/>
                <w:b/>
                <w:color w:val="333333"/>
                <w:sz w:val="17"/>
              </w:rPr>
              <w:t>Teacher initials</w:t>
            </w:r>
          </w:p>
        </w:tc>
        <w:tc>
          <w:tcPr>
            <w:tcW w:w="2664"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65EEF79" w14:textId="2884C75E" w:rsidR="000060B5" w:rsidRDefault="000060B5">
            <w:pPr>
              <w:spacing w:after="0" w:line="240" w:lineRule="auto"/>
            </w:pPr>
          </w:p>
        </w:tc>
      </w:tr>
    </w:tbl>
    <w:p w14:paraId="143E55B8" w14:textId="77777777" w:rsidR="000060B5" w:rsidRDefault="00CD28FE">
      <w:r>
        <w:br w:type="page"/>
      </w:r>
    </w:p>
    <w:tbl>
      <w:tblPr>
        <w:tblW w:w="0" w:type="auto"/>
        <w:jc w:val="center"/>
        <w:tblLayout w:type="fixed"/>
        <w:tblLook w:val="04A0" w:firstRow="1" w:lastRow="0" w:firstColumn="1" w:lastColumn="0" w:noHBand="0" w:noVBand="1"/>
      </w:tblPr>
      <w:tblGrid>
        <w:gridCol w:w="1985"/>
        <w:gridCol w:w="8671"/>
      </w:tblGrid>
      <w:tr w:rsidR="000060B5" w14:paraId="7773D8CD" w14:textId="77777777" w:rsidTr="00764F53">
        <w:trPr>
          <w:jc w:val="center"/>
        </w:trPr>
        <w:tc>
          <w:tcPr>
            <w:tcW w:w="1985" w:type="dxa"/>
          </w:tcPr>
          <w:p w14:paraId="366B2EAA" w14:textId="77777777" w:rsidR="000060B5" w:rsidRDefault="00CD28FE">
            <w:pPr>
              <w:jc w:val="center"/>
            </w:pPr>
            <w:r>
              <w:rPr>
                <w:noProof/>
              </w:rPr>
              <w:lastRenderedPageBreak/>
              <w:drawing>
                <wp:inline distT="0" distB="0" distL="0" distR="0" wp14:anchorId="61AD0687" wp14:editId="45E0595C">
                  <wp:extent cx="1097280" cy="11255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 Logo.jpg"/>
                          <pic:cNvPicPr/>
                        </pic:nvPicPr>
                        <pic:blipFill>
                          <a:blip r:embed="rId8"/>
                          <a:stretch>
                            <a:fillRect/>
                          </a:stretch>
                        </pic:blipFill>
                        <pic:spPr>
                          <a:xfrm>
                            <a:off x="0" y="0"/>
                            <a:ext cx="1097280" cy="1125560"/>
                          </a:xfrm>
                          <a:prstGeom prst="rect">
                            <a:avLst/>
                          </a:prstGeom>
                        </pic:spPr>
                      </pic:pic>
                    </a:graphicData>
                  </a:graphic>
                </wp:inline>
              </w:drawing>
            </w:r>
          </w:p>
        </w:tc>
        <w:tc>
          <w:tcPr>
            <w:tcW w:w="8671" w:type="dxa"/>
            <w:shd w:val="clear" w:color="auto" w:fill="9E8A43"/>
            <w:tcMar>
              <w:top w:w="110" w:type="dxa"/>
              <w:left w:w="110" w:type="dxa"/>
              <w:bottom w:w="110" w:type="dxa"/>
              <w:right w:w="110" w:type="dxa"/>
            </w:tcMar>
          </w:tcPr>
          <w:p w14:paraId="48E9F9C9" w14:textId="77777777" w:rsidR="000060B5" w:rsidRDefault="00CD28FE">
            <w:pPr>
              <w:spacing w:after="0" w:line="240" w:lineRule="auto"/>
            </w:pPr>
            <w:r>
              <w:rPr>
                <w:rFonts w:ascii="Arial" w:hAnsi="Arial"/>
                <w:b/>
                <w:color w:val="FFFFFF"/>
                <w:sz w:val="38"/>
              </w:rPr>
              <w:t>CAREER EDUCATION DEPARTMENT</w:t>
            </w:r>
          </w:p>
          <w:p w14:paraId="53207F8A" w14:textId="77777777" w:rsidR="000060B5" w:rsidRDefault="00CD28FE">
            <w:pPr>
              <w:spacing w:after="0" w:line="240" w:lineRule="auto"/>
            </w:pPr>
            <w:r>
              <w:rPr>
                <w:rFonts w:ascii="Arial" w:hAnsi="Arial"/>
                <w:b/>
                <w:color w:val="FFFFFF"/>
                <w:sz w:val="38"/>
              </w:rPr>
              <w:t>WORKPLACE SAFETY KNOWLEDGE TEST</w:t>
            </w:r>
          </w:p>
          <w:p w14:paraId="20C9C413" w14:textId="56937547" w:rsidR="000060B5" w:rsidRDefault="00CD28FE">
            <w:pPr>
              <w:spacing w:before="80" w:after="0" w:line="240" w:lineRule="auto"/>
            </w:pPr>
            <w:r>
              <w:rPr>
                <w:rFonts w:ascii="Arial" w:hAnsi="Arial"/>
                <w:color w:val="FFFFFF"/>
                <w:sz w:val="19"/>
              </w:rPr>
              <w:t>Questions 1-</w:t>
            </w:r>
            <w:r w:rsidR="00601C68">
              <w:rPr>
                <w:rFonts w:ascii="Arial" w:hAnsi="Arial"/>
                <w:color w:val="FFFFFF"/>
                <w:sz w:val="19"/>
              </w:rPr>
              <w:t>6</w:t>
            </w:r>
          </w:p>
        </w:tc>
      </w:tr>
    </w:tbl>
    <w:p w14:paraId="325130C0" w14:textId="77777777" w:rsidR="000060B5" w:rsidRDefault="000060B5">
      <w:pPr>
        <w:spacing w:after="0"/>
      </w:pPr>
    </w:p>
    <w:p w14:paraId="6FC80E63" w14:textId="77777777" w:rsidR="000060B5" w:rsidRDefault="00CD28FE">
      <w:pPr>
        <w:spacing w:after="40" w:line="240" w:lineRule="auto"/>
      </w:pPr>
      <w:r>
        <w:rPr>
          <w:rFonts w:ascii="Arial" w:hAnsi="Arial"/>
          <w:b/>
          <w:color w:val="333333"/>
          <w:sz w:val="18"/>
        </w:rPr>
        <w:t>1. If you believe a work procedure or tool to be unsafe, what must you do?</w:t>
      </w:r>
    </w:p>
    <w:tbl>
      <w:tblPr>
        <w:tblW w:w="0" w:type="auto"/>
        <w:jc w:val="center"/>
        <w:tblLayout w:type="fixed"/>
        <w:tblLook w:val="04A0" w:firstRow="1" w:lastRow="0" w:firstColumn="1" w:lastColumn="0" w:noHBand="0" w:noVBand="1"/>
      </w:tblPr>
      <w:tblGrid>
        <w:gridCol w:w="5328"/>
        <w:gridCol w:w="5328"/>
      </w:tblGrid>
      <w:tr w:rsidR="000060B5" w14:paraId="09F93E0D" w14:textId="77777777">
        <w:trPr>
          <w:jc w:val="center"/>
        </w:trPr>
        <w:sdt>
          <w:sdtPr>
            <w:id w:val="-2038803078"/>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8DCE798" w14:textId="364CD609" w:rsidR="000060B5" w:rsidRDefault="00764F53" w:rsidP="00601C68">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DADA754" w14:textId="77777777" w:rsidR="000060B5" w:rsidRDefault="00CD28FE" w:rsidP="00601C68">
            <w:pPr>
              <w:spacing w:after="0" w:line="240" w:lineRule="auto"/>
            </w:pPr>
            <w:r>
              <w:rPr>
                <w:rFonts w:ascii="Arial" w:hAnsi="Arial"/>
                <w:color w:val="333333"/>
                <w:sz w:val="17"/>
              </w:rPr>
              <w:t>a. Refuse to do the procedure or use the tool.</w:t>
            </w:r>
          </w:p>
        </w:tc>
      </w:tr>
      <w:tr w:rsidR="000060B5" w14:paraId="48FCBE0A" w14:textId="77777777">
        <w:trPr>
          <w:jc w:val="center"/>
        </w:trPr>
        <w:sdt>
          <w:sdtPr>
            <w:id w:val="-1731909497"/>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9CE2801" w14:textId="0C35D336" w:rsidR="000060B5" w:rsidRDefault="00764F53" w:rsidP="00601C68">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4E17971" w14:textId="77777777" w:rsidR="000060B5" w:rsidRDefault="00CD28FE" w:rsidP="00601C68">
            <w:pPr>
              <w:spacing w:after="0" w:line="240" w:lineRule="auto"/>
            </w:pPr>
            <w:r>
              <w:rPr>
                <w:rFonts w:ascii="Arial" w:hAnsi="Arial"/>
                <w:color w:val="333333"/>
                <w:sz w:val="17"/>
              </w:rPr>
              <w:t>b. Communicate your concerns with your supervisor.</w:t>
            </w:r>
          </w:p>
        </w:tc>
      </w:tr>
      <w:tr w:rsidR="000060B5" w14:paraId="70FBB175" w14:textId="77777777">
        <w:trPr>
          <w:jc w:val="center"/>
        </w:trPr>
        <w:sdt>
          <w:sdtPr>
            <w:id w:val="-1738158921"/>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313653E" w14:textId="75078034" w:rsidR="000060B5" w:rsidRDefault="00764F53" w:rsidP="00601C68">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A1FCCAC" w14:textId="77777777" w:rsidR="000060B5" w:rsidRDefault="00CD28FE" w:rsidP="00601C68">
            <w:pPr>
              <w:spacing w:after="0" w:line="240" w:lineRule="auto"/>
            </w:pPr>
            <w:r>
              <w:rPr>
                <w:rFonts w:ascii="Arial" w:hAnsi="Arial"/>
                <w:color w:val="333333"/>
                <w:sz w:val="17"/>
              </w:rPr>
              <w:t xml:space="preserve">c.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02D3C095" w14:textId="77777777" w:rsidR="000060B5" w:rsidRDefault="00CD28FE">
      <w:pPr>
        <w:spacing w:after="40" w:line="240" w:lineRule="auto"/>
      </w:pPr>
      <w:r>
        <w:rPr>
          <w:rFonts w:ascii="Arial" w:hAnsi="Arial"/>
          <w:b/>
          <w:color w:val="333333"/>
          <w:sz w:val="18"/>
        </w:rPr>
        <w:t>2. Which of the following are your responsibilities as a worker?</w:t>
      </w:r>
    </w:p>
    <w:tbl>
      <w:tblPr>
        <w:tblW w:w="0" w:type="auto"/>
        <w:jc w:val="center"/>
        <w:tblLayout w:type="fixed"/>
        <w:tblLook w:val="04A0" w:firstRow="1" w:lastRow="0" w:firstColumn="1" w:lastColumn="0" w:noHBand="0" w:noVBand="1"/>
      </w:tblPr>
      <w:tblGrid>
        <w:gridCol w:w="5328"/>
        <w:gridCol w:w="5328"/>
      </w:tblGrid>
      <w:tr w:rsidR="000060B5" w14:paraId="4FAAF7D9" w14:textId="77777777">
        <w:trPr>
          <w:jc w:val="center"/>
        </w:trPr>
        <w:sdt>
          <w:sdtPr>
            <w:id w:val="-780568008"/>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08FB6F9" w14:textId="07ECE806"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46B33B1" w14:textId="77777777" w:rsidR="000060B5" w:rsidRDefault="00CD28FE">
            <w:pPr>
              <w:spacing w:after="0" w:line="240" w:lineRule="auto"/>
            </w:pPr>
            <w:r>
              <w:rPr>
                <w:rFonts w:ascii="Arial" w:hAnsi="Arial"/>
                <w:color w:val="333333"/>
                <w:sz w:val="17"/>
              </w:rPr>
              <w:t>a. Immediately correct unsafe conditions or report them to your supervisor.</w:t>
            </w:r>
          </w:p>
        </w:tc>
      </w:tr>
      <w:tr w:rsidR="000060B5" w14:paraId="57CA9073" w14:textId="77777777">
        <w:trPr>
          <w:jc w:val="center"/>
        </w:trPr>
        <w:sdt>
          <w:sdtPr>
            <w:id w:val="-1514996830"/>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CF3250F" w14:textId="7459BE04"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6E19980" w14:textId="77777777" w:rsidR="000060B5" w:rsidRDefault="00CD28FE">
            <w:pPr>
              <w:spacing w:after="0" w:line="240" w:lineRule="auto"/>
            </w:pPr>
            <w:r>
              <w:rPr>
                <w:rFonts w:ascii="Arial" w:hAnsi="Arial"/>
                <w:color w:val="333333"/>
                <w:sz w:val="17"/>
              </w:rPr>
              <w:t>b. Work without undue risk to yourself or others.</w:t>
            </w:r>
          </w:p>
        </w:tc>
      </w:tr>
      <w:tr w:rsidR="000060B5" w14:paraId="637D636C" w14:textId="77777777">
        <w:trPr>
          <w:jc w:val="center"/>
        </w:trPr>
        <w:sdt>
          <w:sdtPr>
            <w:id w:val="-438363738"/>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1147A86" w14:textId="1833CCA3"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9AD2BFD" w14:textId="77777777" w:rsidR="000060B5" w:rsidRDefault="00CD28FE">
            <w:pPr>
              <w:spacing w:after="0" w:line="240" w:lineRule="auto"/>
            </w:pPr>
            <w:r>
              <w:rPr>
                <w:rFonts w:ascii="Arial" w:hAnsi="Arial"/>
                <w:color w:val="333333"/>
                <w:sz w:val="17"/>
              </w:rPr>
              <w:t>c. Know how to handle hazardous materials or chemicals used on the job.</w:t>
            </w:r>
          </w:p>
        </w:tc>
      </w:tr>
      <w:tr w:rsidR="000060B5" w14:paraId="3EB4FB2D" w14:textId="77777777">
        <w:trPr>
          <w:jc w:val="center"/>
        </w:trPr>
        <w:sdt>
          <w:sdtPr>
            <w:id w:val="-320813562"/>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C5C1042" w14:textId="27182ECB"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2E88EA4" w14:textId="77777777" w:rsidR="000060B5" w:rsidRDefault="00CD28FE">
            <w:pPr>
              <w:spacing w:after="0" w:line="240" w:lineRule="auto"/>
            </w:pPr>
            <w:r>
              <w:rPr>
                <w:rFonts w:ascii="Arial" w:hAnsi="Arial"/>
                <w:color w:val="333333"/>
                <w:sz w:val="17"/>
              </w:rPr>
              <w:t xml:space="preserve">d.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4014BFC5" w14:textId="77777777" w:rsidR="000060B5" w:rsidRDefault="00CD28FE">
      <w:pPr>
        <w:spacing w:after="40" w:line="240" w:lineRule="auto"/>
      </w:pPr>
      <w:r>
        <w:rPr>
          <w:rFonts w:ascii="Arial" w:hAnsi="Arial"/>
          <w:b/>
          <w:color w:val="333333"/>
          <w:sz w:val="18"/>
        </w:rPr>
        <w:t>3. Which topic is NOT required as part of new-worker training and orientation?</w:t>
      </w:r>
    </w:p>
    <w:tbl>
      <w:tblPr>
        <w:tblW w:w="0" w:type="auto"/>
        <w:jc w:val="center"/>
        <w:tblLayout w:type="fixed"/>
        <w:tblLook w:val="04A0" w:firstRow="1" w:lastRow="0" w:firstColumn="1" w:lastColumn="0" w:noHBand="0" w:noVBand="1"/>
      </w:tblPr>
      <w:tblGrid>
        <w:gridCol w:w="5328"/>
        <w:gridCol w:w="5328"/>
      </w:tblGrid>
      <w:tr w:rsidR="000060B5" w14:paraId="783F9B9C" w14:textId="77777777">
        <w:trPr>
          <w:jc w:val="center"/>
        </w:trPr>
        <w:sdt>
          <w:sdtPr>
            <w:id w:val="-1342078959"/>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70DBAE9" w14:textId="30475B91"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4C86E62" w14:textId="77777777" w:rsidR="000060B5" w:rsidRDefault="00CD28FE">
            <w:pPr>
              <w:spacing w:after="0" w:line="240" w:lineRule="auto"/>
            </w:pPr>
            <w:r>
              <w:rPr>
                <w:rFonts w:ascii="Arial" w:hAnsi="Arial"/>
                <w:color w:val="333333"/>
                <w:sz w:val="17"/>
              </w:rPr>
              <w:t>a. Workplace health and safety rules.</w:t>
            </w:r>
          </w:p>
        </w:tc>
      </w:tr>
      <w:tr w:rsidR="000060B5" w14:paraId="79398CC9" w14:textId="77777777">
        <w:trPr>
          <w:jc w:val="center"/>
        </w:trPr>
        <w:sdt>
          <w:sdtPr>
            <w:id w:val="59297004"/>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B41B319" w14:textId="6770FD5F"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28090A2" w14:textId="77777777" w:rsidR="000060B5" w:rsidRDefault="00CD28FE">
            <w:pPr>
              <w:spacing w:after="0" w:line="240" w:lineRule="auto"/>
            </w:pPr>
            <w:r>
              <w:rPr>
                <w:rFonts w:ascii="Arial" w:hAnsi="Arial"/>
                <w:color w:val="333333"/>
                <w:sz w:val="17"/>
              </w:rPr>
              <w:t>b. Specific hazards to which the worker may be exposed.</w:t>
            </w:r>
          </w:p>
        </w:tc>
      </w:tr>
      <w:tr w:rsidR="000060B5" w14:paraId="170612F8" w14:textId="77777777">
        <w:trPr>
          <w:jc w:val="center"/>
        </w:trPr>
        <w:sdt>
          <w:sdtPr>
            <w:id w:val="-999270576"/>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FDAF77A" w14:textId="6E3383B6"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E54D1EB" w14:textId="77777777" w:rsidR="000060B5" w:rsidRDefault="00CD28FE">
            <w:pPr>
              <w:spacing w:after="0" w:line="240" w:lineRule="auto"/>
            </w:pPr>
            <w:r>
              <w:rPr>
                <w:rFonts w:ascii="Arial" w:hAnsi="Arial"/>
                <w:color w:val="333333"/>
                <w:sz w:val="17"/>
              </w:rPr>
              <w:t>c. Personal protective equipment (PPE).</w:t>
            </w:r>
          </w:p>
        </w:tc>
      </w:tr>
      <w:tr w:rsidR="000060B5" w14:paraId="17FA2AD3" w14:textId="77777777">
        <w:trPr>
          <w:jc w:val="center"/>
        </w:trPr>
        <w:sdt>
          <w:sdtPr>
            <w:id w:val="-875619008"/>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F126B77" w14:textId="3FC7B224"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0B196FC" w14:textId="77777777" w:rsidR="000060B5" w:rsidRDefault="00CD28FE">
            <w:pPr>
              <w:spacing w:after="0" w:line="240" w:lineRule="auto"/>
            </w:pPr>
            <w:r>
              <w:rPr>
                <w:rFonts w:ascii="Arial" w:hAnsi="Arial"/>
                <w:color w:val="333333"/>
                <w:sz w:val="17"/>
              </w:rPr>
              <w:t>d. How to perform basic first-aid procedures.</w:t>
            </w:r>
          </w:p>
        </w:tc>
      </w:tr>
      <w:tr w:rsidR="000060B5" w14:paraId="1176A662" w14:textId="77777777">
        <w:trPr>
          <w:jc w:val="center"/>
        </w:trPr>
        <w:sdt>
          <w:sdtPr>
            <w:id w:val="1556807586"/>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3499BFE" w14:textId="2DD257F9"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9F25A14" w14:textId="77777777" w:rsidR="000060B5" w:rsidRDefault="00CD28FE">
            <w:pPr>
              <w:spacing w:after="0" w:line="240" w:lineRule="auto"/>
            </w:pPr>
            <w:r>
              <w:rPr>
                <w:rFonts w:ascii="Arial" w:hAnsi="Arial"/>
                <w:color w:val="333333"/>
                <w:sz w:val="17"/>
              </w:rPr>
              <w:t>e. WHMIS information and requirements, where applicable.</w:t>
            </w:r>
          </w:p>
        </w:tc>
      </w:tr>
      <w:tr w:rsidR="000060B5" w14:paraId="65EE14EF" w14:textId="77777777">
        <w:trPr>
          <w:jc w:val="center"/>
        </w:trPr>
        <w:sdt>
          <w:sdtPr>
            <w:id w:val="-1850562820"/>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FD9AD69" w14:textId="41C39B9A"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CDE4447" w14:textId="77777777" w:rsidR="000060B5" w:rsidRDefault="00CD28FE">
            <w:pPr>
              <w:spacing w:after="0" w:line="240" w:lineRule="auto"/>
            </w:pPr>
            <w:r>
              <w:rPr>
                <w:rFonts w:ascii="Arial" w:hAnsi="Arial"/>
                <w:color w:val="333333"/>
                <w:sz w:val="17"/>
              </w:rPr>
              <w:t xml:space="preserve">f.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79A5F70D" w14:textId="77777777" w:rsidR="000060B5" w:rsidRDefault="00CD28FE">
      <w:pPr>
        <w:spacing w:after="40" w:line="240" w:lineRule="auto"/>
      </w:pPr>
      <w:r>
        <w:rPr>
          <w:rFonts w:ascii="Arial" w:hAnsi="Arial"/>
          <w:b/>
          <w:color w:val="333333"/>
          <w:sz w:val="18"/>
        </w:rPr>
        <w:t>4. Which are considered an employer's rights and responsibilities?</w:t>
      </w:r>
    </w:p>
    <w:tbl>
      <w:tblPr>
        <w:tblW w:w="0" w:type="auto"/>
        <w:jc w:val="center"/>
        <w:tblLayout w:type="fixed"/>
        <w:tblLook w:val="04A0" w:firstRow="1" w:lastRow="0" w:firstColumn="1" w:lastColumn="0" w:noHBand="0" w:noVBand="1"/>
      </w:tblPr>
      <w:tblGrid>
        <w:gridCol w:w="5328"/>
        <w:gridCol w:w="5328"/>
      </w:tblGrid>
      <w:tr w:rsidR="000060B5" w14:paraId="78668B72" w14:textId="77777777">
        <w:trPr>
          <w:jc w:val="center"/>
        </w:trPr>
        <w:sdt>
          <w:sdtPr>
            <w:id w:val="2022348939"/>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F03B2F1" w14:textId="3E84D5E0"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BF4C640" w14:textId="77777777" w:rsidR="000060B5" w:rsidRDefault="00CD28FE">
            <w:pPr>
              <w:spacing w:after="0" w:line="240" w:lineRule="auto"/>
            </w:pPr>
            <w:r>
              <w:rPr>
                <w:rFonts w:ascii="Arial" w:hAnsi="Arial"/>
                <w:color w:val="333333"/>
                <w:sz w:val="17"/>
              </w:rPr>
              <w:t>a. Ensure the health and safety of workers.</w:t>
            </w:r>
          </w:p>
        </w:tc>
      </w:tr>
      <w:tr w:rsidR="000060B5" w14:paraId="2D2ED0DA" w14:textId="77777777">
        <w:trPr>
          <w:jc w:val="center"/>
        </w:trPr>
        <w:sdt>
          <w:sdtPr>
            <w:id w:val="45352317"/>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1007A8B" w14:textId="625C1583"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A69F026" w14:textId="77777777" w:rsidR="000060B5" w:rsidRDefault="00CD28FE">
            <w:pPr>
              <w:spacing w:after="0" w:line="240" w:lineRule="auto"/>
            </w:pPr>
            <w:r>
              <w:rPr>
                <w:rFonts w:ascii="Arial" w:hAnsi="Arial"/>
                <w:color w:val="333333"/>
                <w:sz w:val="17"/>
              </w:rPr>
              <w:t xml:space="preserve">b. Expect workers to </w:t>
            </w:r>
            <w:proofErr w:type="gramStart"/>
            <w:r>
              <w:rPr>
                <w:rFonts w:ascii="Arial" w:hAnsi="Arial"/>
                <w:color w:val="333333"/>
                <w:sz w:val="17"/>
              </w:rPr>
              <w:t>follow health and safety procedures at all times</w:t>
            </w:r>
            <w:proofErr w:type="gramEnd"/>
            <w:r>
              <w:rPr>
                <w:rFonts w:ascii="Arial" w:hAnsi="Arial"/>
                <w:color w:val="333333"/>
                <w:sz w:val="17"/>
              </w:rPr>
              <w:t>.</w:t>
            </w:r>
          </w:p>
        </w:tc>
      </w:tr>
      <w:tr w:rsidR="000060B5" w14:paraId="450B7735" w14:textId="77777777">
        <w:trPr>
          <w:jc w:val="center"/>
        </w:trPr>
        <w:sdt>
          <w:sdtPr>
            <w:id w:val="-568500154"/>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80EF603" w14:textId="538440C1"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100C17B" w14:textId="77777777" w:rsidR="000060B5" w:rsidRDefault="00CD28FE">
            <w:pPr>
              <w:spacing w:after="0" w:line="240" w:lineRule="auto"/>
            </w:pPr>
            <w:r>
              <w:rPr>
                <w:rFonts w:ascii="Arial" w:hAnsi="Arial"/>
                <w:color w:val="333333"/>
                <w:sz w:val="17"/>
              </w:rPr>
              <w:t>c. Establish occupational health and safety policies and programs.</w:t>
            </w:r>
          </w:p>
        </w:tc>
      </w:tr>
      <w:tr w:rsidR="000060B5" w14:paraId="04C940F7" w14:textId="77777777">
        <w:trPr>
          <w:jc w:val="center"/>
        </w:trPr>
        <w:sdt>
          <w:sdtPr>
            <w:id w:val="151876945"/>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3E8F8E7" w14:textId="020912EA"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BA1AF26" w14:textId="77777777" w:rsidR="000060B5" w:rsidRDefault="00CD28FE">
            <w:pPr>
              <w:spacing w:after="0" w:line="240" w:lineRule="auto"/>
            </w:pPr>
            <w:r>
              <w:rPr>
                <w:rFonts w:ascii="Arial" w:hAnsi="Arial"/>
                <w:color w:val="333333"/>
                <w:sz w:val="17"/>
              </w:rPr>
              <w:t xml:space="preserve">d.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1B7D960E" w14:textId="77777777" w:rsidR="00601C68" w:rsidRDefault="00601C68">
      <w:pPr>
        <w:spacing w:after="40" w:line="240" w:lineRule="auto"/>
        <w:rPr>
          <w:rFonts w:ascii="Arial" w:hAnsi="Arial"/>
          <w:b/>
          <w:color w:val="333333"/>
          <w:sz w:val="18"/>
        </w:rPr>
      </w:pPr>
    </w:p>
    <w:p w14:paraId="58687064" w14:textId="77777777" w:rsidR="00601C68" w:rsidRDefault="00601C68">
      <w:pPr>
        <w:spacing w:after="40" w:line="240" w:lineRule="auto"/>
        <w:rPr>
          <w:rFonts w:ascii="Arial" w:hAnsi="Arial"/>
          <w:b/>
          <w:color w:val="333333"/>
          <w:sz w:val="18"/>
        </w:rPr>
      </w:pPr>
    </w:p>
    <w:p w14:paraId="2A78D33C" w14:textId="77777777" w:rsidR="00601C68" w:rsidRDefault="00601C68">
      <w:pPr>
        <w:spacing w:after="40" w:line="240" w:lineRule="auto"/>
        <w:rPr>
          <w:rFonts w:ascii="Arial" w:hAnsi="Arial"/>
          <w:b/>
          <w:color w:val="333333"/>
          <w:sz w:val="18"/>
        </w:rPr>
      </w:pPr>
    </w:p>
    <w:p w14:paraId="2755BF66" w14:textId="77777777" w:rsidR="00601C68" w:rsidRDefault="00601C68">
      <w:pPr>
        <w:spacing w:after="40" w:line="240" w:lineRule="auto"/>
        <w:rPr>
          <w:rFonts w:ascii="Arial" w:hAnsi="Arial"/>
          <w:b/>
          <w:color w:val="333333"/>
          <w:sz w:val="18"/>
        </w:rPr>
      </w:pPr>
    </w:p>
    <w:p w14:paraId="52DAB316" w14:textId="77777777" w:rsidR="00601C68" w:rsidRDefault="00601C68">
      <w:pPr>
        <w:spacing w:after="40" w:line="240" w:lineRule="auto"/>
        <w:rPr>
          <w:rFonts w:ascii="Arial" w:hAnsi="Arial"/>
          <w:b/>
          <w:color w:val="333333"/>
          <w:sz w:val="18"/>
        </w:rPr>
      </w:pPr>
    </w:p>
    <w:p w14:paraId="685FA24A" w14:textId="77777777" w:rsidR="00601C68" w:rsidRDefault="00601C68">
      <w:pPr>
        <w:spacing w:after="40" w:line="240" w:lineRule="auto"/>
        <w:rPr>
          <w:rFonts w:ascii="Arial" w:hAnsi="Arial"/>
          <w:b/>
          <w:color w:val="333333"/>
          <w:sz w:val="18"/>
        </w:rPr>
      </w:pPr>
    </w:p>
    <w:p w14:paraId="6CA3A772" w14:textId="77777777" w:rsidR="00601C68" w:rsidRDefault="00601C68">
      <w:pPr>
        <w:spacing w:after="40" w:line="240" w:lineRule="auto"/>
        <w:rPr>
          <w:rFonts w:ascii="Arial" w:hAnsi="Arial"/>
          <w:b/>
          <w:color w:val="333333"/>
          <w:sz w:val="18"/>
        </w:rPr>
      </w:pPr>
    </w:p>
    <w:p w14:paraId="57009713" w14:textId="77777777" w:rsidR="0098772D" w:rsidRDefault="0098772D">
      <w:pPr>
        <w:spacing w:after="40" w:line="240" w:lineRule="auto"/>
        <w:rPr>
          <w:rFonts w:ascii="Arial" w:hAnsi="Arial"/>
          <w:b/>
          <w:color w:val="333333"/>
          <w:sz w:val="18"/>
        </w:rPr>
      </w:pPr>
    </w:p>
    <w:p w14:paraId="2B2F2FB9" w14:textId="77777777" w:rsidR="0098772D" w:rsidRDefault="0098772D">
      <w:pPr>
        <w:spacing w:after="40" w:line="240" w:lineRule="auto"/>
        <w:rPr>
          <w:rFonts w:ascii="Arial" w:hAnsi="Arial"/>
          <w:b/>
          <w:color w:val="333333"/>
          <w:sz w:val="18"/>
        </w:rPr>
      </w:pPr>
    </w:p>
    <w:p w14:paraId="4D3D4D74" w14:textId="77777777" w:rsidR="0098772D" w:rsidRDefault="0098772D">
      <w:pPr>
        <w:spacing w:after="40" w:line="240" w:lineRule="auto"/>
        <w:rPr>
          <w:rFonts w:ascii="Arial" w:hAnsi="Arial"/>
          <w:b/>
          <w:color w:val="333333"/>
          <w:sz w:val="18"/>
        </w:rPr>
      </w:pPr>
    </w:p>
    <w:p w14:paraId="4CE4679B" w14:textId="77777777" w:rsidR="0098772D" w:rsidRDefault="0098772D">
      <w:pPr>
        <w:spacing w:after="40" w:line="240" w:lineRule="auto"/>
        <w:rPr>
          <w:rFonts w:ascii="Arial" w:hAnsi="Arial"/>
          <w:b/>
          <w:color w:val="333333"/>
          <w:sz w:val="18"/>
        </w:rPr>
      </w:pPr>
    </w:p>
    <w:p w14:paraId="28779E25" w14:textId="77777777" w:rsidR="0098772D" w:rsidRDefault="0098772D">
      <w:pPr>
        <w:spacing w:after="40" w:line="240" w:lineRule="auto"/>
        <w:rPr>
          <w:rFonts w:ascii="Arial" w:hAnsi="Arial"/>
          <w:b/>
          <w:color w:val="333333"/>
          <w:sz w:val="18"/>
        </w:rPr>
      </w:pPr>
    </w:p>
    <w:p w14:paraId="214FF21C" w14:textId="77777777" w:rsidR="0098772D" w:rsidRDefault="0098772D">
      <w:pPr>
        <w:spacing w:after="40" w:line="240" w:lineRule="auto"/>
        <w:rPr>
          <w:rFonts w:ascii="Arial" w:hAnsi="Arial"/>
          <w:b/>
          <w:color w:val="333333"/>
          <w:sz w:val="18"/>
        </w:rPr>
      </w:pPr>
    </w:p>
    <w:p w14:paraId="20F6E1CF" w14:textId="77777777" w:rsidR="00601C68" w:rsidRDefault="00601C68">
      <w:pPr>
        <w:spacing w:after="40" w:line="240" w:lineRule="auto"/>
        <w:rPr>
          <w:rFonts w:ascii="Arial" w:hAnsi="Arial"/>
          <w:b/>
          <w:color w:val="333333"/>
          <w:sz w:val="18"/>
        </w:rPr>
      </w:pPr>
    </w:p>
    <w:p w14:paraId="7C0FE23B" w14:textId="77777777" w:rsidR="00601C68" w:rsidRDefault="00601C68">
      <w:pPr>
        <w:spacing w:after="40" w:line="240" w:lineRule="auto"/>
        <w:rPr>
          <w:rFonts w:ascii="Arial" w:hAnsi="Arial"/>
          <w:b/>
          <w:color w:val="333333"/>
          <w:sz w:val="18"/>
        </w:rPr>
      </w:pPr>
    </w:p>
    <w:p w14:paraId="37CDF675" w14:textId="3A41741A" w:rsidR="000060B5" w:rsidRDefault="00CD28FE">
      <w:pPr>
        <w:spacing w:after="40" w:line="240" w:lineRule="auto"/>
      </w:pPr>
      <w:r>
        <w:rPr>
          <w:rFonts w:ascii="Arial" w:hAnsi="Arial"/>
          <w:b/>
          <w:color w:val="333333"/>
          <w:sz w:val="18"/>
        </w:rPr>
        <w:lastRenderedPageBreak/>
        <w:t xml:space="preserve">5. Which are considered </w:t>
      </w:r>
      <w:proofErr w:type="gramStart"/>
      <w:r>
        <w:rPr>
          <w:rFonts w:ascii="Arial" w:hAnsi="Arial"/>
          <w:b/>
          <w:color w:val="333333"/>
          <w:sz w:val="18"/>
        </w:rPr>
        <w:t>a supervisor's</w:t>
      </w:r>
      <w:proofErr w:type="gramEnd"/>
      <w:r>
        <w:rPr>
          <w:rFonts w:ascii="Arial" w:hAnsi="Arial"/>
          <w:b/>
          <w:color w:val="333333"/>
          <w:sz w:val="18"/>
        </w:rPr>
        <w:t xml:space="preserve"> rights and responsibilities?</w:t>
      </w:r>
    </w:p>
    <w:tbl>
      <w:tblPr>
        <w:tblW w:w="0" w:type="auto"/>
        <w:jc w:val="center"/>
        <w:tblLayout w:type="fixed"/>
        <w:tblLook w:val="04A0" w:firstRow="1" w:lastRow="0" w:firstColumn="1" w:lastColumn="0" w:noHBand="0" w:noVBand="1"/>
      </w:tblPr>
      <w:tblGrid>
        <w:gridCol w:w="5328"/>
        <w:gridCol w:w="5328"/>
      </w:tblGrid>
      <w:tr w:rsidR="000060B5" w14:paraId="720855AE" w14:textId="77777777">
        <w:trPr>
          <w:jc w:val="center"/>
        </w:trPr>
        <w:sdt>
          <w:sdtPr>
            <w:id w:val="-2021856263"/>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374BF37" w14:textId="07471F6D"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0D8A394" w14:textId="77777777" w:rsidR="000060B5" w:rsidRDefault="00CD28FE">
            <w:pPr>
              <w:spacing w:after="0" w:line="240" w:lineRule="auto"/>
            </w:pPr>
            <w:r>
              <w:rPr>
                <w:rFonts w:ascii="Arial" w:hAnsi="Arial"/>
                <w:color w:val="333333"/>
                <w:sz w:val="17"/>
              </w:rPr>
              <w:t>a. Know the WorkSafeBC requirements that apply to supervised work.</w:t>
            </w:r>
          </w:p>
        </w:tc>
      </w:tr>
      <w:tr w:rsidR="000060B5" w14:paraId="56D6CAD2" w14:textId="77777777">
        <w:trPr>
          <w:jc w:val="center"/>
        </w:trPr>
        <w:sdt>
          <w:sdtPr>
            <w:id w:val="-926804253"/>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4CBEA26" w14:textId="20390484"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DE28A0C" w14:textId="77777777" w:rsidR="000060B5" w:rsidRDefault="00CD28FE">
            <w:pPr>
              <w:spacing w:after="0" w:line="240" w:lineRule="auto"/>
            </w:pPr>
            <w:r>
              <w:rPr>
                <w:rFonts w:ascii="Arial" w:hAnsi="Arial"/>
                <w:color w:val="333333"/>
                <w:sz w:val="17"/>
              </w:rPr>
              <w:t>b. Ensure personal protective equipment/clothing is available and maintained.</w:t>
            </w:r>
          </w:p>
        </w:tc>
      </w:tr>
      <w:tr w:rsidR="000060B5" w14:paraId="2E3EF3B2" w14:textId="77777777">
        <w:trPr>
          <w:jc w:val="center"/>
        </w:trPr>
        <w:sdt>
          <w:sdtPr>
            <w:id w:val="368193238"/>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92FB9AD" w14:textId="154301FA"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6F2DE18" w14:textId="77777777" w:rsidR="000060B5" w:rsidRDefault="00CD28FE">
            <w:pPr>
              <w:spacing w:after="0" w:line="240" w:lineRule="auto"/>
            </w:pPr>
            <w:r>
              <w:rPr>
                <w:rFonts w:ascii="Arial" w:hAnsi="Arial"/>
                <w:color w:val="333333"/>
                <w:sz w:val="17"/>
              </w:rPr>
              <w:t>c. Investigate unsafe conditions reported to them immediately.</w:t>
            </w:r>
          </w:p>
        </w:tc>
      </w:tr>
      <w:tr w:rsidR="000060B5" w14:paraId="23CB4AA2" w14:textId="77777777">
        <w:trPr>
          <w:jc w:val="center"/>
        </w:trPr>
        <w:sdt>
          <w:sdtPr>
            <w:id w:val="-17396056"/>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017B740" w14:textId="1A1D352E"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8DDE5F1" w14:textId="77777777" w:rsidR="000060B5" w:rsidRDefault="00CD28FE">
            <w:pPr>
              <w:spacing w:after="0" w:line="240" w:lineRule="auto"/>
            </w:pPr>
            <w:r>
              <w:rPr>
                <w:rFonts w:ascii="Arial" w:hAnsi="Arial"/>
                <w:color w:val="333333"/>
                <w:sz w:val="17"/>
              </w:rPr>
              <w:t xml:space="preserve">d.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48FAFAE6" w14:textId="77777777" w:rsidR="000060B5" w:rsidRDefault="00CD28FE">
      <w:pPr>
        <w:spacing w:after="40" w:line="240" w:lineRule="auto"/>
      </w:pPr>
      <w:r>
        <w:rPr>
          <w:rFonts w:ascii="Arial" w:hAnsi="Arial"/>
          <w:b/>
          <w:color w:val="333333"/>
          <w:sz w:val="18"/>
        </w:rPr>
        <w:t>6. True or False: Only workplaces with five or more employees must conduct new-worker safety training.</w:t>
      </w:r>
    </w:p>
    <w:tbl>
      <w:tblPr>
        <w:tblW w:w="0" w:type="auto"/>
        <w:jc w:val="center"/>
        <w:tblLayout w:type="fixed"/>
        <w:tblLook w:val="04A0" w:firstRow="1" w:lastRow="0" w:firstColumn="1" w:lastColumn="0" w:noHBand="0" w:noVBand="1"/>
      </w:tblPr>
      <w:tblGrid>
        <w:gridCol w:w="5328"/>
        <w:gridCol w:w="5328"/>
      </w:tblGrid>
      <w:tr w:rsidR="000060B5" w14:paraId="0A10FBF9" w14:textId="77777777">
        <w:trPr>
          <w:jc w:val="center"/>
        </w:trPr>
        <w:sdt>
          <w:sdtPr>
            <w:id w:val="545104602"/>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F781F6C" w14:textId="6E9DE0BD"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E5A5238" w14:textId="77777777" w:rsidR="000060B5" w:rsidRDefault="00CD28FE">
            <w:pPr>
              <w:spacing w:after="0" w:line="240" w:lineRule="auto"/>
            </w:pPr>
            <w:r>
              <w:rPr>
                <w:rFonts w:ascii="Arial" w:hAnsi="Arial"/>
                <w:color w:val="333333"/>
                <w:sz w:val="17"/>
              </w:rPr>
              <w:t>a. True.</w:t>
            </w:r>
          </w:p>
        </w:tc>
      </w:tr>
      <w:tr w:rsidR="000060B5" w14:paraId="300D0B78" w14:textId="77777777">
        <w:trPr>
          <w:jc w:val="center"/>
        </w:trPr>
        <w:sdt>
          <w:sdtPr>
            <w:id w:val="1341434394"/>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89F39D3" w14:textId="7CBC72DE" w:rsidR="000060B5" w:rsidRDefault="00764F53">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F7A409A" w14:textId="77777777" w:rsidR="000060B5" w:rsidRDefault="00CD28FE">
            <w:pPr>
              <w:spacing w:after="0" w:line="240" w:lineRule="auto"/>
            </w:pPr>
            <w:r>
              <w:rPr>
                <w:rFonts w:ascii="Arial" w:hAnsi="Arial"/>
                <w:color w:val="333333"/>
                <w:sz w:val="17"/>
              </w:rPr>
              <w:t>b. False.</w:t>
            </w:r>
          </w:p>
        </w:tc>
      </w:tr>
    </w:tbl>
    <w:p w14:paraId="7F7DC4EB" w14:textId="77777777" w:rsidR="000060B5" w:rsidRDefault="00CD28FE">
      <w:r>
        <w:br w:type="page"/>
      </w:r>
    </w:p>
    <w:tbl>
      <w:tblPr>
        <w:tblW w:w="0" w:type="auto"/>
        <w:jc w:val="center"/>
        <w:tblLayout w:type="fixed"/>
        <w:tblLook w:val="04A0" w:firstRow="1" w:lastRow="0" w:firstColumn="1" w:lastColumn="0" w:noHBand="0" w:noVBand="1"/>
      </w:tblPr>
      <w:tblGrid>
        <w:gridCol w:w="1985"/>
        <w:gridCol w:w="8671"/>
      </w:tblGrid>
      <w:tr w:rsidR="000060B5" w14:paraId="57E95A56" w14:textId="77777777" w:rsidTr="00764F53">
        <w:trPr>
          <w:jc w:val="center"/>
        </w:trPr>
        <w:tc>
          <w:tcPr>
            <w:tcW w:w="1985" w:type="dxa"/>
          </w:tcPr>
          <w:p w14:paraId="16F872C5" w14:textId="77777777" w:rsidR="000060B5" w:rsidRDefault="00CD28FE">
            <w:pPr>
              <w:jc w:val="center"/>
            </w:pPr>
            <w:r>
              <w:rPr>
                <w:noProof/>
              </w:rPr>
              <w:lastRenderedPageBreak/>
              <w:drawing>
                <wp:inline distT="0" distB="0" distL="0" distR="0" wp14:anchorId="4AD102FA" wp14:editId="4F6C0184">
                  <wp:extent cx="1097280" cy="112556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 Logo.jpg"/>
                          <pic:cNvPicPr/>
                        </pic:nvPicPr>
                        <pic:blipFill>
                          <a:blip r:embed="rId8"/>
                          <a:stretch>
                            <a:fillRect/>
                          </a:stretch>
                        </pic:blipFill>
                        <pic:spPr>
                          <a:xfrm>
                            <a:off x="0" y="0"/>
                            <a:ext cx="1097280" cy="1125560"/>
                          </a:xfrm>
                          <a:prstGeom prst="rect">
                            <a:avLst/>
                          </a:prstGeom>
                        </pic:spPr>
                      </pic:pic>
                    </a:graphicData>
                  </a:graphic>
                </wp:inline>
              </w:drawing>
            </w:r>
          </w:p>
        </w:tc>
        <w:tc>
          <w:tcPr>
            <w:tcW w:w="8671" w:type="dxa"/>
            <w:shd w:val="clear" w:color="auto" w:fill="9E8A43"/>
            <w:tcMar>
              <w:top w:w="110" w:type="dxa"/>
              <w:left w:w="110" w:type="dxa"/>
              <w:bottom w:w="110" w:type="dxa"/>
              <w:right w:w="110" w:type="dxa"/>
            </w:tcMar>
          </w:tcPr>
          <w:p w14:paraId="5457ABBC" w14:textId="77777777" w:rsidR="000060B5" w:rsidRDefault="00CD28FE">
            <w:pPr>
              <w:spacing w:after="0" w:line="240" w:lineRule="auto"/>
            </w:pPr>
            <w:r>
              <w:rPr>
                <w:rFonts w:ascii="Arial" w:hAnsi="Arial"/>
                <w:b/>
                <w:color w:val="FFFFFF"/>
                <w:sz w:val="38"/>
              </w:rPr>
              <w:t>CAREER EDUCATION DEPARTMENT</w:t>
            </w:r>
          </w:p>
          <w:p w14:paraId="42641FAB" w14:textId="77777777" w:rsidR="000060B5" w:rsidRDefault="00CD28FE">
            <w:pPr>
              <w:spacing w:after="0" w:line="240" w:lineRule="auto"/>
            </w:pPr>
            <w:r>
              <w:rPr>
                <w:rFonts w:ascii="Arial" w:hAnsi="Arial"/>
                <w:b/>
                <w:color w:val="FFFFFF"/>
                <w:sz w:val="38"/>
              </w:rPr>
              <w:t>WORKPLACE SAFETY KNOWLEDGE TEST</w:t>
            </w:r>
          </w:p>
          <w:p w14:paraId="161FAAD5" w14:textId="77777777" w:rsidR="000060B5" w:rsidRDefault="00CD28FE">
            <w:pPr>
              <w:spacing w:before="80" w:after="0" w:line="240" w:lineRule="auto"/>
            </w:pPr>
            <w:r>
              <w:rPr>
                <w:rFonts w:ascii="Arial" w:hAnsi="Arial"/>
                <w:color w:val="FFFFFF"/>
                <w:sz w:val="19"/>
              </w:rPr>
              <w:t>Questions 7-11</w:t>
            </w:r>
          </w:p>
        </w:tc>
      </w:tr>
    </w:tbl>
    <w:p w14:paraId="2E3B6E7C" w14:textId="77777777" w:rsidR="000060B5" w:rsidRDefault="000060B5">
      <w:pPr>
        <w:spacing w:after="0"/>
      </w:pPr>
    </w:p>
    <w:p w14:paraId="390A4B56" w14:textId="77777777" w:rsidR="000060B5" w:rsidRDefault="00CD28FE">
      <w:pPr>
        <w:spacing w:after="40" w:line="240" w:lineRule="auto"/>
      </w:pPr>
      <w:r>
        <w:rPr>
          <w:rFonts w:ascii="Arial" w:hAnsi="Arial"/>
          <w:b/>
          <w:color w:val="333333"/>
          <w:sz w:val="18"/>
        </w:rPr>
        <w:t>7. Which are general strategies for minimizing the risk of injury due to workplace hazards?</w:t>
      </w:r>
    </w:p>
    <w:tbl>
      <w:tblPr>
        <w:tblW w:w="0" w:type="auto"/>
        <w:jc w:val="center"/>
        <w:tblLayout w:type="fixed"/>
        <w:tblLook w:val="04A0" w:firstRow="1" w:lastRow="0" w:firstColumn="1" w:lastColumn="0" w:noHBand="0" w:noVBand="1"/>
      </w:tblPr>
      <w:tblGrid>
        <w:gridCol w:w="5328"/>
        <w:gridCol w:w="5328"/>
      </w:tblGrid>
      <w:tr w:rsidR="000060B5" w14:paraId="78A4B6E3" w14:textId="77777777">
        <w:trPr>
          <w:jc w:val="center"/>
        </w:trPr>
        <w:sdt>
          <w:sdtPr>
            <w:id w:val="664437825"/>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AF8F63C" w14:textId="0C1F7F0E" w:rsidR="000060B5" w:rsidRDefault="004D3025">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C0B4D64" w14:textId="77777777" w:rsidR="000060B5" w:rsidRDefault="00CD28FE">
            <w:pPr>
              <w:spacing w:after="0" w:line="240" w:lineRule="auto"/>
            </w:pPr>
            <w:r>
              <w:rPr>
                <w:rFonts w:ascii="Arial" w:hAnsi="Arial"/>
                <w:color w:val="333333"/>
                <w:sz w:val="17"/>
              </w:rPr>
              <w:t>a. Keep the workplace clear and uncluttered.</w:t>
            </w:r>
          </w:p>
        </w:tc>
      </w:tr>
      <w:tr w:rsidR="000060B5" w14:paraId="0B201D7D" w14:textId="77777777">
        <w:trPr>
          <w:jc w:val="center"/>
        </w:trPr>
        <w:sdt>
          <w:sdtPr>
            <w:id w:val="-390964822"/>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2092031" w14:textId="108A9415" w:rsidR="000060B5" w:rsidRDefault="004D3025">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324F037" w14:textId="77777777" w:rsidR="000060B5" w:rsidRDefault="00CD28FE">
            <w:pPr>
              <w:spacing w:after="0" w:line="240" w:lineRule="auto"/>
            </w:pPr>
            <w:r>
              <w:rPr>
                <w:rFonts w:ascii="Arial" w:hAnsi="Arial"/>
                <w:color w:val="333333"/>
                <w:sz w:val="17"/>
              </w:rPr>
              <w:t>b. Wear/use appropriate protective equipment.</w:t>
            </w:r>
          </w:p>
        </w:tc>
      </w:tr>
      <w:tr w:rsidR="000060B5" w14:paraId="0893B024" w14:textId="77777777">
        <w:trPr>
          <w:jc w:val="center"/>
        </w:trPr>
        <w:sdt>
          <w:sdtPr>
            <w:id w:val="-1978979532"/>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A17FE07" w14:textId="6170AB4C" w:rsidR="000060B5" w:rsidRDefault="004D3025">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5794688" w14:textId="77777777" w:rsidR="000060B5" w:rsidRDefault="00CD28FE">
            <w:pPr>
              <w:spacing w:after="0" w:line="240" w:lineRule="auto"/>
            </w:pPr>
            <w:r>
              <w:rPr>
                <w:rFonts w:ascii="Arial" w:hAnsi="Arial"/>
                <w:color w:val="333333"/>
                <w:sz w:val="17"/>
              </w:rPr>
              <w:t>c. Follow all safety procedures.</w:t>
            </w:r>
          </w:p>
        </w:tc>
      </w:tr>
      <w:tr w:rsidR="000060B5" w14:paraId="7FA2947B" w14:textId="77777777">
        <w:trPr>
          <w:jc w:val="center"/>
        </w:trPr>
        <w:sdt>
          <w:sdtPr>
            <w:id w:val="-1525242733"/>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4D91BAA" w14:textId="7AFAD394" w:rsidR="000060B5" w:rsidRDefault="004D3025">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8070048" w14:textId="77777777" w:rsidR="000060B5" w:rsidRDefault="00CD28FE">
            <w:pPr>
              <w:spacing w:after="0" w:line="240" w:lineRule="auto"/>
            </w:pPr>
            <w:r>
              <w:rPr>
                <w:rFonts w:ascii="Arial" w:hAnsi="Arial"/>
                <w:color w:val="333333"/>
                <w:sz w:val="17"/>
              </w:rPr>
              <w:t>d. Ask for assistance, if required.</w:t>
            </w:r>
          </w:p>
        </w:tc>
      </w:tr>
      <w:tr w:rsidR="000060B5" w14:paraId="58F4AD7A" w14:textId="77777777">
        <w:trPr>
          <w:jc w:val="center"/>
        </w:trPr>
        <w:sdt>
          <w:sdtPr>
            <w:id w:val="-982381296"/>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B273A15" w14:textId="39D4761D" w:rsidR="000060B5" w:rsidRDefault="004D3025">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AEBF3CC" w14:textId="77777777" w:rsidR="000060B5" w:rsidRDefault="00CD28FE">
            <w:pPr>
              <w:spacing w:after="0" w:line="240" w:lineRule="auto"/>
            </w:pPr>
            <w:r>
              <w:rPr>
                <w:rFonts w:ascii="Arial" w:hAnsi="Arial"/>
                <w:color w:val="333333"/>
                <w:sz w:val="17"/>
              </w:rPr>
              <w:t xml:space="preserve">e.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3DB00F64" w14:textId="77777777" w:rsidR="000060B5" w:rsidRDefault="00CD28FE">
      <w:pPr>
        <w:spacing w:after="40" w:line="240" w:lineRule="auto"/>
      </w:pPr>
      <w:r>
        <w:rPr>
          <w:rFonts w:ascii="Arial" w:hAnsi="Arial"/>
          <w:b/>
          <w:color w:val="333333"/>
          <w:sz w:val="18"/>
        </w:rPr>
        <w:t>8. When is it appropriate to refuse unsafe work?</w:t>
      </w:r>
    </w:p>
    <w:tbl>
      <w:tblPr>
        <w:tblW w:w="0" w:type="auto"/>
        <w:jc w:val="center"/>
        <w:tblLayout w:type="fixed"/>
        <w:tblLook w:val="04A0" w:firstRow="1" w:lastRow="0" w:firstColumn="1" w:lastColumn="0" w:noHBand="0" w:noVBand="1"/>
      </w:tblPr>
      <w:tblGrid>
        <w:gridCol w:w="5328"/>
        <w:gridCol w:w="5328"/>
      </w:tblGrid>
      <w:tr w:rsidR="000060B5" w14:paraId="701CC225" w14:textId="77777777">
        <w:trPr>
          <w:jc w:val="center"/>
        </w:trPr>
        <w:sdt>
          <w:sdtPr>
            <w:id w:val="445507287"/>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64B42A6" w14:textId="2104DB53" w:rsidR="000060B5" w:rsidRDefault="004D3025">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048B38C" w14:textId="77777777" w:rsidR="000060B5" w:rsidRDefault="00CD28FE">
            <w:pPr>
              <w:spacing w:after="0" w:line="240" w:lineRule="auto"/>
            </w:pPr>
            <w:r>
              <w:rPr>
                <w:rFonts w:ascii="Arial" w:hAnsi="Arial"/>
                <w:color w:val="333333"/>
                <w:sz w:val="17"/>
              </w:rPr>
              <w:t>a. When you have completed assigned tasks.</w:t>
            </w:r>
          </w:p>
        </w:tc>
      </w:tr>
      <w:tr w:rsidR="000060B5" w14:paraId="264668D3" w14:textId="77777777">
        <w:trPr>
          <w:jc w:val="center"/>
        </w:trPr>
        <w:sdt>
          <w:sdtPr>
            <w:id w:val="-2105638239"/>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A50FFCD" w14:textId="5F426186" w:rsidR="000060B5" w:rsidRDefault="006F1517">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07226C7" w14:textId="77777777" w:rsidR="000060B5" w:rsidRDefault="00CD28FE">
            <w:pPr>
              <w:spacing w:after="0" w:line="240" w:lineRule="auto"/>
            </w:pPr>
            <w:r>
              <w:rPr>
                <w:rFonts w:ascii="Arial" w:hAnsi="Arial"/>
                <w:color w:val="333333"/>
                <w:sz w:val="17"/>
              </w:rPr>
              <w:t>b. When you have reasonable cause to believe the work would create an undue hazard to any person.</w:t>
            </w:r>
          </w:p>
        </w:tc>
      </w:tr>
      <w:tr w:rsidR="000060B5" w14:paraId="6D21CF93" w14:textId="77777777">
        <w:trPr>
          <w:jc w:val="center"/>
        </w:trPr>
        <w:sdt>
          <w:sdtPr>
            <w:id w:val="-88620998"/>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63039E5" w14:textId="64AC650F" w:rsidR="000060B5" w:rsidRDefault="006F1517">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329FED4" w14:textId="77777777" w:rsidR="000060B5" w:rsidRDefault="00CD28FE">
            <w:pPr>
              <w:spacing w:after="0" w:line="240" w:lineRule="auto"/>
            </w:pPr>
            <w:r>
              <w:rPr>
                <w:rFonts w:ascii="Arial" w:hAnsi="Arial"/>
                <w:color w:val="333333"/>
                <w:sz w:val="17"/>
              </w:rPr>
              <w:t>c. Before discussing a hazardous situation with your supervisor or employer.</w:t>
            </w:r>
          </w:p>
        </w:tc>
      </w:tr>
      <w:tr w:rsidR="000060B5" w14:paraId="2E7F9209" w14:textId="77777777">
        <w:trPr>
          <w:jc w:val="center"/>
        </w:trPr>
        <w:sdt>
          <w:sdtPr>
            <w:id w:val="1879203212"/>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5251BF6" w14:textId="0F3FAC73" w:rsidR="000060B5" w:rsidRDefault="006F1517">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BAE7306" w14:textId="77777777" w:rsidR="000060B5" w:rsidRDefault="00CD28FE">
            <w:pPr>
              <w:spacing w:after="0" w:line="240" w:lineRule="auto"/>
            </w:pPr>
            <w:r>
              <w:rPr>
                <w:rFonts w:ascii="Arial" w:hAnsi="Arial"/>
                <w:color w:val="333333"/>
                <w:sz w:val="17"/>
              </w:rPr>
              <w:t>d. When a coworker tells you to.</w:t>
            </w:r>
          </w:p>
        </w:tc>
      </w:tr>
    </w:tbl>
    <w:p w14:paraId="6F12297A" w14:textId="77777777" w:rsidR="000060B5" w:rsidRDefault="00CD28FE">
      <w:pPr>
        <w:spacing w:after="40" w:line="240" w:lineRule="auto"/>
      </w:pPr>
      <w:r>
        <w:rPr>
          <w:rFonts w:ascii="Arial" w:hAnsi="Arial"/>
          <w:b/>
          <w:color w:val="333333"/>
          <w:sz w:val="18"/>
        </w:rPr>
        <w:t>9. Which are consistent with due diligence?</w:t>
      </w:r>
    </w:p>
    <w:tbl>
      <w:tblPr>
        <w:tblW w:w="0" w:type="auto"/>
        <w:jc w:val="center"/>
        <w:tblLayout w:type="fixed"/>
        <w:tblLook w:val="04A0" w:firstRow="1" w:lastRow="0" w:firstColumn="1" w:lastColumn="0" w:noHBand="0" w:noVBand="1"/>
      </w:tblPr>
      <w:tblGrid>
        <w:gridCol w:w="5328"/>
        <w:gridCol w:w="5328"/>
      </w:tblGrid>
      <w:tr w:rsidR="000060B5" w14:paraId="0F403807" w14:textId="77777777">
        <w:trPr>
          <w:jc w:val="center"/>
        </w:trPr>
        <w:sdt>
          <w:sdtPr>
            <w:id w:val="-1283492563"/>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6CE0EBB" w14:textId="48524B3E" w:rsidR="000060B5" w:rsidRDefault="006F1517">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A17D481" w14:textId="77777777" w:rsidR="000060B5" w:rsidRDefault="00CD28FE">
            <w:pPr>
              <w:spacing w:after="0" w:line="240" w:lineRule="auto"/>
            </w:pPr>
            <w:r>
              <w:rPr>
                <w:rFonts w:ascii="Arial" w:hAnsi="Arial"/>
                <w:color w:val="333333"/>
                <w:sz w:val="17"/>
              </w:rPr>
              <w:t>a. Taking reasonable precautions while carrying out work, health and safety responsibilities.</w:t>
            </w:r>
          </w:p>
        </w:tc>
      </w:tr>
      <w:tr w:rsidR="000060B5" w14:paraId="6E911782" w14:textId="77777777">
        <w:trPr>
          <w:jc w:val="center"/>
        </w:trPr>
        <w:sdt>
          <w:sdtPr>
            <w:id w:val="1526755393"/>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DB20BE2" w14:textId="5B5A468C" w:rsidR="000060B5" w:rsidRDefault="006F1517">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27E9E71" w14:textId="77777777" w:rsidR="000060B5" w:rsidRDefault="00CD28FE">
            <w:pPr>
              <w:spacing w:after="0" w:line="240" w:lineRule="auto"/>
            </w:pPr>
            <w:r>
              <w:rPr>
                <w:rFonts w:ascii="Arial" w:hAnsi="Arial"/>
                <w:color w:val="333333"/>
                <w:sz w:val="17"/>
              </w:rPr>
              <w:t>b. Protecting the well-being of employees and coworkers.</w:t>
            </w:r>
          </w:p>
        </w:tc>
      </w:tr>
      <w:tr w:rsidR="000060B5" w14:paraId="3C954688" w14:textId="77777777">
        <w:trPr>
          <w:jc w:val="center"/>
        </w:trPr>
        <w:sdt>
          <w:sdtPr>
            <w:id w:val="-1650283373"/>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F3FDAD9" w14:textId="779332C1" w:rsidR="000060B5" w:rsidRDefault="006F1517">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FBBA427" w14:textId="77777777" w:rsidR="000060B5" w:rsidRDefault="00CD28FE">
            <w:pPr>
              <w:spacing w:after="0" w:line="240" w:lineRule="auto"/>
            </w:pPr>
            <w:r>
              <w:rPr>
                <w:rFonts w:ascii="Arial" w:hAnsi="Arial"/>
                <w:color w:val="333333"/>
                <w:sz w:val="17"/>
              </w:rPr>
              <w:t>c. Documenting training records and work-performance evaluations.</w:t>
            </w:r>
          </w:p>
        </w:tc>
      </w:tr>
      <w:tr w:rsidR="000060B5" w14:paraId="06855B10" w14:textId="77777777">
        <w:trPr>
          <w:jc w:val="center"/>
        </w:trPr>
        <w:sdt>
          <w:sdtPr>
            <w:id w:val="-1858963525"/>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5BFAB7E" w14:textId="4AAE14CA" w:rsidR="000060B5" w:rsidRDefault="006F1517">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522E3AD" w14:textId="77777777" w:rsidR="000060B5" w:rsidRDefault="00CD28FE">
            <w:pPr>
              <w:spacing w:after="0" w:line="240" w:lineRule="auto"/>
            </w:pPr>
            <w:r>
              <w:rPr>
                <w:rFonts w:ascii="Arial" w:hAnsi="Arial"/>
                <w:color w:val="333333"/>
                <w:sz w:val="17"/>
              </w:rPr>
              <w:t xml:space="preserve">d.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450327EA" w14:textId="77777777" w:rsidR="000060B5" w:rsidRDefault="00CD28FE">
      <w:pPr>
        <w:spacing w:after="40" w:line="240" w:lineRule="auto"/>
      </w:pPr>
      <w:r>
        <w:rPr>
          <w:rFonts w:ascii="Arial" w:hAnsi="Arial"/>
          <w:b/>
          <w:color w:val="333333"/>
          <w:sz w:val="18"/>
        </w:rPr>
        <w:t>10. What are possible legal consequences for knowingly causing workplace accidents?</w:t>
      </w:r>
    </w:p>
    <w:tbl>
      <w:tblPr>
        <w:tblW w:w="0" w:type="auto"/>
        <w:jc w:val="center"/>
        <w:tblLayout w:type="fixed"/>
        <w:tblLook w:val="04A0" w:firstRow="1" w:lastRow="0" w:firstColumn="1" w:lastColumn="0" w:noHBand="0" w:noVBand="1"/>
      </w:tblPr>
      <w:tblGrid>
        <w:gridCol w:w="5328"/>
        <w:gridCol w:w="5328"/>
      </w:tblGrid>
      <w:tr w:rsidR="000060B5" w14:paraId="43374408" w14:textId="77777777">
        <w:trPr>
          <w:jc w:val="center"/>
        </w:trPr>
        <w:sdt>
          <w:sdtPr>
            <w:id w:val="-1424337291"/>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51F1134" w14:textId="1166C2A9" w:rsidR="000060B5" w:rsidRDefault="006F1517">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3E3BF86" w14:textId="77777777" w:rsidR="000060B5" w:rsidRDefault="00CD28FE">
            <w:pPr>
              <w:spacing w:after="0" w:line="240" w:lineRule="auto"/>
            </w:pPr>
            <w:r>
              <w:rPr>
                <w:rFonts w:ascii="Arial" w:hAnsi="Arial"/>
                <w:color w:val="333333"/>
                <w:sz w:val="17"/>
              </w:rPr>
              <w:t>a. Prosecution.</w:t>
            </w:r>
          </w:p>
        </w:tc>
      </w:tr>
      <w:tr w:rsidR="000060B5" w14:paraId="78E856B2" w14:textId="77777777">
        <w:trPr>
          <w:jc w:val="center"/>
        </w:trPr>
        <w:sdt>
          <w:sdtPr>
            <w:id w:val="1546409230"/>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A39C445" w14:textId="277AC8ED" w:rsidR="000060B5" w:rsidRDefault="00ED031A">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52B4AFB" w14:textId="77777777" w:rsidR="000060B5" w:rsidRDefault="00CD28FE">
            <w:pPr>
              <w:spacing w:after="0" w:line="240" w:lineRule="auto"/>
            </w:pPr>
            <w:r>
              <w:rPr>
                <w:rFonts w:ascii="Arial" w:hAnsi="Arial"/>
                <w:color w:val="333333"/>
                <w:sz w:val="17"/>
              </w:rPr>
              <w:t>b. Jail time.</w:t>
            </w:r>
          </w:p>
        </w:tc>
      </w:tr>
      <w:tr w:rsidR="000060B5" w14:paraId="79FAD24D" w14:textId="77777777">
        <w:trPr>
          <w:jc w:val="center"/>
        </w:trPr>
        <w:sdt>
          <w:sdtPr>
            <w:id w:val="838813973"/>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452F0DD" w14:textId="772D2AA2" w:rsidR="000060B5" w:rsidRDefault="00ED031A">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CEF0E0C" w14:textId="77777777" w:rsidR="000060B5" w:rsidRDefault="00CD28FE">
            <w:pPr>
              <w:spacing w:after="0" w:line="240" w:lineRule="auto"/>
            </w:pPr>
            <w:r>
              <w:rPr>
                <w:rFonts w:ascii="Arial" w:hAnsi="Arial"/>
                <w:color w:val="333333"/>
                <w:sz w:val="17"/>
              </w:rPr>
              <w:t>c. Fines.</w:t>
            </w:r>
          </w:p>
        </w:tc>
      </w:tr>
      <w:tr w:rsidR="000060B5" w14:paraId="46A3E010" w14:textId="77777777">
        <w:trPr>
          <w:jc w:val="center"/>
        </w:trPr>
        <w:sdt>
          <w:sdtPr>
            <w:id w:val="1425620121"/>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662BC33" w14:textId="09D88D8B" w:rsidR="000060B5" w:rsidRDefault="00ED031A">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4DABD7B" w14:textId="77777777" w:rsidR="000060B5" w:rsidRDefault="00CD28FE">
            <w:pPr>
              <w:spacing w:after="0" w:line="240" w:lineRule="auto"/>
            </w:pPr>
            <w:r>
              <w:rPr>
                <w:rFonts w:ascii="Arial" w:hAnsi="Arial"/>
                <w:color w:val="333333"/>
                <w:sz w:val="17"/>
              </w:rPr>
              <w:t>d. Criminal record.</w:t>
            </w:r>
          </w:p>
        </w:tc>
      </w:tr>
      <w:tr w:rsidR="000060B5" w14:paraId="250EA3FA" w14:textId="77777777">
        <w:trPr>
          <w:jc w:val="center"/>
        </w:trPr>
        <w:sdt>
          <w:sdtPr>
            <w:id w:val="782229409"/>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7D7B17D" w14:textId="4467875C" w:rsidR="000060B5" w:rsidRDefault="00ED031A">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8C0BC8F" w14:textId="77777777" w:rsidR="000060B5" w:rsidRDefault="00CD28FE">
            <w:pPr>
              <w:spacing w:after="0" w:line="240" w:lineRule="auto"/>
            </w:pPr>
            <w:r>
              <w:rPr>
                <w:rFonts w:ascii="Arial" w:hAnsi="Arial"/>
                <w:color w:val="333333"/>
                <w:sz w:val="17"/>
              </w:rPr>
              <w:t xml:space="preserve">e.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1C05052A" w14:textId="77777777" w:rsidR="00601C68" w:rsidRDefault="00601C68">
      <w:pPr>
        <w:spacing w:after="40" w:line="240" w:lineRule="auto"/>
        <w:rPr>
          <w:rFonts w:ascii="Arial" w:hAnsi="Arial"/>
          <w:b/>
          <w:color w:val="333333"/>
          <w:sz w:val="18"/>
        </w:rPr>
      </w:pPr>
    </w:p>
    <w:p w14:paraId="31B8B8BB" w14:textId="77777777" w:rsidR="00601C68" w:rsidRDefault="00601C68">
      <w:pPr>
        <w:spacing w:after="40" w:line="240" w:lineRule="auto"/>
        <w:rPr>
          <w:rFonts w:ascii="Arial" w:hAnsi="Arial"/>
          <w:b/>
          <w:color w:val="333333"/>
          <w:sz w:val="18"/>
        </w:rPr>
      </w:pPr>
    </w:p>
    <w:p w14:paraId="5B0276F2" w14:textId="77777777" w:rsidR="00601C68" w:rsidRDefault="00601C68">
      <w:pPr>
        <w:spacing w:after="40" w:line="240" w:lineRule="auto"/>
        <w:rPr>
          <w:rFonts w:ascii="Arial" w:hAnsi="Arial"/>
          <w:b/>
          <w:color w:val="333333"/>
          <w:sz w:val="18"/>
        </w:rPr>
      </w:pPr>
    </w:p>
    <w:p w14:paraId="1A60FE7D" w14:textId="77777777" w:rsidR="00601C68" w:rsidRDefault="00601C68">
      <w:pPr>
        <w:spacing w:after="40" w:line="240" w:lineRule="auto"/>
        <w:rPr>
          <w:rFonts w:ascii="Arial" w:hAnsi="Arial"/>
          <w:b/>
          <w:color w:val="333333"/>
          <w:sz w:val="18"/>
        </w:rPr>
      </w:pPr>
    </w:p>
    <w:p w14:paraId="3DB5621F" w14:textId="089A1695" w:rsidR="000060B5" w:rsidRDefault="00CD28FE">
      <w:pPr>
        <w:spacing w:after="40" w:line="240" w:lineRule="auto"/>
      </w:pPr>
      <w:r>
        <w:rPr>
          <w:rFonts w:ascii="Arial" w:hAnsi="Arial"/>
          <w:b/>
          <w:color w:val="333333"/>
          <w:sz w:val="18"/>
        </w:rPr>
        <w:t>11. If you believe you have been a victim of bullying, what must you do?</w:t>
      </w:r>
    </w:p>
    <w:tbl>
      <w:tblPr>
        <w:tblW w:w="0" w:type="auto"/>
        <w:jc w:val="center"/>
        <w:tblLayout w:type="fixed"/>
        <w:tblLook w:val="04A0" w:firstRow="1" w:lastRow="0" w:firstColumn="1" w:lastColumn="0" w:noHBand="0" w:noVBand="1"/>
      </w:tblPr>
      <w:tblGrid>
        <w:gridCol w:w="5328"/>
        <w:gridCol w:w="5328"/>
      </w:tblGrid>
      <w:tr w:rsidR="000060B5" w14:paraId="24A6F451" w14:textId="77777777">
        <w:trPr>
          <w:jc w:val="center"/>
        </w:trPr>
        <w:sdt>
          <w:sdtPr>
            <w:id w:val="-1008058798"/>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28210DB" w14:textId="179F276C" w:rsidR="000060B5" w:rsidRDefault="00ED031A">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2CD9A59" w14:textId="77777777" w:rsidR="000060B5" w:rsidRDefault="00CD28FE">
            <w:pPr>
              <w:spacing w:after="0" w:line="240" w:lineRule="auto"/>
            </w:pPr>
            <w:r>
              <w:rPr>
                <w:rFonts w:ascii="Arial" w:hAnsi="Arial"/>
                <w:color w:val="333333"/>
                <w:sz w:val="17"/>
              </w:rPr>
              <w:t>a. Communicate your concerns with your supervisor.</w:t>
            </w:r>
          </w:p>
        </w:tc>
      </w:tr>
      <w:tr w:rsidR="000060B5" w14:paraId="7B6A02A9" w14:textId="77777777">
        <w:trPr>
          <w:jc w:val="center"/>
        </w:trPr>
        <w:sdt>
          <w:sdtPr>
            <w:id w:val="-766779675"/>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3F792CF" w14:textId="38150F4A" w:rsidR="000060B5" w:rsidRDefault="00ED031A">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BC7CF57" w14:textId="77777777" w:rsidR="000060B5" w:rsidRDefault="00CD28FE">
            <w:pPr>
              <w:spacing w:after="0" w:line="240" w:lineRule="auto"/>
            </w:pPr>
            <w:r>
              <w:rPr>
                <w:rFonts w:ascii="Arial" w:hAnsi="Arial"/>
                <w:color w:val="333333"/>
                <w:sz w:val="17"/>
              </w:rPr>
              <w:t>b. Engage in workplace bullying or harassment yourself.</w:t>
            </w:r>
          </w:p>
        </w:tc>
      </w:tr>
      <w:tr w:rsidR="000060B5" w14:paraId="1211C60A" w14:textId="77777777">
        <w:trPr>
          <w:jc w:val="center"/>
        </w:trPr>
        <w:sdt>
          <w:sdtPr>
            <w:id w:val="-53780761"/>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CF5073B" w14:textId="0AF4D5FB" w:rsidR="000060B5" w:rsidRDefault="00ED031A">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F232365" w14:textId="77777777" w:rsidR="000060B5" w:rsidRDefault="00CD28FE">
            <w:pPr>
              <w:spacing w:after="0" w:line="240" w:lineRule="auto"/>
            </w:pPr>
            <w:r>
              <w:rPr>
                <w:rFonts w:ascii="Arial" w:hAnsi="Arial"/>
                <w:color w:val="333333"/>
                <w:sz w:val="17"/>
              </w:rPr>
              <w:t>c. Confront the offending party to demand an apology.</w:t>
            </w:r>
          </w:p>
        </w:tc>
      </w:tr>
      <w:tr w:rsidR="000060B5" w14:paraId="0C815F58" w14:textId="77777777">
        <w:trPr>
          <w:jc w:val="center"/>
        </w:trPr>
        <w:sdt>
          <w:sdtPr>
            <w:id w:val="-1308853389"/>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EE73A22" w14:textId="291F3CF3" w:rsidR="000060B5" w:rsidRDefault="00ED031A">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7AE15A7" w14:textId="77777777" w:rsidR="000060B5" w:rsidRDefault="00CD28FE">
            <w:pPr>
              <w:spacing w:after="0" w:line="240" w:lineRule="auto"/>
            </w:pPr>
            <w:r>
              <w:rPr>
                <w:rFonts w:ascii="Arial" w:hAnsi="Arial"/>
                <w:color w:val="333333"/>
                <w:sz w:val="17"/>
              </w:rPr>
              <w:t xml:space="preserve">d.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5A3364DF" w14:textId="77777777" w:rsidR="000060B5" w:rsidRDefault="00CD28FE">
      <w:r>
        <w:br w:type="page"/>
      </w:r>
    </w:p>
    <w:tbl>
      <w:tblPr>
        <w:tblW w:w="0" w:type="auto"/>
        <w:jc w:val="center"/>
        <w:tblLayout w:type="fixed"/>
        <w:tblLook w:val="04A0" w:firstRow="1" w:lastRow="0" w:firstColumn="1" w:lastColumn="0" w:noHBand="0" w:noVBand="1"/>
      </w:tblPr>
      <w:tblGrid>
        <w:gridCol w:w="1985"/>
        <w:gridCol w:w="8671"/>
      </w:tblGrid>
      <w:tr w:rsidR="000060B5" w14:paraId="42FDD3B9" w14:textId="77777777" w:rsidTr="00ED031A">
        <w:trPr>
          <w:jc w:val="center"/>
        </w:trPr>
        <w:tc>
          <w:tcPr>
            <w:tcW w:w="1985" w:type="dxa"/>
          </w:tcPr>
          <w:p w14:paraId="00B197CE" w14:textId="77777777" w:rsidR="000060B5" w:rsidRDefault="00CD28FE">
            <w:pPr>
              <w:jc w:val="center"/>
            </w:pPr>
            <w:r>
              <w:rPr>
                <w:noProof/>
              </w:rPr>
              <w:lastRenderedPageBreak/>
              <w:drawing>
                <wp:inline distT="0" distB="0" distL="0" distR="0" wp14:anchorId="7D8316D7" wp14:editId="291039E8">
                  <wp:extent cx="1097280" cy="11255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c Logo.jpg"/>
                          <pic:cNvPicPr/>
                        </pic:nvPicPr>
                        <pic:blipFill>
                          <a:blip r:embed="rId8"/>
                          <a:stretch>
                            <a:fillRect/>
                          </a:stretch>
                        </pic:blipFill>
                        <pic:spPr>
                          <a:xfrm>
                            <a:off x="0" y="0"/>
                            <a:ext cx="1097280" cy="1125560"/>
                          </a:xfrm>
                          <a:prstGeom prst="rect">
                            <a:avLst/>
                          </a:prstGeom>
                        </pic:spPr>
                      </pic:pic>
                    </a:graphicData>
                  </a:graphic>
                </wp:inline>
              </w:drawing>
            </w:r>
          </w:p>
        </w:tc>
        <w:tc>
          <w:tcPr>
            <w:tcW w:w="8671" w:type="dxa"/>
            <w:shd w:val="clear" w:color="auto" w:fill="9E8A43"/>
            <w:tcMar>
              <w:top w:w="110" w:type="dxa"/>
              <w:left w:w="110" w:type="dxa"/>
              <w:bottom w:w="110" w:type="dxa"/>
              <w:right w:w="110" w:type="dxa"/>
            </w:tcMar>
          </w:tcPr>
          <w:p w14:paraId="381976AE" w14:textId="77777777" w:rsidR="000060B5" w:rsidRDefault="00CD28FE">
            <w:pPr>
              <w:spacing w:after="0" w:line="240" w:lineRule="auto"/>
            </w:pPr>
            <w:r>
              <w:rPr>
                <w:rFonts w:ascii="Arial" w:hAnsi="Arial"/>
                <w:b/>
                <w:color w:val="FFFFFF"/>
                <w:sz w:val="38"/>
              </w:rPr>
              <w:t>CAREER EDUCATION DEPARTMENT</w:t>
            </w:r>
          </w:p>
          <w:p w14:paraId="43EAB792" w14:textId="77777777" w:rsidR="000060B5" w:rsidRDefault="00CD28FE">
            <w:pPr>
              <w:spacing w:after="0" w:line="240" w:lineRule="auto"/>
            </w:pPr>
            <w:r>
              <w:rPr>
                <w:rFonts w:ascii="Arial" w:hAnsi="Arial"/>
                <w:b/>
                <w:color w:val="FFFFFF"/>
                <w:sz w:val="38"/>
              </w:rPr>
              <w:t>WORKPLACE SAFETY KNOWLEDGE TEST</w:t>
            </w:r>
          </w:p>
          <w:p w14:paraId="1E91307C" w14:textId="77777777" w:rsidR="000060B5" w:rsidRDefault="00CD28FE">
            <w:pPr>
              <w:spacing w:before="80" w:after="0" w:line="240" w:lineRule="auto"/>
            </w:pPr>
            <w:r>
              <w:rPr>
                <w:rFonts w:ascii="Arial" w:hAnsi="Arial"/>
                <w:color w:val="FFFFFF"/>
                <w:sz w:val="19"/>
              </w:rPr>
              <w:t>Questions 12-15</w:t>
            </w:r>
          </w:p>
        </w:tc>
      </w:tr>
    </w:tbl>
    <w:p w14:paraId="1EB02F69" w14:textId="77777777" w:rsidR="000060B5" w:rsidRDefault="000060B5">
      <w:pPr>
        <w:spacing w:after="0"/>
      </w:pPr>
    </w:p>
    <w:p w14:paraId="68178265" w14:textId="77777777" w:rsidR="000060B5" w:rsidRDefault="00CD28FE">
      <w:pPr>
        <w:spacing w:after="40" w:line="240" w:lineRule="auto"/>
      </w:pPr>
      <w:r>
        <w:rPr>
          <w:rFonts w:ascii="Arial" w:hAnsi="Arial"/>
          <w:b/>
          <w:color w:val="333333"/>
          <w:sz w:val="18"/>
        </w:rPr>
        <w:t>12. Which are responsibilities of the employer?</w:t>
      </w:r>
    </w:p>
    <w:tbl>
      <w:tblPr>
        <w:tblW w:w="0" w:type="auto"/>
        <w:jc w:val="center"/>
        <w:tblLayout w:type="fixed"/>
        <w:tblLook w:val="04A0" w:firstRow="1" w:lastRow="0" w:firstColumn="1" w:lastColumn="0" w:noHBand="0" w:noVBand="1"/>
      </w:tblPr>
      <w:tblGrid>
        <w:gridCol w:w="5328"/>
        <w:gridCol w:w="5328"/>
      </w:tblGrid>
      <w:tr w:rsidR="000060B5" w14:paraId="4FD71019" w14:textId="77777777">
        <w:trPr>
          <w:jc w:val="center"/>
        </w:trPr>
        <w:sdt>
          <w:sdtPr>
            <w:id w:val="-637648885"/>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8F23FD2" w14:textId="1FC8D164" w:rsidR="000060B5" w:rsidRDefault="0075787D">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087410B" w14:textId="77777777" w:rsidR="000060B5" w:rsidRDefault="00CD28FE">
            <w:pPr>
              <w:spacing w:after="0" w:line="240" w:lineRule="auto"/>
            </w:pPr>
            <w:r>
              <w:rPr>
                <w:rFonts w:ascii="Arial" w:hAnsi="Arial"/>
                <w:color w:val="333333"/>
                <w:sz w:val="17"/>
              </w:rPr>
              <w:t>a. Draft a workplace policy statement.</w:t>
            </w:r>
          </w:p>
        </w:tc>
      </w:tr>
      <w:tr w:rsidR="000060B5" w14:paraId="0F9CB950" w14:textId="77777777">
        <w:trPr>
          <w:jc w:val="center"/>
        </w:trPr>
        <w:sdt>
          <w:sdtPr>
            <w:id w:val="1741986449"/>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8916567" w14:textId="0AE6FED8" w:rsidR="000060B5" w:rsidRDefault="0075787D">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CEBDD7C" w14:textId="77777777" w:rsidR="000060B5" w:rsidRDefault="00CD28FE">
            <w:pPr>
              <w:spacing w:after="0" w:line="240" w:lineRule="auto"/>
            </w:pPr>
            <w:r>
              <w:rPr>
                <w:rFonts w:ascii="Arial" w:hAnsi="Arial"/>
                <w:color w:val="333333"/>
                <w:sz w:val="17"/>
              </w:rPr>
              <w:t>b. Develop reporting procedures.</w:t>
            </w:r>
          </w:p>
        </w:tc>
      </w:tr>
      <w:tr w:rsidR="000060B5" w14:paraId="06A91EE4" w14:textId="77777777">
        <w:trPr>
          <w:jc w:val="center"/>
        </w:trPr>
        <w:sdt>
          <w:sdtPr>
            <w:id w:val="-1891569412"/>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A7DEEAF" w14:textId="2C185EBE" w:rsidR="000060B5" w:rsidRDefault="0075787D">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C3A6108" w14:textId="77777777" w:rsidR="000060B5" w:rsidRDefault="00CD28FE">
            <w:pPr>
              <w:spacing w:after="0" w:line="240" w:lineRule="auto"/>
            </w:pPr>
            <w:r>
              <w:rPr>
                <w:rFonts w:ascii="Arial" w:hAnsi="Arial"/>
                <w:color w:val="333333"/>
                <w:sz w:val="17"/>
              </w:rPr>
              <w:t>c. Train workers and supervisors.</w:t>
            </w:r>
          </w:p>
        </w:tc>
      </w:tr>
      <w:tr w:rsidR="000060B5" w14:paraId="1702B05A" w14:textId="77777777">
        <w:trPr>
          <w:jc w:val="center"/>
        </w:trPr>
        <w:sdt>
          <w:sdtPr>
            <w:id w:val="859083160"/>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112C009" w14:textId="6359D9E8" w:rsidR="000060B5" w:rsidRDefault="0075787D">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75DDD61" w14:textId="77777777" w:rsidR="000060B5" w:rsidRDefault="00CD28FE">
            <w:pPr>
              <w:spacing w:after="0" w:line="240" w:lineRule="auto"/>
            </w:pPr>
            <w:r>
              <w:rPr>
                <w:rFonts w:ascii="Arial" w:hAnsi="Arial"/>
                <w:color w:val="333333"/>
                <w:sz w:val="17"/>
              </w:rPr>
              <w:t xml:space="preserve">d.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5D342590" w14:textId="77777777" w:rsidR="000060B5" w:rsidRDefault="00CD28FE">
      <w:pPr>
        <w:spacing w:after="40" w:line="240" w:lineRule="auto"/>
      </w:pPr>
      <w:r>
        <w:rPr>
          <w:rFonts w:ascii="Arial" w:hAnsi="Arial"/>
          <w:b/>
          <w:color w:val="333333"/>
          <w:sz w:val="18"/>
        </w:rPr>
        <w:t>13. Which are NOT bullying and harassment?</w:t>
      </w:r>
    </w:p>
    <w:tbl>
      <w:tblPr>
        <w:tblW w:w="0" w:type="auto"/>
        <w:jc w:val="center"/>
        <w:tblLayout w:type="fixed"/>
        <w:tblLook w:val="04A0" w:firstRow="1" w:lastRow="0" w:firstColumn="1" w:lastColumn="0" w:noHBand="0" w:noVBand="1"/>
      </w:tblPr>
      <w:tblGrid>
        <w:gridCol w:w="5328"/>
        <w:gridCol w:w="5328"/>
      </w:tblGrid>
      <w:tr w:rsidR="000060B5" w14:paraId="630ECB0F" w14:textId="77777777">
        <w:trPr>
          <w:jc w:val="center"/>
        </w:trPr>
        <w:sdt>
          <w:sdtPr>
            <w:id w:val="-1196232935"/>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34920059" w14:textId="7B1FBF3E" w:rsidR="000060B5" w:rsidRDefault="000430F6">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024138C" w14:textId="77777777" w:rsidR="000060B5" w:rsidRDefault="00CD28FE">
            <w:pPr>
              <w:spacing w:after="0" w:line="240" w:lineRule="auto"/>
            </w:pPr>
            <w:r>
              <w:rPr>
                <w:rFonts w:ascii="Arial" w:hAnsi="Arial"/>
                <w:color w:val="333333"/>
                <w:sz w:val="17"/>
              </w:rPr>
              <w:t>a. Offering constructive feedback.</w:t>
            </w:r>
          </w:p>
        </w:tc>
      </w:tr>
      <w:tr w:rsidR="000060B5" w14:paraId="04BFF7AB" w14:textId="77777777">
        <w:trPr>
          <w:jc w:val="center"/>
        </w:trPr>
        <w:sdt>
          <w:sdtPr>
            <w:id w:val="-1751197036"/>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990D930" w14:textId="6C56A201" w:rsidR="000060B5" w:rsidRDefault="000430F6">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4E8DF00" w14:textId="77777777" w:rsidR="000060B5" w:rsidRDefault="00CD28FE">
            <w:pPr>
              <w:spacing w:after="0" w:line="240" w:lineRule="auto"/>
            </w:pPr>
            <w:r>
              <w:rPr>
                <w:rFonts w:ascii="Arial" w:hAnsi="Arial"/>
                <w:color w:val="333333"/>
                <w:sz w:val="17"/>
              </w:rPr>
              <w:t>b. Saying hello to coworkers.</w:t>
            </w:r>
          </w:p>
        </w:tc>
      </w:tr>
      <w:tr w:rsidR="000060B5" w14:paraId="0861AC65" w14:textId="77777777">
        <w:trPr>
          <w:jc w:val="center"/>
        </w:trPr>
        <w:sdt>
          <w:sdtPr>
            <w:id w:val="777143837"/>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38D077A" w14:textId="0F2393AE" w:rsidR="000060B5" w:rsidRDefault="000430F6">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464C18A" w14:textId="77777777" w:rsidR="000060B5" w:rsidRDefault="00CD28FE">
            <w:pPr>
              <w:spacing w:after="0" w:line="240" w:lineRule="auto"/>
            </w:pPr>
            <w:r>
              <w:rPr>
                <w:rFonts w:ascii="Arial" w:hAnsi="Arial"/>
                <w:color w:val="333333"/>
                <w:sz w:val="17"/>
              </w:rPr>
              <w:t>c. Making a legitimate complaint about another worker's conduct.</w:t>
            </w:r>
          </w:p>
        </w:tc>
      </w:tr>
      <w:tr w:rsidR="000060B5" w14:paraId="34B6008A" w14:textId="77777777">
        <w:trPr>
          <w:jc w:val="center"/>
        </w:trPr>
        <w:sdt>
          <w:sdtPr>
            <w:id w:val="111414344"/>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61F4954" w14:textId="40C6330C" w:rsidR="000060B5" w:rsidRDefault="000430F6">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94CDC8E" w14:textId="77777777" w:rsidR="000060B5" w:rsidRDefault="00CD28FE">
            <w:pPr>
              <w:spacing w:after="0" w:line="240" w:lineRule="auto"/>
            </w:pPr>
            <w:r>
              <w:rPr>
                <w:rFonts w:ascii="Arial" w:hAnsi="Arial"/>
                <w:color w:val="333333"/>
                <w:sz w:val="17"/>
              </w:rPr>
              <w:t>d. Expressing differences of opinion.</w:t>
            </w:r>
          </w:p>
        </w:tc>
      </w:tr>
      <w:tr w:rsidR="000060B5" w14:paraId="0DC9C3DB" w14:textId="77777777">
        <w:trPr>
          <w:jc w:val="center"/>
        </w:trPr>
        <w:sdt>
          <w:sdtPr>
            <w:id w:val="-367067924"/>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453F7683" w14:textId="32BB839B" w:rsidR="000060B5" w:rsidRDefault="000430F6">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EB26B43" w14:textId="77777777" w:rsidR="000060B5" w:rsidRDefault="00CD28FE">
            <w:pPr>
              <w:spacing w:after="0" w:line="240" w:lineRule="auto"/>
            </w:pPr>
            <w:r>
              <w:rPr>
                <w:rFonts w:ascii="Arial" w:hAnsi="Arial"/>
                <w:color w:val="333333"/>
                <w:sz w:val="17"/>
              </w:rPr>
              <w:t xml:space="preserve">e.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106B6C39" w14:textId="77777777" w:rsidR="000060B5" w:rsidRDefault="00CD28FE">
      <w:pPr>
        <w:spacing w:after="40" w:line="240" w:lineRule="auto"/>
      </w:pPr>
      <w:r>
        <w:rPr>
          <w:rFonts w:ascii="Arial" w:hAnsi="Arial"/>
          <w:b/>
          <w:color w:val="333333"/>
          <w:sz w:val="18"/>
        </w:rPr>
        <w:t>14. What are examples of workplace bullying and harassment?</w:t>
      </w:r>
    </w:p>
    <w:tbl>
      <w:tblPr>
        <w:tblW w:w="0" w:type="auto"/>
        <w:jc w:val="center"/>
        <w:tblLayout w:type="fixed"/>
        <w:tblLook w:val="04A0" w:firstRow="1" w:lastRow="0" w:firstColumn="1" w:lastColumn="0" w:noHBand="0" w:noVBand="1"/>
      </w:tblPr>
      <w:tblGrid>
        <w:gridCol w:w="5328"/>
        <w:gridCol w:w="5328"/>
      </w:tblGrid>
      <w:tr w:rsidR="000060B5" w14:paraId="17FBBB94" w14:textId="77777777">
        <w:trPr>
          <w:jc w:val="center"/>
        </w:trPr>
        <w:sdt>
          <w:sdtPr>
            <w:id w:val="1136832673"/>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4237B03" w14:textId="354F5150" w:rsidR="000060B5" w:rsidRDefault="000430F6">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032CD52" w14:textId="77777777" w:rsidR="000060B5" w:rsidRDefault="00CD28FE">
            <w:pPr>
              <w:spacing w:after="0" w:line="240" w:lineRule="auto"/>
            </w:pPr>
            <w:r>
              <w:rPr>
                <w:rFonts w:ascii="Arial" w:hAnsi="Arial"/>
                <w:color w:val="333333"/>
                <w:sz w:val="17"/>
              </w:rPr>
              <w:t>a. Spreading malicious rumours.</w:t>
            </w:r>
          </w:p>
        </w:tc>
      </w:tr>
      <w:tr w:rsidR="000060B5" w14:paraId="5745767C" w14:textId="77777777">
        <w:trPr>
          <w:jc w:val="center"/>
        </w:trPr>
        <w:sdt>
          <w:sdtPr>
            <w:id w:val="1343752546"/>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F57C8C0" w14:textId="27AFF0C4" w:rsidR="000060B5" w:rsidRDefault="00AA3EFC">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5BD3920" w14:textId="77777777" w:rsidR="000060B5" w:rsidRDefault="00CD28FE">
            <w:pPr>
              <w:spacing w:after="0" w:line="240" w:lineRule="auto"/>
            </w:pPr>
            <w:r>
              <w:rPr>
                <w:rFonts w:ascii="Arial" w:hAnsi="Arial"/>
                <w:color w:val="333333"/>
                <w:sz w:val="17"/>
              </w:rPr>
              <w:t>b. Verbal aggression or yelling.</w:t>
            </w:r>
          </w:p>
        </w:tc>
      </w:tr>
      <w:tr w:rsidR="000060B5" w14:paraId="2EC723C3" w14:textId="77777777">
        <w:trPr>
          <w:jc w:val="center"/>
        </w:trPr>
        <w:sdt>
          <w:sdtPr>
            <w:id w:val="824094125"/>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EDF6889" w14:textId="11F189A6" w:rsidR="000060B5" w:rsidRDefault="00AA3EFC">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BBA226A" w14:textId="77777777" w:rsidR="000060B5" w:rsidRDefault="00CD28FE">
            <w:pPr>
              <w:spacing w:after="0" w:line="240" w:lineRule="auto"/>
            </w:pPr>
            <w:r>
              <w:rPr>
                <w:rFonts w:ascii="Arial" w:hAnsi="Arial"/>
                <w:color w:val="333333"/>
                <w:sz w:val="17"/>
              </w:rPr>
              <w:t>c. Cyberbullying.</w:t>
            </w:r>
          </w:p>
        </w:tc>
      </w:tr>
      <w:tr w:rsidR="000060B5" w14:paraId="0BCA1B6B" w14:textId="77777777">
        <w:trPr>
          <w:jc w:val="center"/>
        </w:trPr>
        <w:sdt>
          <w:sdtPr>
            <w:id w:val="206770315"/>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8B3AF02" w14:textId="7E5C9FF2" w:rsidR="000060B5" w:rsidRDefault="00AA3EFC">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104D97ED" w14:textId="77777777" w:rsidR="000060B5" w:rsidRDefault="00CD28FE">
            <w:pPr>
              <w:spacing w:after="0" w:line="240" w:lineRule="auto"/>
            </w:pPr>
            <w:r>
              <w:rPr>
                <w:rFonts w:ascii="Arial" w:hAnsi="Arial"/>
                <w:color w:val="333333"/>
                <w:sz w:val="17"/>
              </w:rPr>
              <w:t>d. Calling someone derogatory names.</w:t>
            </w:r>
          </w:p>
        </w:tc>
      </w:tr>
      <w:tr w:rsidR="000060B5" w14:paraId="27F86866" w14:textId="77777777">
        <w:trPr>
          <w:jc w:val="center"/>
        </w:trPr>
        <w:sdt>
          <w:sdtPr>
            <w:id w:val="-668337997"/>
            <w:lock w:val="sdtLocked"/>
            <w14:checkbox>
              <w14:checked w14:val="0"/>
              <w14:checkedState w14:val="2612" w14:font="MS Gothic"/>
              <w14:uncheckedState w14:val="2610" w14:font="MS Gothic"/>
            </w14:checkbox>
          </w:sdtPr>
          <w:sdtEndPr/>
          <w:sdtConten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38A93D0" w14:textId="25884436" w:rsidR="000060B5" w:rsidRDefault="00AA3EFC">
                <w:pPr>
                  <w:spacing w:after="0" w:line="240" w:lineRule="auto"/>
                  <w:jc w:val="center"/>
                </w:pPr>
                <w:r>
                  <w:rPr>
                    <w:rFonts w:ascii="MS Gothic" w:eastAsia="MS Gothic" w:hAnsi="MS Gothic" w:hint="eastAsia"/>
                  </w:rPr>
                  <w:t>☐</w:t>
                </w:r>
              </w:p>
            </w:tc>
          </w:sdtContent>
        </w:sdt>
        <w:tc>
          <w:tcPr>
            <w:tcW w:w="5328"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6557864" w14:textId="77777777" w:rsidR="000060B5" w:rsidRDefault="00CD28FE">
            <w:pPr>
              <w:spacing w:after="0" w:line="240" w:lineRule="auto"/>
            </w:pPr>
            <w:r>
              <w:rPr>
                <w:rFonts w:ascii="Arial" w:hAnsi="Arial"/>
                <w:color w:val="333333"/>
                <w:sz w:val="17"/>
              </w:rPr>
              <w:t xml:space="preserve">e. </w:t>
            </w:r>
            <w:proofErr w:type="gramStart"/>
            <w:r>
              <w:rPr>
                <w:rFonts w:ascii="Arial" w:hAnsi="Arial"/>
                <w:color w:val="333333"/>
                <w:sz w:val="17"/>
              </w:rPr>
              <w:t>All of</w:t>
            </w:r>
            <w:proofErr w:type="gramEnd"/>
            <w:r>
              <w:rPr>
                <w:rFonts w:ascii="Arial" w:hAnsi="Arial"/>
                <w:color w:val="333333"/>
                <w:sz w:val="17"/>
              </w:rPr>
              <w:t xml:space="preserve"> the above.</w:t>
            </w:r>
          </w:p>
        </w:tc>
      </w:tr>
    </w:tbl>
    <w:p w14:paraId="7FC9E33F" w14:textId="77777777" w:rsidR="000060B5" w:rsidRDefault="00CD28FE">
      <w:pPr>
        <w:spacing w:after="40" w:line="240" w:lineRule="auto"/>
      </w:pPr>
      <w:r>
        <w:rPr>
          <w:rFonts w:ascii="Arial" w:hAnsi="Arial"/>
          <w:b/>
          <w:color w:val="333333"/>
          <w:sz w:val="18"/>
        </w:rPr>
        <w:t>15. True or False: Apprentices are not subject to the Workers Compensation Act and Occupational Health and Safety Regulation.</w:t>
      </w:r>
    </w:p>
    <w:tbl>
      <w:tblPr>
        <w:tblW w:w="10630" w:type="dxa"/>
        <w:jc w:val="center"/>
        <w:tblLayout w:type="fixed"/>
        <w:tblLook w:val="04A0" w:firstRow="1" w:lastRow="0" w:firstColumn="1" w:lastColumn="0" w:noHBand="0" w:noVBand="1"/>
      </w:tblPr>
      <w:tblGrid>
        <w:gridCol w:w="5381"/>
        <w:gridCol w:w="997"/>
        <w:gridCol w:w="2126"/>
        <w:gridCol w:w="2126"/>
      </w:tblGrid>
      <w:tr w:rsidR="000060B5" w14:paraId="1AF8C578" w14:textId="77777777" w:rsidTr="00343F90">
        <w:trPr>
          <w:gridAfter w:val="1"/>
          <w:wAfter w:w="2126" w:type="dxa"/>
          <w:trHeight w:val="212"/>
          <w:jc w:val="center"/>
        </w:trPr>
        <w:sdt>
          <w:sdtPr>
            <w:id w:val="1055436573"/>
            <w:lock w:val="sdtLocked"/>
            <w14:checkbox>
              <w14:checked w14:val="0"/>
              <w14:checkedState w14:val="2612" w14:font="MS Gothic"/>
              <w14:uncheckedState w14:val="2610" w14:font="MS Gothic"/>
            </w14:checkbox>
          </w:sdtPr>
          <w:sdtEndPr/>
          <w:sdtContent>
            <w:tc>
              <w:tcPr>
                <w:tcW w:w="538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7F1FF20D" w14:textId="2FB16ECF" w:rsidR="000060B5" w:rsidRDefault="00343F90">
                <w:pPr>
                  <w:spacing w:after="0" w:line="240" w:lineRule="auto"/>
                  <w:jc w:val="center"/>
                </w:pPr>
                <w:r>
                  <w:rPr>
                    <w:rFonts w:ascii="MS Gothic" w:eastAsia="MS Gothic" w:hAnsi="MS Gothic" w:hint="eastAsia"/>
                  </w:rPr>
                  <w:t>☐</w:t>
                </w:r>
              </w:p>
            </w:tc>
          </w:sdtContent>
        </w:sdt>
        <w:tc>
          <w:tcPr>
            <w:tcW w:w="3123" w:type="dxa"/>
            <w:gridSpan w:val="2"/>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0795DAD5" w14:textId="77777777" w:rsidR="000060B5" w:rsidRDefault="00CD28FE">
            <w:pPr>
              <w:spacing w:after="0" w:line="240" w:lineRule="auto"/>
            </w:pPr>
            <w:r>
              <w:rPr>
                <w:rFonts w:ascii="Arial" w:hAnsi="Arial"/>
                <w:color w:val="333333"/>
                <w:sz w:val="17"/>
              </w:rPr>
              <w:t>a. True.</w:t>
            </w:r>
          </w:p>
        </w:tc>
      </w:tr>
      <w:tr w:rsidR="000060B5" w14:paraId="3365C90F" w14:textId="77777777" w:rsidTr="00343F90">
        <w:trPr>
          <w:gridAfter w:val="1"/>
          <w:wAfter w:w="2126" w:type="dxa"/>
          <w:trHeight w:val="220"/>
          <w:jc w:val="center"/>
        </w:trPr>
        <w:sdt>
          <w:sdtPr>
            <w:id w:val="1926225018"/>
            <w:lock w:val="sdtLocked"/>
            <w14:checkbox>
              <w14:checked w14:val="0"/>
              <w14:checkedState w14:val="2612" w14:font="MS Gothic"/>
              <w14:uncheckedState w14:val="2610" w14:font="MS Gothic"/>
            </w14:checkbox>
          </w:sdtPr>
          <w:sdtEndPr/>
          <w:sdtContent>
            <w:tc>
              <w:tcPr>
                <w:tcW w:w="538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4BC46E3" w14:textId="4BEF1FA8" w:rsidR="000060B5" w:rsidRDefault="00343F90">
                <w:pPr>
                  <w:spacing w:after="0" w:line="240" w:lineRule="auto"/>
                  <w:jc w:val="center"/>
                </w:pPr>
                <w:r>
                  <w:rPr>
                    <w:rFonts w:ascii="MS Gothic" w:eastAsia="MS Gothic" w:hAnsi="MS Gothic" w:hint="eastAsia"/>
                  </w:rPr>
                  <w:t>☐</w:t>
                </w:r>
              </w:p>
            </w:tc>
          </w:sdtContent>
        </w:sdt>
        <w:tc>
          <w:tcPr>
            <w:tcW w:w="3123" w:type="dxa"/>
            <w:gridSpan w:val="2"/>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5F85871" w14:textId="77777777" w:rsidR="000060B5" w:rsidRDefault="00CD28FE">
            <w:pPr>
              <w:spacing w:after="0" w:line="240" w:lineRule="auto"/>
            </w:pPr>
            <w:r>
              <w:rPr>
                <w:rFonts w:ascii="Arial" w:hAnsi="Arial"/>
                <w:color w:val="333333"/>
                <w:sz w:val="17"/>
              </w:rPr>
              <w:t>b. False.</w:t>
            </w:r>
          </w:p>
        </w:tc>
      </w:tr>
      <w:tr w:rsidR="00343F90" w14:paraId="66943D65" w14:textId="77777777" w:rsidTr="00343F90">
        <w:trPr>
          <w:gridAfter w:val="1"/>
          <w:wAfter w:w="2126" w:type="dxa"/>
          <w:trHeight w:val="220"/>
          <w:jc w:val="center"/>
        </w:trPr>
        <w:tc>
          <w:tcPr>
            <w:tcW w:w="538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AC852FE" w14:textId="77777777" w:rsidR="00343F90" w:rsidRDefault="00343F90">
            <w:pPr>
              <w:spacing w:after="0" w:line="240" w:lineRule="auto"/>
              <w:jc w:val="center"/>
              <w:rPr>
                <w:rFonts w:ascii="Segoe UI Symbol" w:hAnsi="Segoe UI Symbol" w:cs="Segoe UI Symbol"/>
                <w:color w:val="333333"/>
                <w:sz w:val="22"/>
              </w:rPr>
            </w:pPr>
          </w:p>
        </w:tc>
        <w:tc>
          <w:tcPr>
            <w:tcW w:w="3123" w:type="dxa"/>
            <w:gridSpan w:val="2"/>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5224BDDA" w14:textId="77777777" w:rsidR="00343F90" w:rsidRDefault="00343F90">
            <w:pPr>
              <w:spacing w:after="0" w:line="240" w:lineRule="auto"/>
              <w:rPr>
                <w:rFonts w:ascii="Arial" w:hAnsi="Arial"/>
                <w:color w:val="333333"/>
                <w:sz w:val="17"/>
              </w:rPr>
            </w:pPr>
          </w:p>
        </w:tc>
      </w:tr>
      <w:tr w:rsidR="000060B5" w14:paraId="7EB974E2" w14:textId="77777777" w:rsidTr="00343F90">
        <w:trPr>
          <w:trHeight w:val="288"/>
          <w:jc w:val="center"/>
        </w:trPr>
        <w:tc>
          <w:tcPr>
            <w:tcW w:w="538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2DF0E67" w14:textId="6004266E" w:rsidR="000060B5" w:rsidRDefault="00CD28FE">
            <w:pPr>
              <w:spacing w:after="0" w:line="240" w:lineRule="auto"/>
            </w:pPr>
            <w:r>
              <w:rPr>
                <w:rFonts w:ascii="Arial" w:hAnsi="Arial"/>
                <w:b/>
                <w:color w:val="333333"/>
                <w:sz w:val="17"/>
              </w:rPr>
              <w:t>Date</w:t>
            </w:r>
          </w:p>
        </w:tc>
        <w:sdt>
          <w:sdtPr>
            <w:id w:val="1162360660"/>
            <w:lock w:val="sdtLocked"/>
            <w:placeholder>
              <w:docPart w:val="D47E62BF689B400EB076B6501EBD90C8"/>
            </w:placeholder>
            <w:showingPlcHdr/>
            <w:date>
              <w:dateFormat w:val="yyyy-MM-dd"/>
              <w:lid w:val="en-CA"/>
              <w:storeMappedDataAs w:val="dateTime"/>
              <w:calendar w:val="gregorian"/>
            </w:date>
          </w:sdtPr>
          <w:sdtEndPr/>
          <w:sdtContent>
            <w:tc>
              <w:tcPr>
                <w:tcW w:w="997"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223869F9" w14:textId="6D3E09CE" w:rsidR="000060B5" w:rsidRDefault="00343F90">
                <w:pPr>
                  <w:spacing w:after="0" w:line="240" w:lineRule="auto"/>
                </w:pPr>
                <w:r w:rsidRPr="00343F90">
                  <w:rPr>
                    <w:rStyle w:val="PlaceholderText"/>
                    <w:sz w:val="18"/>
                    <w:szCs w:val="18"/>
                  </w:rPr>
                  <w:t>Click or tap to enter a date.</w:t>
                </w:r>
              </w:p>
            </w:tc>
          </w:sdtContent>
        </w:sdt>
        <w:tc>
          <w:tcPr>
            <w:tcW w:w="2126"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69464627" w14:textId="77777777" w:rsidR="000060B5" w:rsidRDefault="00CD28FE">
            <w:pPr>
              <w:spacing w:after="0" w:line="240" w:lineRule="auto"/>
            </w:pPr>
            <w:r>
              <w:rPr>
                <w:rFonts w:ascii="Arial" w:hAnsi="Arial"/>
                <w:b/>
                <w:color w:val="333333"/>
                <w:sz w:val="17"/>
              </w:rPr>
              <w:t>Teacher signature</w:t>
            </w:r>
          </w:p>
        </w:tc>
        <w:tc>
          <w:tcPr>
            <w:tcW w:w="2126"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47FE380F" w14:textId="0061B840" w:rsidR="000060B5" w:rsidRDefault="000060B5">
            <w:pPr>
              <w:spacing w:after="0" w:line="240" w:lineRule="auto"/>
            </w:pPr>
          </w:p>
        </w:tc>
      </w:tr>
      <w:tr w:rsidR="000060B5" w14:paraId="424D5A6D" w14:textId="77777777" w:rsidTr="00343F90">
        <w:trPr>
          <w:trHeight w:val="143"/>
          <w:jc w:val="center"/>
        </w:trPr>
        <w:tc>
          <w:tcPr>
            <w:tcW w:w="5381"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BC5EF59" w14:textId="77777777" w:rsidR="000060B5" w:rsidRDefault="00CD28FE">
            <w:pPr>
              <w:spacing w:after="0" w:line="240" w:lineRule="auto"/>
            </w:pPr>
            <w:r>
              <w:rPr>
                <w:rFonts w:ascii="Arial" w:hAnsi="Arial"/>
                <w:b/>
                <w:color w:val="333333"/>
                <w:sz w:val="17"/>
              </w:rPr>
              <w:t>Score</w:t>
            </w:r>
          </w:p>
        </w:tc>
        <w:tc>
          <w:tcPr>
            <w:tcW w:w="997"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637BFCE0" w14:textId="3312AA2E" w:rsidR="000060B5" w:rsidRDefault="000060B5">
            <w:pPr>
              <w:spacing w:after="0" w:line="240" w:lineRule="auto"/>
            </w:pPr>
          </w:p>
        </w:tc>
        <w:tc>
          <w:tcPr>
            <w:tcW w:w="2126" w:type="dxa"/>
            <w:tcBorders>
              <w:top w:val="single" w:sz="5" w:space="0" w:color="777777"/>
              <w:left w:val="single" w:sz="5" w:space="0" w:color="777777"/>
              <w:bottom w:val="single" w:sz="5" w:space="0" w:color="777777"/>
              <w:right w:val="single" w:sz="5" w:space="0" w:color="777777"/>
            </w:tcBorders>
            <w:tcMar>
              <w:top w:w="55" w:type="dxa"/>
              <w:left w:w="55" w:type="dxa"/>
              <w:bottom w:w="55" w:type="dxa"/>
              <w:right w:w="55" w:type="dxa"/>
            </w:tcMar>
            <w:vAlign w:val="center"/>
          </w:tcPr>
          <w:p w14:paraId="26A10B85" w14:textId="77777777" w:rsidR="000060B5" w:rsidRDefault="00CD28FE">
            <w:pPr>
              <w:spacing w:after="0" w:line="240" w:lineRule="auto"/>
            </w:pPr>
            <w:r>
              <w:rPr>
                <w:rFonts w:ascii="Arial" w:hAnsi="Arial"/>
                <w:b/>
                <w:color w:val="333333"/>
                <w:sz w:val="17"/>
              </w:rPr>
              <w:t>Total</w:t>
            </w:r>
          </w:p>
        </w:tc>
        <w:tc>
          <w:tcPr>
            <w:tcW w:w="2126" w:type="dxa"/>
            <w:tcBorders>
              <w:top w:val="single" w:sz="5" w:space="0" w:color="777777"/>
              <w:left w:val="single" w:sz="5" w:space="0" w:color="777777"/>
              <w:bottom w:val="single" w:sz="5" w:space="0" w:color="777777"/>
              <w:right w:val="single" w:sz="5" w:space="0" w:color="777777"/>
            </w:tcBorders>
            <w:shd w:val="clear" w:color="auto" w:fill="F1F1F1"/>
            <w:tcMar>
              <w:top w:w="55" w:type="dxa"/>
              <w:left w:w="55" w:type="dxa"/>
              <w:bottom w:w="55" w:type="dxa"/>
              <w:right w:w="55" w:type="dxa"/>
            </w:tcMar>
            <w:vAlign w:val="center"/>
          </w:tcPr>
          <w:p w14:paraId="0B43C79C" w14:textId="6E177A41" w:rsidR="000060B5" w:rsidRDefault="000060B5">
            <w:pPr>
              <w:spacing w:after="0" w:line="240" w:lineRule="auto"/>
            </w:pPr>
          </w:p>
        </w:tc>
      </w:tr>
    </w:tbl>
    <w:p w14:paraId="2C92EEA0" w14:textId="77777777" w:rsidR="009D4627" w:rsidRDefault="009D4627"/>
    <w:sectPr w:rsidR="009D4627" w:rsidSect="00EF3317">
      <w:footerReference w:type="default" r:id="rId12"/>
      <w:pgSz w:w="12240" w:h="15840"/>
      <w:pgMar w:top="605" w:right="792" w:bottom="720" w:left="792"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136B3" w14:textId="77777777" w:rsidR="001461C2" w:rsidRDefault="001461C2">
      <w:pPr>
        <w:spacing w:after="0" w:line="240" w:lineRule="auto"/>
      </w:pPr>
      <w:r>
        <w:separator/>
      </w:r>
    </w:p>
  </w:endnote>
  <w:endnote w:type="continuationSeparator" w:id="0">
    <w:p w14:paraId="2B2B2807" w14:textId="77777777" w:rsidR="001461C2" w:rsidRDefault="00146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A64DA" w14:textId="77777777" w:rsidR="000060B5" w:rsidRDefault="00CD28FE">
    <w:pPr>
      <w:pStyle w:val="Footer"/>
      <w:jc w:val="center"/>
    </w:pPr>
    <w:r>
      <w:rPr>
        <w:rFonts w:ascii="Arial" w:hAnsi="Arial"/>
        <w:color w:val="777777"/>
        <w:sz w:val="16"/>
      </w:rPr>
      <w:t xml:space="preserve">Immaculata Regional High </w:t>
    </w:r>
    <w:proofErr w:type="gramStart"/>
    <w:r>
      <w:rPr>
        <w:rFonts w:ascii="Arial" w:hAnsi="Arial"/>
        <w:color w:val="777777"/>
        <w:sz w:val="16"/>
      </w:rPr>
      <w:t>School  |</w:t>
    </w:r>
    <w:proofErr w:type="gramEnd"/>
    <w:r>
      <w:rPr>
        <w:rFonts w:ascii="Arial" w:hAnsi="Arial"/>
        <w:color w:val="777777"/>
        <w:sz w:val="16"/>
      </w:rPr>
      <w:t xml:space="preserve">  Work Experience </w:t>
    </w:r>
    <w:proofErr w:type="gramStart"/>
    <w:r>
      <w:rPr>
        <w:rFonts w:ascii="Arial" w:hAnsi="Arial"/>
        <w:color w:val="777777"/>
        <w:sz w:val="16"/>
      </w:rPr>
      <w:t>12  |</w:t>
    </w:r>
    <w:proofErr w:type="gramEnd"/>
    <w:r>
      <w:rPr>
        <w:rFonts w:ascii="Arial" w:hAnsi="Arial"/>
        <w:color w:val="777777"/>
        <w:sz w:val="16"/>
      </w:rPr>
      <w:t xml:space="preserve">  Student Application Package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DEBD2" w14:textId="77777777" w:rsidR="001461C2" w:rsidRDefault="001461C2">
      <w:pPr>
        <w:spacing w:after="0" w:line="240" w:lineRule="auto"/>
      </w:pPr>
      <w:r>
        <w:separator/>
      </w:r>
    </w:p>
  </w:footnote>
  <w:footnote w:type="continuationSeparator" w:id="0">
    <w:p w14:paraId="2A2F0F84" w14:textId="77777777" w:rsidR="001461C2" w:rsidRDefault="001461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5D25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29pt" o:bullet="t">
        <v:imagedata r:id="rId1" o:title="bullet"/>
      </v:shape>
    </w:pict>
  </w:numPicBullet>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930163E"/>
    <w:multiLevelType w:val="hybridMultilevel"/>
    <w:tmpl w:val="F332841C"/>
    <w:lvl w:ilvl="0" w:tplc="F02A3F50">
      <w:start w:val="1"/>
      <w:numFmt w:val="bullet"/>
      <w:lvlText w:val=""/>
      <w:lvlPicBulletId w:val="0"/>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E28532C"/>
    <w:multiLevelType w:val="hybridMultilevel"/>
    <w:tmpl w:val="1428A722"/>
    <w:lvl w:ilvl="0" w:tplc="F02A3F50">
      <w:start w:val="1"/>
      <w:numFmt w:val="bullet"/>
      <w:lvlText w:val=""/>
      <w:lvlPicBulletId w:val="0"/>
      <w:lvlJc w:val="left"/>
      <w:pPr>
        <w:ind w:left="72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907959344">
    <w:abstractNumId w:val="8"/>
  </w:num>
  <w:num w:numId="2" w16cid:durableId="2092389937">
    <w:abstractNumId w:val="6"/>
  </w:num>
  <w:num w:numId="3" w16cid:durableId="138692367">
    <w:abstractNumId w:val="5"/>
  </w:num>
  <w:num w:numId="4" w16cid:durableId="1171797063">
    <w:abstractNumId w:val="4"/>
  </w:num>
  <w:num w:numId="5" w16cid:durableId="569266406">
    <w:abstractNumId w:val="7"/>
  </w:num>
  <w:num w:numId="6" w16cid:durableId="1061562933">
    <w:abstractNumId w:val="3"/>
  </w:num>
  <w:num w:numId="7" w16cid:durableId="659307625">
    <w:abstractNumId w:val="2"/>
  </w:num>
  <w:num w:numId="8" w16cid:durableId="265119634">
    <w:abstractNumId w:val="1"/>
  </w:num>
  <w:num w:numId="9" w16cid:durableId="357127513">
    <w:abstractNumId w:val="0"/>
  </w:num>
  <w:num w:numId="10" w16cid:durableId="45181089">
    <w:abstractNumId w:val="9"/>
  </w:num>
  <w:num w:numId="11" w16cid:durableId="18056620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wyoSCfLYDViBZq7IU66GSQQtAb6cOqUiIVrWTRRVWf+MLW4Ze53YIntxsCb8EPpAETuCrNqFDjaSlLQZF0ih2w==" w:salt="s7w9QZhN9wyUs05tieKUww=="/>
  <w:autoFormatOverride/>
  <w:styleLockTheme/>
  <w:styleLockQFSet/>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0B5"/>
    <w:rsid w:val="00034616"/>
    <w:rsid w:val="000430F6"/>
    <w:rsid w:val="0006063C"/>
    <w:rsid w:val="00065514"/>
    <w:rsid w:val="00080CCD"/>
    <w:rsid w:val="00092E86"/>
    <w:rsid w:val="000A0935"/>
    <w:rsid w:val="000B1F1F"/>
    <w:rsid w:val="000E514C"/>
    <w:rsid w:val="00122763"/>
    <w:rsid w:val="00122BC4"/>
    <w:rsid w:val="001461C2"/>
    <w:rsid w:val="0015043C"/>
    <w:rsid w:val="0015074B"/>
    <w:rsid w:val="001724C2"/>
    <w:rsid w:val="00174415"/>
    <w:rsid w:val="001C30F7"/>
    <w:rsid w:val="00207CA6"/>
    <w:rsid w:val="0022184B"/>
    <w:rsid w:val="00230307"/>
    <w:rsid w:val="00231236"/>
    <w:rsid w:val="0025061A"/>
    <w:rsid w:val="002675AE"/>
    <w:rsid w:val="00277FBA"/>
    <w:rsid w:val="0029639D"/>
    <w:rsid w:val="002A2FC9"/>
    <w:rsid w:val="002D0A48"/>
    <w:rsid w:val="002E02B0"/>
    <w:rsid w:val="002E3DCD"/>
    <w:rsid w:val="00326F90"/>
    <w:rsid w:val="00330CBA"/>
    <w:rsid w:val="00343F90"/>
    <w:rsid w:val="00424D23"/>
    <w:rsid w:val="00430B56"/>
    <w:rsid w:val="0045635A"/>
    <w:rsid w:val="00477035"/>
    <w:rsid w:val="004954AA"/>
    <w:rsid w:val="004D3025"/>
    <w:rsid w:val="004D5150"/>
    <w:rsid w:val="004F1A11"/>
    <w:rsid w:val="004F5A9F"/>
    <w:rsid w:val="00500DDD"/>
    <w:rsid w:val="00502259"/>
    <w:rsid w:val="0053035B"/>
    <w:rsid w:val="00594FC2"/>
    <w:rsid w:val="005C6109"/>
    <w:rsid w:val="005F714B"/>
    <w:rsid w:val="00601C68"/>
    <w:rsid w:val="00662BA6"/>
    <w:rsid w:val="006A3816"/>
    <w:rsid w:val="006D7AFB"/>
    <w:rsid w:val="006E5739"/>
    <w:rsid w:val="006F1517"/>
    <w:rsid w:val="00704429"/>
    <w:rsid w:val="00731F5F"/>
    <w:rsid w:val="0074549E"/>
    <w:rsid w:val="0075787D"/>
    <w:rsid w:val="00764F53"/>
    <w:rsid w:val="007A1C69"/>
    <w:rsid w:val="007C7E97"/>
    <w:rsid w:val="0080781D"/>
    <w:rsid w:val="00844F00"/>
    <w:rsid w:val="008B4215"/>
    <w:rsid w:val="008F74FA"/>
    <w:rsid w:val="00903AB0"/>
    <w:rsid w:val="009240B3"/>
    <w:rsid w:val="0094211E"/>
    <w:rsid w:val="00960AE6"/>
    <w:rsid w:val="00961010"/>
    <w:rsid w:val="00964E91"/>
    <w:rsid w:val="00970CBA"/>
    <w:rsid w:val="0098772D"/>
    <w:rsid w:val="009B23CC"/>
    <w:rsid w:val="009B397D"/>
    <w:rsid w:val="009B6FEB"/>
    <w:rsid w:val="009D4627"/>
    <w:rsid w:val="009F0355"/>
    <w:rsid w:val="009F79D5"/>
    <w:rsid w:val="00A119B5"/>
    <w:rsid w:val="00A16810"/>
    <w:rsid w:val="00A46660"/>
    <w:rsid w:val="00A5056C"/>
    <w:rsid w:val="00A82BB3"/>
    <w:rsid w:val="00AA1D8D"/>
    <w:rsid w:val="00AA3EFC"/>
    <w:rsid w:val="00AE459C"/>
    <w:rsid w:val="00AF231D"/>
    <w:rsid w:val="00B3377E"/>
    <w:rsid w:val="00B43E4A"/>
    <w:rsid w:val="00B441FB"/>
    <w:rsid w:val="00B47730"/>
    <w:rsid w:val="00B5126A"/>
    <w:rsid w:val="00B5610B"/>
    <w:rsid w:val="00B80553"/>
    <w:rsid w:val="00B84FAE"/>
    <w:rsid w:val="00BB603D"/>
    <w:rsid w:val="00BF7681"/>
    <w:rsid w:val="00C23828"/>
    <w:rsid w:val="00C257FF"/>
    <w:rsid w:val="00C45AEB"/>
    <w:rsid w:val="00C46F59"/>
    <w:rsid w:val="00CB0664"/>
    <w:rsid w:val="00CB6358"/>
    <w:rsid w:val="00CD28FE"/>
    <w:rsid w:val="00D11DEB"/>
    <w:rsid w:val="00D556C3"/>
    <w:rsid w:val="00D5737D"/>
    <w:rsid w:val="00DD0E92"/>
    <w:rsid w:val="00E17239"/>
    <w:rsid w:val="00E8352C"/>
    <w:rsid w:val="00E87F29"/>
    <w:rsid w:val="00E93460"/>
    <w:rsid w:val="00E94C36"/>
    <w:rsid w:val="00EC17E2"/>
    <w:rsid w:val="00ED031A"/>
    <w:rsid w:val="00EF3317"/>
    <w:rsid w:val="00EF3FAF"/>
    <w:rsid w:val="00F92DC7"/>
    <w:rsid w:val="00FA1F33"/>
    <w:rsid w:val="00FB325F"/>
    <w:rsid w:val="00FC4201"/>
    <w:rsid w:val="00FC693F"/>
    <w:rsid w:val="00FF3A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EB63BA"/>
  <w14:defaultImageDpi w14:val="300"/>
  <w15:docId w15:val="{37D18A59-C37C-440C-9A78-25FEB69BB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317"/>
  </w:style>
  <w:style w:type="paragraph" w:styleId="Heading1">
    <w:name w:val="heading 1"/>
    <w:basedOn w:val="Normal"/>
    <w:next w:val="Normal"/>
    <w:link w:val="Heading1Char"/>
    <w:uiPriority w:val="9"/>
    <w:qFormat/>
    <w:rsid w:val="00EF3317"/>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unhideWhenUsed/>
    <w:qFormat/>
    <w:rsid w:val="00EF3317"/>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unhideWhenUsed/>
    <w:qFormat/>
    <w:rsid w:val="00EF3317"/>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rsid w:val="00EF3317"/>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EF3317"/>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EF3317"/>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EF3317"/>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EF3317"/>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EF3317"/>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EF3317"/>
    <w:pPr>
      <w:spacing w:after="0" w:line="240" w:lineRule="auto"/>
    </w:pPr>
  </w:style>
  <w:style w:type="character" w:customStyle="1" w:styleId="Heading1Char">
    <w:name w:val="Heading 1 Char"/>
    <w:basedOn w:val="DefaultParagraphFont"/>
    <w:link w:val="Heading1"/>
    <w:uiPriority w:val="9"/>
    <w:rsid w:val="00EF3317"/>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rsid w:val="00EF3317"/>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rsid w:val="00EF3317"/>
    <w:rPr>
      <w:rFonts w:asciiTheme="majorHAnsi" w:eastAsiaTheme="majorEastAsia" w:hAnsiTheme="majorHAnsi" w:cstheme="majorBidi"/>
      <w:color w:val="E36C0A" w:themeColor="accent6" w:themeShade="BF"/>
      <w:sz w:val="24"/>
      <w:szCs w:val="24"/>
    </w:rPr>
  </w:style>
  <w:style w:type="paragraph" w:styleId="Title">
    <w:name w:val="Title"/>
    <w:basedOn w:val="Normal"/>
    <w:next w:val="Normal"/>
    <w:link w:val="TitleChar"/>
    <w:uiPriority w:val="10"/>
    <w:qFormat/>
    <w:rsid w:val="00EF331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EF3317"/>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EF3317"/>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EF3317"/>
    <w:rPr>
      <w:rFonts w:asciiTheme="majorHAnsi" w:eastAsiaTheme="majorEastAsia" w:hAnsiTheme="majorHAnsi" w:cstheme="majorBidi"/>
      <w:sz w:val="30"/>
      <w:szCs w:val="30"/>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EF3317"/>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EF3317"/>
    <w:rPr>
      <w:i/>
      <w:iCs/>
      <w:color w:val="262626" w:themeColor="text1" w:themeTint="D9"/>
    </w:rPr>
  </w:style>
  <w:style w:type="character" w:customStyle="1" w:styleId="Heading4Char">
    <w:name w:val="Heading 4 Char"/>
    <w:basedOn w:val="DefaultParagraphFont"/>
    <w:link w:val="Heading4"/>
    <w:uiPriority w:val="9"/>
    <w:semiHidden/>
    <w:rsid w:val="00EF3317"/>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EF3317"/>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EF3317"/>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EF3317"/>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EF3317"/>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EF3317"/>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EF3317"/>
    <w:pPr>
      <w:spacing w:line="240" w:lineRule="auto"/>
    </w:pPr>
    <w:rPr>
      <w:b/>
      <w:bCs/>
      <w:smallCaps/>
      <w:color w:val="595959" w:themeColor="text1" w:themeTint="A6"/>
    </w:rPr>
  </w:style>
  <w:style w:type="character" w:styleId="Strong">
    <w:name w:val="Strong"/>
    <w:basedOn w:val="DefaultParagraphFont"/>
    <w:uiPriority w:val="22"/>
    <w:qFormat/>
    <w:rsid w:val="00EF3317"/>
    <w:rPr>
      <w:b/>
      <w:bCs/>
    </w:rPr>
  </w:style>
  <w:style w:type="character" w:styleId="Emphasis">
    <w:name w:val="Emphasis"/>
    <w:basedOn w:val="DefaultParagraphFont"/>
    <w:uiPriority w:val="20"/>
    <w:qFormat/>
    <w:rsid w:val="00EF3317"/>
    <w:rPr>
      <w:i/>
      <w:iCs/>
      <w:color w:val="F79646" w:themeColor="accent6"/>
    </w:rPr>
  </w:style>
  <w:style w:type="paragraph" w:styleId="IntenseQuote">
    <w:name w:val="Intense Quote"/>
    <w:basedOn w:val="Normal"/>
    <w:next w:val="Normal"/>
    <w:link w:val="IntenseQuoteChar"/>
    <w:uiPriority w:val="30"/>
    <w:qFormat/>
    <w:rsid w:val="00EF3317"/>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EF3317"/>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EF3317"/>
    <w:rPr>
      <w:i/>
      <w:iCs/>
    </w:rPr>
  </w:style>
  <w:style w:type="character" w:styleId="IntenseEmphasis">
    <w:name w:val="Intense Emphasis"/>
    <w:basedOn w:val="DefaultParagraphFont"/>
    <w:uiPriority w:val="21"/>
    <w:qFormat/>
    <w:rsid w:val="00EF3317"/>
    <w:rPr>
      <w:b/>
      <w:bCs/>
      <w:i/>
      <w:iCs/>
    </w:rPr>
  </w:style>
  <w:style w:type="character" w:styleId="SubtleReference">
    <w:name w:val="Subtle Reference"/>
    <w:basedOn w:val="DefaultParagraphFont"/>
    <w:uiPriority w:val="31"/>
    <w:qFormat/>
    <w:rsid w:val="00EF3317"/>
    <w:rPr>
      <w:smallCaps/>
      <w:color w:val="595959" w:themeColor="text1" w:themeTint="A6"/>
    </w:rPr>
  </w:style>
  <w:style w:type="character" w:styleId="IntenseReference">
    <w:name w:val="Intense Reference"/>
    <w:basedOn w:val="DefaultParagraphFont"/>
    <w:uiPriority w:val="32"/>
    <w:qFormat/>
    <w:rsid w:val="00EF3317"/>
    <w:rPr>
      <w:b/>
      <w:bCs/>
      <w:smallCaps/>
      <w:color w:val="F79646" w:themeColor="accent6"/>
    </w:rPr>
  </w:style>
  <w:style w:type="character" w:styleId="BookTitle">
    <w:name w:val="Book Title"/>
    <w:basedOn w:val="DefaultParagraphFont"/>
    <w:uiPriority w:val="33"/>
    <w:qFormat/>
    <w:rsid w:val="00EF3317"/>
    <w:rPr>
      <w:b/>
      <w:bCs/>
      <w:caps w:val="0"/>
      <w:smallCaps/>
      <w:spacing w:val="7"/>
      <w:sz w:val="21"/>
      <w:szCs w:val="21"/>
    </w:rPr>
  </w:style>
  <w:style w:type="paragraph" w:styleId="TOCHeading">
    <w:name w:val="TOC Heading"/>
    <w:basedOn w:val="Heading1"/>
    <w:next w:val="Normal"/>
    <w:uiPriority w:val="39"/>
    <w:semiHidden/>
    <w:unhideWhenUsed/>
    <w:qFormat/>
    <w:rsid w:val="00EF3317"/>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964E9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glossaryDocument" Target="glossary/document.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DE14829-F425-4DA5-938A-AD5B035A0BDA}"/>
      </w:docPartPr>
      <w:docPartBody>
        <w:p w:rsidR="00B40CAB" w:rsidRDefault="00EC0D99">
          <w:r w:rsidRPr="00051482">
            <w:rPr>
              <w:rStyle w:val="PlaceholderText"/>
            </w:rPr>
            <w:t>Click or tap here to enter text.</w:t>
          </w:r>
        </w:p>
      </w:docPartBody>
    </w:docPart>
    <w:docPart>
      <w:docPartPr>
        <w:name w:val="E0265D68E2D64C9B96C8AE3D0F315241"/>
        <w:category>
          <w:name w:val="General"/>
          <w:gallery w:val="placeholder"/>
        </w:category>
        <w:types>
          <w:type w:val="bbPlcHdr"/>
        </w:types>
        <w:behaviors>
          <w:behavior w:val="content"/>
        </w:behaviors>
        <w:guid w:val="{8910DAB2-6DBC-4944-9EE1-79D2D9197F6D}"/>
      </w:docPartPr>
      <w:docPartBody>
        <w:p w:rsidR="00B40CAB" w:rsidRDefault="005C3FEE" w:rsidP="005C3FEE">
          <w:pPr>
            <w:pStyle w:val="E0265D68E2D64C9B96C8AE3D0F315241"/>
          </w:pPr>
          <w:r w:rsidRPr="00174415">
            <w:rPr>
              <w:rStyle w:val="PlaceholderText"/>
              <w:sz w:val="20"/>
              <w:szCs w:val="20"/>
            </w:rPr>
            <w:t>Click or tap here to enter text.</w:t>
          </w:r>
        </w:p>
      </w:docPartBody>
    </w:docPart>
    <w:docPart>
      <w:docPartPr>
        <w:name w:val="E620B43E18E84C71B0379AD88969DB84"/>
        <w:category>
          <w:name w:val="General"/>
          <w:gallery w:val="placeholder"/>
        </w:category>
        <w:types>
          <w:type w:val="bbPlcHdr"/>
        </w:types>
        <w:behaviors>
          <w:behavior w:val="content"/>
        </w:behaviors>
        <w:guid w:val="{C684B49A-92D4-4DD4-9FF1-C1DAFECC0046}"/>
      </w:docPartPr>
      <w:docPartBody>
        <w:p w:rsidR="00B40CAB" w:rsidRDefault="005C3FEE" w:rsidP="005C3FEE">
          <w:pPr>
            <w:pStyle w:val="E620B43E18E84C71B0379AD88969DB84"/>
          </w:pPr>
          <w:r w:rsidRPr="00174415">
            <w:rPr>
              <w:rStyle w:val="PlaceholderText"/>
              <w:sz w:val="20"/>
              <w:szCs w:val="20"/>
            </w:rPr>
            <w:t>Click or tap here to enter text.</w:t>
          </w:r>
        </w:p>
      </w:docPartBody>
    </w:docPart>
    <w:docPart>
      <w:docPartPr>
        <w:name w:val="C06C2CA03E394E8CB8255434923AAF34"/>
        <w:category>
          <w:name w:val="General"/>
          <w:gallery w:val="placeholder"/>
        </w:category>
        <w:types>
          <w:type w:val="bbPlcHdr"/>
        </w:types>
        <w:behaviors>
          <w:behavior w:val="content"/>
        </w:behaviors>
        <w:guid w:val="{82015CC3-3BC8-4341-9CCF-E859B974078D}"/>
      </w:docPartPr>
      <w:docPartBody>
        <w:p w:rsidR="00B40CAB" w:rsidRDefault="005C3FEE" w:rsidP="005C3FEE">
          <w:pPr>
            <w:pStyle w:val="C06C2CA03E394E8CB8255434923AAF34"/>
          </w:pPr>
          <w:r w:rsidRPr="00174415">
            <w:rPr>
              <w:rStyle w:val="PlaceholderText"/>
              <w:sz w:val="20"/>
              <w:szCs w:val="20"/>
            </w:rPr>
            <w:t>Click or tap to enter a date.</w:t>
          </w:r>
        </w:p>
      </w:docPartBody>
    </w:docPart>
    <w:docPart>
      <w:docPartPr>
        <w:name w:val="382C35B69B0947E3A648E86D1FFCA7A1"/>
        <w:category>
          <w:name w:val="General"/>
          <w:gallery w:val="placeholder"/>
        </w:category>
        <w:types>
          <w:type w:val="bbPlcHdr"/>
        </w:types>
        <w:behaviors>
          <w:behavior w:val="content"/>
        </w:behaviors>
        <w:guid w:val="{D33B33D7-A8A2-47D8-B96E-F11EF6092203}"/>
      </w:docPartPr>
      <w:docPartBody>
        <w:p w:rsidR="00B40CAB" w:rsidRDefault="005C3FEE" w:rsidP="005C3FEE">
          <w:pPr>
            <w:pStyle w:val="382C35B69B0947E3A648E86D1FFCA7A1"/>
          </w:pPr>
          <w:r w:rsidRPr="00174415">
            <w:rPr>
              <w:rStyle w:val="PlaceholderText"/>
              <w:sz w:val="20"/>
              <w:szCs w:val="20"/>
            </w:rPr>
            <w:t>Click or tap here to enter text.</w:t>
          </w:r>
        </w:p>
      </w:docPartBody>
    </w:docPart>
    <w:docPart>
      <w:docPartPr>
        <w:name w:val="7A309E7632424F799B4086301CBCF8BF"/>
        <w:category>
          <w:name w:val="General"/>
          <w:gallery w:val="placeholder"/>
        </w:category>
        <w:types>
          <w:type w:val="bbPlcHdr"/>
        </w:types>
        <w:behaviors>
          <w:behavior w:val="content"/>
        </w:behaviors>
        <w:guid w:val="{35314988-2E34-474E-8678-D0580A4A8614}"/>
      </w:docPartPr>
      <w:docPartBody>
        <w:p w:rsidR="00B40CAB" w:rsidRDefault="005C3FEE" w:rsidP="005C3FEE">
          <w:pPr>
            <w:pStyle w:val="7A309E7632424F799B4086301CBCF8BF"/>
          </w:pPr>
          <w:r w:rsidRPr="00174415">
            <w:rPr>
              <w:rStyle w:val="PlaceholderText"/>
              <w:sz w:val="20"/>
              <w:szCs w:val="20"/>
            </w:rPr>
            <w:t>Click or tap here to enter text.</w:t>
          </w:r>
        </w:p>
      </w:docPartBody>
    </w:docPart>
    <w:docPart>
      <w:docPartPr>
        <w:name w:val="DD6BE9EDBCAE4DD89BC2145032159A9B"/>
        <w:category>
          <w:name w:val="General"/>
          <w:gallery w:val="placeholder"/>
        </w:category>
        <w:types>
          <w:type w:val="bbPlcHdr"/>
        </w:types>
        <w:behaviors>
          <w:behavior w:val="content"/>
        </w:behaviors>
        <w:guid w:val="{3547A250-5DB8-4834-9660-108159408D8D}"/>
      </w:docPartPr>
      <w:docPartBody>
        <w:p w:rsidR="00B40CAB" w:rsidRDefault="005C3FEE" w:rsidP="005C3FEE">
          <w:pPr>
            <w:pStyle w:val="DD6BE9EDBCAE4DD89BC2145032159A9B"/>
          </w:pPr>
          <w:r w:rsidRPr="00174415">
            <w:rPr>
              <w:rStyle w:val="PlaceholderText"/>
              <w:sz w:val="20"/>
              <w:szCs w:val="20"/>
            </w:rPr>
            <w:t>Click or tap to enter a date.</w:t>
          </w:r>
        </w:p>
      </w:docPartBody>
    </w:docPart>
    <w:docPart>
      <w:docPartPr>
        <w:name w:val="5260A9A6E70F41A5809AC94952C9516B"/>
        <w:category>
          <w:name w:val="General"/>
          <w:gallery w:val="placeholder"/>
        </w:category>
        <w:types>
          <w:type w:val="bbPlcHdr"/>
        </w:types>
        <w:behaviors>
          <w:behavior w:val="content"/>
        </w:behaviors>
        <w:guid w:val="{91F57DC3-35FA-47F7-81DB-EBBEF8115757}"/>
      </w:docPartPr>
      <w:docPartBody>
        <w:p w:rsidR="00B40CAB" w:rsidRDefault="005C3FEE" w:rsidP="005C3FEE">
          <w:pPr>
            <w:pStyle w:val="5260A9A6E70F41A5809AC94952C9516B"/>
          </w:pPr>
          <w:r w:rsidRPr="00174415">
            <w:rPr>
              <w:rStyle w:val="PlaceholderText"/>
              <w:sz w:val="20"/>
              <w:szCs w:val="20"/>
            </w:rPr>
            <w:t>Click or tap here to enter text.</w:t>
          </w:r>
        </w:p>
      </w:docPartBody>
    </w:docPart>
    <w:docPart>
      <w:docPartPr>
        <w:name w:val="73B0553CB35043EFB4BB272D111DA322"/>
        <w:category>
          <w:name w:val="General"/>
          <w:gallery w:val="placeholder"/>
        </w:category>
        <w:types>
          <w:type w:val="bbPlcHdr"/>
        </w:types>
        <w:behaviors>
          <w:behavior w:val="content"/>
        </w:behaviors>
        <w:guid w:val="{D9BAA18B-2482-42FB-AD5F-B56C7C1CCF10}"/>
      </w:docPartPr>
      <w:docPartBody>
        <w:p w:rsidR="00B40CAB" w:rsidRDefault="005C3FEE" w:rsidP="005C3FEE">
          <w:pPr>
            <w:pStyle w:val="73B0553CB35043EFB4BB272D111DA322"/>
          </w:pPr>
          <w:r w:rsidRPr="00174415">
            <w:rPr>
              <w:rStyle w:val="PlaceholderText"/>
              <w:sz w:val="20"/>
              <w:szCs w:val="20"/>
            </w:rPr>
            <w:t>Click or tap to enter a date.</w:t>
          </w:r>
        </w:p>
      </w:docPartBody>
    </w:docPart>
    <w:docPart>
      <w:docPartPr>
        <w:name w:val="A21260D7F8E1451DAE14359D4EA494A2"/>
        <w:category>
          <w:name w:val="General"/>
          <w:gallery w:val="placeholder"/>
        </w:category>
        <w:types>
          <w:type w:val="bbPlcHdr"/>
        </w:types>
        <w:behaviors>
          <w:behavior w:val="content"/>
        </w:behaviors>
        <w:guid w:val="{174C81E4-90B5-4432-81F6-91ED3818B716}"/>
      </w:docPartPr>
      <w:docPartBody>
        <w:p w:rsidR="00B40CAB" w:rsidRDefault="005C3FEE" w:rsidP="005C3FEE">
          <w:pPr>
            <w:pStyle w:val="A21260D7F8E1451DAE14359D4EA494A2"/>
          </w:pPr>
          <w:r w:rsidRPr="00174415">
            <w:rPr>
              <w:rStyle w:val="PlaceholderText"/>
              <w:sz w:val="20"/>
              <w:szCs w:val="20"/>
            </w:rPr>
            <w:t>Click or tap here to enter text.</w:t>
          </w:r>
        </w:p>
      </w:docPartBody>
    </w:docPart>
    <w:docPart>
      <w:docPartPr>
        <w:name w:val="9D7BA841526A4413BDC8681C274A49F7"/>
        <w:category>
          <w:name w:val="General"/>
          <w:gallery w:val="placeholder"/>
        </w:category>
        <w:types>
          <w:type w:val="bbPlcHdr"/>
        </w:types>
        <w:behaviors>
          <w:behavior w:val="content"/>
        </w:behaviors>
        <w:guid w:val="{47CFD825-465C-4350-B848-5E0C02FDB4F0}"/>
      </w:docPartPr>
      <w:docPartBody>
        <w:p w:rsidR="00B40CAB" w:rsidRDefault="005C3FEE" w:rsidP="005C3FEE">
          <w:pPr>
            <w:pStyle w:val="9D7BA841526A4413BDC8681C274A49F7"/>
          </w:pPr>
          <w:r w:rsidRPr="00174415">
            <w:rPr>
              <w:rStyle w:val="PlaceholderText"/>
              <w:sz w:val="20"/>
              <w:szCs w:val="20"/>
            </w:rPr>
            <w:t>Click or tap here to enter text.</w:t>
          </w:r>
        </w:p>
      </w:docPartBody>
    </w:docPart>
    <w:docPart>
      <w:docPartPr>
        <w:name w:val="35EB2B0DD5DE480AAF363C43461DE345"/>
        <w:category>
          <w:name w:val="General"/>
          <w:gallery w:val="placeholder"/>
        </w:category>
        <w:types>
          <w:type w:val="bbPlcHdr"/>
        </w:types>
        <w:behaviors>
          <w:behavior w:val="content"/>
        </w:behaviors>
        <w:guid w:val="{BBA7640E-1F1C-4603-BDC3-69E2C4C888E8}"/>
      </w:docPartPr>
      <w:docPartBody>
        <w:p w:rsidR="00B40CAB" w:rsidRDefault="005C3FEE" w:rsidP="005C3FEE">
          <w:pPr>
            <w:pStyle w:val="35EB2B0DD5DE480AAF363C43461DE345"/>
          </w:pPr>
          <w:r w:rsidRPr="00174415">
            <w:rPr>
              <w:rStyle w:val="PlaceholderText"/>
              <w:sz w:val="20"/>
              <w:szCs w:val="20"/>
            </w:rPr>
            <w:t>Click or tap here to enter text.</w:t>
          </w:r>
        </w:p>
      </w:docPartBody>
    </w:docPart>
    <w:docPart>
      <w:docPartPr>
        <w:name w:val="60237100B5554631BE4E4D9A11BDF722"/>
        <w:category>
          <w:name w:val="General"/>
          <w:gallery w:val="placeholder"/>
        </w:category>
        <w:types>
          <w:type w:val="bbPlcHdr"/>
        </w:types>
        <w:behaviors>
          <w:behavior w:val="content"/>
        </w:behaviors>
        <w:guid w:val="{7F24E7E6-2A59-4A33-8F0E-0F485D8404AA}"/>
      </w:docPartPr>
      <w:docPartBody>
        <w:p w:rsidR="00B40CAB" w:rsidRDefault="005C3FEE" w:rsidP="005C3FEE">
          <w:pPr>
            <w:pStyle w:val="60237100B5554631BE4E4D9A11BDF722"/>
          </w:pPr>
          <w:r w:rsidRPr="00174415">
            <w:rPr>
              <w:rStyle w:val="PlaceholderText"/>
              <w:sz w:val="20"/>
              <w:szCs w:val="20"/>
            </w:rPr>
            <w:t>Click or tap to enter a date.</w:t>
          </w:r>
        </w:p>
      </w:docPartBody>
    </w:docPart>
    <w:docPart>
      <w:docPartPr>
        <w:name w:val="88DF96009DB543A88F7B51E8022F0C09"/>
        <w:category>
          <w:name w:val="General"/>
          <w:gallery w:val="placeholder"/>
        </w:category>
        <w:types>
          <w:type w:val="bbPlcHdr"/>
        </w:types>
        <w:behaviors>
          <w:behavior w:val="content"/>
        </w:behaviors>
        <w:guid w:val="{624A4610-14C0-488C-85B5-42ED13D6D854}"/>
      </w:docPartPr>
      <w:docPartBody>
        <w:p w:rsidR="00B40CAB" w:rsidRDefault="005C3FEE" w:rsidP="005C3FEE">
          <w:pPr>
            <w:pStyle w:val="88DF96009DB543A88F7B51E8022F0C09"/>
          </w:pPr>
          <w:r w:rsidRPr="00174415">
            <w:rPr>
              <w:rStyle w:val="PlaceholderText"/>
              <w:sz w:val="20"/>
              <w:szCs w:val="20"/>
            </w:rPr>
            <w:t>Click or tap here to enter text.</w:t>
          </w:r>
        </w:p>
      </w:docPartBody>
    </w:docPart>
    <w:docPart>
      <w:docPartPr>
        <w:name w:val="0933E3DAF031424C987C34BB7802A513"/>
        <w:category>
          <w:name w:val="General"/>
          <w:gallery w:val="placeholder"/>
        </w:category>
        <w:types>
          <w:type w:val="bbPlcHdr"/>
        </w:types>
        <w:behaviors>
          <w:behavior w:val="content"/>
        </w:behaviors>
        <w:guid w:val="{E4398105-BA57-4661-95A8-0F628B8CA1D9}"/>
      </w:docPartPr>
      <w:docPartBody>
        <w:p w:rsidR="00B40CAB" w:rsidRDefault="005C3FEE" w:rsidP="005C3FEE">
          <w:pPr>
            <w:pStyle w:val="0933E3DAF031424C987C34BB7802A513"/>
          </w:pPr>
          <w:r w:rsidRPr="00174415">
            <w:rPr>
              <w:rStyle w:val="PlaceholderText"/>
              <w:sz w:val="20"/>
              <w:szCs w:val="20"/>
            </w:rPr>
            <w:t>Click or tap here to enter text.</w:t>
          </w:r>
        </w:p>
      </w:docPartBody>
    </w:docPart>
    <w:docPart>
      <w:docPartPr>
        <w:name w:val="59B581B8FE5D4A89BDEBB4A1F1A6BD3A"/>
        <w:category>
          <w:name w:val="General"/>
          <w:gallery w:val="placeholder"/>
        </w:category>
        <w:types>
          <w:type w:val="bbPlcHdr"/>
        </w:types>
        <w:behaviors>
          <w:behavior w:val="content"/>
        </w:behaviors>
        <w:guid w:val="{098BB04C-00BD-4CEA-ADD2-9C931C33F0B0}"/>
      </w:docPartPr>
      <w:docPartBody>
        <w:p w:rsidR="00B40CAB" w:rsidRDefault="005C3FEE" w:rsidP="005C3FEE">
          <w:pPr>
            <w:pStyle w:val="59B581B8FE5D4A89BDEBB4A1F1A6BD3A"/>
          </w:pPr>
          <w:r w:rsidRPr="00174415">
            <w:rPr>
              <w:rStyle w:val="PlaceholderText"/>
              <w:sz w:val="20"/>
              <w:szCs w:val="20"/>
            </w:rPr>
            <w:t>Click or tap here to enter text.</w:t>
          </w:r>
        </w:p>
      </w:docPartBody>
    </w:docPart>
    <w:docPart>
      <w:docPartPr>
        <w:name w:val="4FF0518D55CC45E4BF1640ED293D7D8B"/>
        <w:category>
          <w:name w:val="General"/>
          <w:gallery w:val="placeholder"/>
        </w:category>
        <w:types>
          <w:type w:val="bbPlcHdr"/>
        </w:types>
        <w:behaviors>
          <w:behavior w:val="content"/>
        </w:behaviors>
        <w:guid w:val="{DDB51C2C-8D5A-4D87-A783-77EB8B49C563}"/>
      </w:docPartPr>
      <w:docPartBody>
        <w:p w:rsidR="00B40CAB" w:rsidRDefault="005C3FEE" w:rsidP="005C3FEE">
          <w:pPr>
            <w:pStyle w:val="4FF0518D55CC45E4BF1640ED293D7D8B"/>
          </w:pPr>
          <w:r w:rsidRPr="00174415">
            <w:rPr>
              <w:rStyle w:val="PlaceholderText"/>
              <w:sz w:val="20"/>
              <w:szCs w:val="20"/>
            </w:rPr>
            <w:t>Choose an item.</w:t>
          </w:r>
        </w:p>
      </w:docPartBody>
    </w:docPart>
    <w:docPart>
      <w:docPartPr>
        <w:name w:val="9508355F91AC4A3DA9E912959762E546"/>
        <w:category>
          <w:name w:val="General"/>
          <w:gallery w:val="placeholder"/>
        </w:category>
        <w:types>
          <w:type w:val="bbPlcHdr"/>
        </w:types>
        <w:behaviors>
          <w:behavior w:val="content"/>
        </w:behaviors>
        <w:guid w:val="{3D1015AA-4FB4-4B8C-9F7C-AFC596E7210C}"/>
      </w:docPartPr>
      <w:docPartBody>
        <w:p w:rsidR="00B40CAB" w:rsidRDefault="005C3FEE" w:rsidP="005C3FEE">
          <w:pPr>
            <w:pStyle w:val="9508355F91AC4A3DA9E912959762E546"/>
          </w:pPr>
          <w:r w:rsidRPr="00174415">
            <w:rPr>
              <w:rStyle w:val="PlaceholderText"/>
              <w:sz w:val="20"/>
              <w:szCs w:val="20"/>
            </w:rPr>
            <w:t>Click or tap here to enter text.</w:t>
          </w:r>
        </w:p>
      </w:docPartBody>
    </w:docPart>
    <w:docPart>
      <w:docPartPr>
        <w:name w:val="78C7D350AB1740CAB29E2E78280068E8"/>
        <w:category>
          <w:name w:val="General"/>
          <w:gallery w:val="placeholder"/>
        </w:category>
        <w:types>
          <w:type w:val="bbPlcHdr"/>
        </w:types>
        <w:behaviors>
          <w:behavior w:val="content"/>
        </w:behaviors>
        <w:guid w:val="{8F031947-2E97-4EF1-8574-330B6EA55004}"/>
      </w:docPartPr>
      <w:docPartBody>
        <w:p w:rsidR="00B40CAB" w:rsidRDefault="005C3FEE" w:rsidP="005C3FEE">
          <w:pPr>
            <w:pStyle w:val="78C7D350AB1740CAB29E2E78280068E8"/>
          </w:pPr>
          <w:r w:rsidRPr="00174415">
            <w:rPr>
              <w:rStyle w:val="PlaceholderText"/>
              <w:sz w:val="20"/>
              <w:szCs w:val="20"/>
            </w:rPr>
            <w:t>Click or tap here to enter text.</w:t>
          </w:r>
        </w:p>
      </w:docPartBody>
    </w:docPart>
    <w:docPart>
      <w:docPartPr>
        <w:name w:val="834CA5CB397E4517AA01F8536315FFF6"/>
        <w:category>
          <w:name w:val="General"/>
          <w:gallery w:val="placeholder"/>
        </w:category>
        <w:types>
          <w:type w:val="bbPlcHdr"/>
        </w:types>
        <w:behaviors>
          <w:behavior w:val="content"/>
        </w:behaviors>
        <w:guid w:val="{0CE6E973-7063-4F4D-B939-614262DC3919}"/>
      </w:docPartPr>
      <w:docPartBody>
        <w:p w:rsidR="00B40CAB" w:rsidRDefault="005C3FEE" w:rsidP="005C3FEE">
          <w:pPr>
            <w:pStyle w:val="834CA5CB397E4517AA01F8536315FFF6"/>
          </w:pPr>
          <w:r w:rsidRPr="00174415">
            <w:rPr>
              <w:rStyle w:val="PlaceholderText"/>
              <w:sz w:val="18"/>
              <w:szCs w:val="18"/>
            </w:rPr>
            <w:t>Click or tap here to enter text.</w:t>
          </w:r>
        </w:p>
      </w:docPartBody>
    </w:docPart>
    <w:docPart>
      <w:docPartPr>
        <w:name w:val="B12FCF681F4E4664A3B6839DCD97E2D5"/>
        <w:category>
          <w:name w:val="General"/>
          <w:gallery w:val="placeholder"/>
        </w:category>
        <w:types>
          <w:type w:val="bbPlcHdr"/>
        </w:types>
        <w:behaviors>
          <w:behavior w:val="content"/>
        </w:behaviors>
        <w:guid w:val="{74435624-4447-4CB9-BE9C-574B5FFF01C4}"/>
      </w:docPartPr>
      <w:docPartBody>
        <w:p w:rsidR="00B40CAB" w:rsidRDefault="005C3FEE" w:rsidP="005C3FEE">
          <w:pPr>
            <w:pStyle w:val="B12FCF681F4E4664A3B6839DCD97E2D5"/>
          </w:pPr>
          <w:r w:rsidRPr="000B1F1F">
            <w:rPr>
              <w:rStyle w:val="PlaceholderText"/>
              <w:sz w:val="20"/>
              <w:szCs w:val="20"/>
            </w:rPr>
            <w:t>Click or tap here to enter text.</w:t>
          </w:r>
        </w:p>
      </w:docPartBody>
    </w:docPart>
    <w:docPart>
      <w:docPartPr>
        <w:name w:val="707951C4E2444B39B52B3C8ACE0FB0CF"/>
        <w:category>
          <w:name w:val="General"/>
          <w:gallery w:val="placeholder"/>
        </w:category>
        <w:types>
          <w:type w:val="bbPlcHdr"/>
        </w:types>
        <w:behaviors>
          <w:behavior w:val="content"/>
        </w:behaviors>
        <w:guid w:val="{4F9A70B2-3627-4D68-A329-EDC80006155A}"/>
      </w:docPartPr>
      <w:docPartBody>
        <w:p w:rsidR="00B40CAB" w:rsidRDefault="005C3FEE" w:rsidP="005C3FEE">
          <w:pPr>
            <w:pStyle w:val="707951C4E2444B39B52B3C8ACE0FB0CF"/>
          </w:pPr>
          <w:r w:rsidRPr="00174415">
            <w:rPr>
              <w:rStyle w:val="PlaceholderText"/>
              <w:sz w:val="18"/>
              <w:szCs w:val="18"/>
            </w:rPr>
            <w:t>Click or tap here to enter text.</w:t>
          </w:r>
        </w:p>
      </w:docPartBody>
    </w:docPart>
    <w:docPart>
      <w:docPartPr>
        <w:name w:val="377B038314044A50A1E69483E21085F7"/>
        <w:category>
          <w:name w:val="General"/>
          <w:gallery w:val="placeholder"/>
        </w:category>
        <w:types>
          <w:type w:val="bbPlcHdr"/>
        </w:types>
        <w:behaviors>
          <w:behavior w:val="content"/>
        </w:behaviors>
        <w:guid w:val="{605D704E-472F-4BFF-B0B8-4AF6DD99C6AC}"/>
      </w:docPartPr>
      <w:docPartBody>
        <w:p w:rsidR="00B40CAB" w:rsidRDefault="005C3FEE" w:rsidP="005C3FEE">
          <w:pPr>
            <w:pStyle w:val="377B038314044A50A1E69483E21085F7"/>
          </w:pPr>
          <w:r w:rsidRPr="000B1F1F">
            <w:rPr>
              <w:rStyle w:val="PlaceholderText"/>
              <w:sz w:val="20"/>
              <w:szCs w:val="20"/>
            </w:rPr>
            <w:t>Click or tap here to enter text.</w:t>
          </w:r>
        </w:p>
      </w:docPartBody>
    </w:docPart>
    <w:docPart>
      <w:docPartPr>
        <w:name w:val="3B7B44DAEDE1414B80B2E7E48E820901"/>
        <w:category>
          <w:name w:val="General"/>
          <w:gallery w:val="placeholder"/>
        </w:category>
        <w:types>
          <w:type w:val="bbPlcHdr"/>
        </w:types>
        <w:behaviors>
          <w:behavior w:val="content"/>
        </w:behaviors>
        <w:guid w:val="{DD96F63C-0A1F-4F60-8AAE-D6E3A5065E2D}"/>
      </w:docPartPr>
      <w:docPartBody>
        <w:p w:rsidR="00B40CAB" w:rsidRDefault="005C3FEE" w:rsidP="005C3FEE">
          <w:pPr>
            <w:pStyle w:val="3B7B44DAEDE1414B80B2E7E48E820901"/>
          </w:pPr>
          <w:r w:rsidRPr="00174415">
            <w:rPr>
              <w:rStyle w:val="PlaceholderText"/>
              <w:sz w:val="18"/>
              <w:szCs w:val="18"/>
            </w:rPr>
            <w:t>Click or tap here to enter text.</w:t>
          </w:r>
        </w:p>
      </w:docPartBody>
    </w:docPart>
    <w:docPart>
      <w:docPartPr>
        <w:name w:val="E8A9C41D8C0E4017B4468ED4AD54609F"/>
        <w:category>
          <w:name w:val="General"/>
          <w:gallery w:val="placeholder"/>
        </w:category>
        <w:types>
          <w:type w:val="bbPlcHdr"/>
        </w:types>
        <w:behaviors>
          <w:behavior w:val="content"/>
        </w:behaviors>
        <w:guid w:val="{1F9CEC6A-2AED-45A3-9123-152815D01DD2}"/>
      </w:docPartPr>
      <w:docPartBody>
        <w:p w:rsidR="00B40CAB" w:rsidRDefault="005C3FEE" w:rsidP="005C3FEE">
          <w:pPr>
            <w:pStyle w:val="E8A9C41D8C0E4017B4468ED4AD54609F"/>
          </w:pPr>
          <w:r w:rsidRPr="000B1F1F">
            <w:rPr>
              <w:rStyle w:val="PlaceholderText"/>
              <w:sz w:val="20"/>
              <w:szCs w:val="20"/>
            </w:rPr>
            <w:t>Click or tap here to enter text.</w:t>
          </w:r>
        </w:p>
      </w:docPartBody>
    </w:docPart>
    <w:docPart>
      <w:docPartPr>
        <w:name w:val="37707033408646EDB6BF25527B1A1791"/>
        <w:category>
          <w:name w:val="General"/>
          <w:gallery w:val="placeholder"/>
        </w:category>
        <w:types>
          <w:type w:val="bbPlcHdr"/>
        </w:types>
        <w:behaviors>
          <w:behavior w:val="content"/>
        </w:behaviors>
        <w:guid w:val="{ECB84FCF-C989-4368-8687-696AE9D4A56E}"/>
      </w:docPartPr>
      <w:docPartBody>
        <w:p w:rsidR="00B40CAB" w:rsidRDefault="005C3FEE" w:rsidP="005C3FEE">
          <w:pPr>
            <w:pStyle w:val="37707033408646EDB6BF25527B1A1791"/>
          </w:pPr>
          <w:r w:rsidRPr="00174415">
            <w:rPr>
              <w:rStyle w:val="PlaceholderText"/>
              <w:sz w:val="18"/>
              <w:szCs w:val="18"/>
            </w:rPr>
            <w:t>Click or tap here to enter text.</w:t>
          </w:r>
        </w:p>
      </w:docPartBody>
    </w:docPart>
    <w:docPart>
      <w:docPartPr>
        <w:name w:val="FF155212595F4AD9AEAB12E172A2D8FD"/>
        <w:category>
          <w:name w:val="General"/>
          <w:gallery w:val="placeholder"/>
        </w:category>
        <w:types>
          <w:type w:val="bbPlcHdr"/>
        </w:types>
        <w:behaviors>
          <w:behavior w:val="content"/>
        </w:behaviors>
        <w:guid w:val="{EDEE6004-CC71-4DB1-A84D-2ABCCF7D6E07}"/>
      </w:docPartPr>
      <w:docPartBody>
        <w:p w:rsidR="00B40CAB" w:rsidRDefault="005C3FEE" w:rsidP="005C3FEE">
          <w:pPr>
            <w:pStyle w:val="FF155212595F4AD9AEAB12E172A2D8FD"/>
          </w:pPr>
          <w:r w:rsidRPr="000B1F1F">
            <w:rPr>
              <w:rStyle w:val="PlaceholderText"/>
              <w:sz w:val="20"/>
              <w:szCs w:val="20"/>
            </w:rPr>
            <w:t>Click or tap here to enter text.</w:t>
          </w:r>
        </w:p>
      </w:docPartBody>
    </w:docPart>
    <w:docPart>
      <w:docPartPr>
        <w:name w:val="6E3FD6FD895F4568A40A0D93728B95FB"/>
        <w:category>
          <w:name w:val="General"/>
          <w:gallery w:val="placeholder"/>
        </w:category>
        <w:types>
          <w:type w:val="bbPlcHdr"/>
        </w:types>
        <w:behaviors>
          <w:behavior w:val="content"/>
        </w:behaviors>
        <w:guid w:val="{7C3E12D7-1111-4B48-A322-7324673ACE05}"/>
      </w:docPartPr>
      <w:docPartBody>
        <w:p w:rsidR="00B40CAB" w:rsidRDefault="005C3FEE" w:rsidP="005C3FEE">
          <w:pPr>
            <w:pStyle w:val="6E3FD6FD895F4568A40A0D93728B95FB"/>
          </w:pPr>
          <w:r w:rsidRPr="000B1F1F">
            <w:rPr>
              <w:rStyle w:val="PlaceholderText"/>
              <w:sz w:val="20"/>
              <w:szCs w:val="20"/>
            </w:rPr>
            <w:t>Click or tap here to enter text.</w:t>
          </w:r>
        </w:p>
      </w:docPartBody>
    </w:docPart>
    <w:docPart>
      <w:docPartPr>
        <w:name w:val="99F73345FE714FC1AAD7336241E5F5E5"/>
        <w:category>
          <w:name w:val="General"/>
          <w:gallery w:val="placeholder"/>
        </w:category>
        <w:types>
          <w:type w:val="bbPlcHdr"/>
        </w:types>
        <w:behaviors>
          <w:behavior w:val="content"/>
        </w:behaviors>
        <w:guid w:val="{54EF36A1-32A6-49C1-BE10-7B89A88C674A}"/>
      </w:docPartPr>
      <w:docPartBody>
        <w:p w:rsidR="00B40CAB" w:rsidRDefault="005C3FEE" w:rsidP="005C3FEE">
          <w:pPr>
            <w:pStyle w:val="99F73345FE714FC1AAD7336241E5F5E5"/>
          </w:pPr>
          <w:r w:rsidRPr="000B1F1F">
            <w:rPr>
              <w:rStyle w:val="PlaceholderText"/>
              <w:sz w:val="20"/>
              <w:szCs w:val="20"/>
            </w:rPr>
            <w:t>Click or tap here to enter text.</w:t>
          </w:r>
        </w:p>
      </w:docPartBody>
    </w:docPart>
    <w:docPart>
      <w:docPartPr>
        <w:name w:val="AEDEF4CC8D3C41AF933ACEE04F25F873"/>
        <w:category>
          <w:name w:val="General"/>
          <w:gallery w:val="placeholder"/>
        </w:category>
        <w:types>
          <w:type w:val="bbPlcHdr"/>
        </w:types>
        <w:behaviors>
          <w:behavior w:val="content"/>
        </w:behaviors>
        <w:guid w:val="{762A7E4F-B1F3-4DFA-A7E0-BFB4475DE0F1}"/>
      </w:docPartPr>
      <w:docPartBody>
        <w:p w:rsidR="00B40CAB" w:rsidRDefault="005C3FEE" w:rsidP="005C3FEE">
          <w:pPr>
            <w:pStyle w:val="AEDEF4CC8D3C41AF933ACEE04F25F873"/>
          </w:pPr>
          <w:r w:rsidRPr="000B1F1F">
            <w:rPr>
              <w:rStyle w:val="PlaceholderText"/>
              <w:sz w:val="20"/>
              <w:szCs w:val="20"/>
            </w:rPr>
            <w:t>Click or tap here to enter text.</w:t>
          </w:r>
        </w:p>
      </w:docPartBody>
    </w:docPart>
    <w:docPart>
      <w:docPartPr>
        <w:name w:val="8ACA1FEEE060491BAC4DEBA98A10CC6A"/>
        <w:category>
          <w:name w:val="General"/>
          <w:gallery w:val="placeholder"/>
        </w:category>
        <w:types>
          <w:type w:val="bbPlcHdr"/>
        </w:types>
        <w:behaviors>
          <w:behavior w:val="content"/>
        </w:behaviors>
        <w:guid w:val="{36FB1042-B39E-4DED-BF21-661429827002}"/>
      </w:docPartPr>
      <w:docPartBody>
        <w:p w:rsidR="00B40CAB" w:rsidRDefault="005C3FEE" w:rsidP="005C3FEE">
          <w:pPr>
            <w:pStyle w:val="8ACA1FEEE060491BAC4DEBA98A10CC6A"/>
          </w:pPr>
          <w:r w:rsidRPr="000B1F1F">
            <w:rPr>
              <w:rStyle w:val="PlaceholderText"/>
              <w:sz w:val="20"/>
              <w:szCs w:val="20"/>
            </w:rPr>
            <w:t>Click or tap here to enter text.</w:t>
          </w:r>
        </w:p>
      </w:docPartBody>
    </w:docPart>
    <w:docPart>
      <w:docPartPr>
        <w:name w:val="97EF3053B7834212B24CE3EC6AE0DDDF"/>
        <w:category>
          <w:name w:val="General"/>
          <w:gallery w:val="placeholder"/>
        </w:category>
        <w:types>
          <w:type w:val="bbPlcHdr"/>
        </w:types>
        <w:behaviors>
          <w:behavior w:val="content"/>
        </w:behaviors>
        <w:guid w:val="{9F8822D1-D44D-4483-B776-72E8F788623C}"/>
      </w:docPartPr>
      <w:docPartBody>
        <w:p w:rsidR="00B40CAB" w:rsidRDefault="005C3FEE" w:rsidP="005C3FEE">
          <w:pPr>
            <w:pStyle w:val="97EF3053B7834212B24CE3EC6AE0DDDF"/>
          </w:pPr>
          <w:r w:rsidRPr="000B1F1F">
            <w:rPr>
              <w:rStyle w:val="PlaceholderText"/>
              <w:sz w:val="20"/>
              <w:szCs w:val="20"/>
            </w:rPr>
            <w:t>Click or tap here to enter text.</w:t>
          </w:r>
        </w:p>
      </w:docPartBody>
    </w:docPart>
    <w:docPart>
      <w:docPartPr>
        <w:name w:val="953D5281CAF947809BE7A8847362F047"/>
        <w:category>
          <w:name w:val="General"/>
          <w:gallery w:val="placeholder"/>
        </w:category>
        <w:types>
          <w:type w:val="bbPlcHdr"/>
        </w:types>
        <w:behaviors>
          <w:behavior w:val="content"/>
        </w:behaviors>
        <w:guid w:val="{8412AA76-B883-4317-986F-F382E2758857}"/>
      </w:docPartPr>
      <w:docPartBody>
        <w:p w:rsidR="00B40CAB" w:rsidRDefault="005C3FEE" w:rsidP="005C3FEE">
          <w:pPr>
            <w:pStyle w:val="953D5281CAF947809BE7A8847362F047"/>
          </w:pPr>
          <w:r w:rsidRPr="000B1F1F">
            <w:rPr>
              <w:rStyle w:val="PlaceholderText"/>
              <w:sz w:val="20"/>
              <w:szCs w:val="20"/>
            </w:rPr>
            <w:t>Click or tap here to enter text.</w:t>
          </w:r>
        </w:p>
      </w:docPartBody>
    </w:docPart>
    <w:docPart>
      <w:docPartPr>
        <w:name w:val="8B6BCFD3AA1A426F9DA0E8345F49B000"/>
        <w:category>
          <w:name w:val="General"/>
          <w:gallery w:val="placeholder"/>
        </w:category>
        <w:types>
          <w:type w:val="bbPlcHdr"/>
        </w:types>
        <w:behaviors>
          <w:behavior w:val="content"/>
        </w:behaviors>
        <w:guid w:val="{69D59173-CF77-4353-BF32-20D1946E4243}"/>
      </w:docPartPr>
      <w:docPartBody>
        <w:p w:rsidR="00B40CAB" w:rsidRDefault="005C3FEE" w:rsidP="005C3FEE">
          <w:pPr>
            <w:pStyle w:val="8B6BCFD3AA1A426F9DA0E8345F49B000"/>
          </w:pPr>
          <w:r w:rsidRPr="000B1F1F">
            <w:rPr>
              <w:rStyle w:val="PlaceholderText"/>
              <w:sz w:val="20"/>
              <w:szCs w:val="20"/>
            </w:rPr>
            <w:t>Click or tap here to enter text.</w:t>
          </w:r>
        </w:p>
      </w:docPartBody>
    </w:docPart>
    <w:docPart>
      <w:docPartPr>
        <w:name w:val="833B95A875794D2D803A627615D800C9"/>
        <w:category>
          <w:name w:val="General"/>
          <w:gallery w:val="placeholder"/>
        </w:category>
        <w:types>
          <w:type w:val="bbPlcHdr"/>
        </w:types>
        <w:behaviors>
          <w:behavior w:val="content"/>
        </w:behaviors>
        <w:guid w:val="{FE46E021-F2DB-4131-AF73-E0706FCFC1F7}"/>
      </w:docPartPr>
      <w:docPartBody>
        <w:p w:rsidR="00B40CAB" w:rsidRDefault="005C3FEE" w:rsidP="005C3FEE">
          <w:pPr>
            <w:pStyle w:val="833B95A875794D2D803A627615D800C9"/>
          </w:pPr>
          <w:r w:rsidRPr="000B1F1F">
            <w:rPr>
              <w:rStyle w:val="PlaceholderText"/>
              <w:sz w:val="20"/>
              <w:szCs w:val="20"/>
            </w:rPr>
            <w:t>Click or tap here to enter text.</w:t>
          </w:r>
        </w:p>
      </w:docPartBody>
    </w:docPart>
    <w:docPart>
      <w:docPartPr>
        <w:name w:val="3BA3E5C549994F0CAF293A4293E0D716"/>
        <w:category>
          <w:name w:val="General"/>
          <w:gallery w:val="placeholder"/>
        </w:category>
        <w:types>
          <w:type w:val="bbPlcHdr"/>
        </w:types>
        <w:behaviors>
          <w:behavior w:val="content"/>
        </w:behaviors>
        <w:guid w:val="{F159BF33-E4B0-46B4-9D08-D5FE58669EC6}"/>
      </w:docPartPr>
      <w:docPartBody>
        <w:p w:rsidR="00B40CAB" w:rsidRDefault="005C3FEE" w:rsidP="005C3FEE">
          <w:pPr>
            <w:pStyle w:val="3BA3E5C549994F0CAF293A4293E0D716"/>
          </w:pPr>
          <w:r w:rsidRPr="000B1F1F">
            <w:rPr>
              <w:rStyle w:val="PlaceholderText"/>
              <w:sz w:val="20"/>
              <w:szCs w:val="20"/>
            </w:rPr>
            <w:t>Click or tap here to enter text.</w:t>
          </w:r>
        </w:p>
      </w:docPartBody>
    </w:docPart>
    <w:docPart>
      <w:docPartPr>
        <w:name w:val="792638FF64324975907300F36B56C6F2"/>
        <w:category>
          <w:name w:val="General"/>
          <w:gallery w:val="placeholder"/>
        </w:category>
        <w:types>
          <w:type w:val="bbPlcHdr"/>
        </w:types>
        <w:behaviors>
          <w:behavior w:val="content"/>
        </w:behaviors>
        <w:guid w:val="{D578D106-85CD-42A5-A4ED-B33865AD87A1}"/>
      </w:docPartPr>
      <w:docPartBody>
        <w:p w:rsidR="00B40CAB" w:rsidRDefault="005C3FEE" w:rsidP="005C3FEE">
          <w:pPr>
            <w:pStyle w:val="792638FF64324975907300F36B56C6F2"/>
          </w:pPr>
          <w:r w:rsidRPr="000B1F1F">
            <w:rPr>
              <w:rStyle w:val="PlaceholderText"/>
              <w:sz w:val="20"/>
              <w:szCs w:val="20"/>
            </w:rPr>
            <w:t>Click or tap here to enter text.</w:t>
          </w:r>
        </w:p>
      </w:docPartBody>
    </w:docPart>
    <w:docPart>
      <w:docPartPr>
        <w:name w:val="500F02FF033D41F8B94E3FA98C7CD70C"/>
        <w:category>
          <w:name w:val="General"/>
          <w:gallery w:val="placeholder"/>
        </w:category>
        <w:types>
          <w:type w:val="bbPlcHdr"/>
        </w:types>
        <w:behaviors>
          <w:behavior w:val="content"/>
        </w:behaviors>
        <w:guid w:val="{357B6AA3-176C-4C93-A192-8713985E94F3}"/>
      </w:docPartPr>
      <w:docPartBody>
        <w:p w:rsidR="00B40CAB" w:rsidRDefault="005C3FEE" w:rsidP="005C3FEE">
          <w:pPr>
            <w:pStyle w:val="500F02FF033D41F8B94E3FA98C7CD70C"/>
          </w:pPr>
          <w:r w:rsidRPr="000B1F1F">
            <w:rPr>
              <w:rStyle w:val="PlaceholderText"/>
              <w:sz w:val="20"/>
              <w:szCs w:val="20"/>
            </w:rPr>
            <w:t>Click or tap here to enter text.</w:t>
          </w:r>
        </w:p>
      </w:docPartBody>
    </w:docPart>
    <w:docPart>
      <w:docPartPr>
        <w:name w:val="7A4879296C0F423E837D394E6D052529"/>
        <w:category>
          <w:name w:val="General"/>
          <w:gallery w:val="placeholder"/>
        </w:category>
        <w:types>
          <w:type w:val="bbPlcHdr"/>
        </w:types>
        <w:behaviors>
          <w:behavior w:val="content"/>
        </w:behaviors>
        <w:guid w:val="{A8E783FA-98EE-4823-B181-566917F0763A}"/>
      </w:docPartPr>
      <w:docPartBody>
        <w:p w:rsidR="00B40CAB" w:rsidRDefault="005C3FEE" w:rsidP="005C3FEE">
          <w:pPr>
            <w:pStyle w:val="7A4879296C0F423E837D394E6D052529"/>
          </w:pPr>
          <w:r w:rsidRPr="00051482">
            <w:rPr>
              <w:rStyle w:val="PlaceholderText"/>
            </w:rPr>
            <w:t>Choose an item.</w:t>
          </w:r>
        </w:p>
      </w:docPartBody>
    </w:docPart>
    <w:docPart>
      <w:docPartPr>
        <w:name w:val="E9B3AD5642BB4A338F30D44F3700381C"/>
        <w:category>
          <w:name w:val="General"/>
          <w:gallery w:val="placeholder"/>
        </w:category>
        <w:types>
          <w:type w:val="bbPlcHdr"/>
        </w:types>
        <w:behaviors>
          <w:behavior w:val="content"/>
        </w:behaviors>
        <w:guid w:val="{98BC0043-4C1E-4DFC-B69F-DE8E4B523075}"/>
      </w:docPartPr>
      <w:docPartBody>
        <w:p w:rsidR="00B40CAB" w:rsidRDefault="00B130BC" w:rsidP="00B130BC">
          <w:pPr>
            <w:pStyle w:val="E9B3AD5642BB4A338F30D44F3700381C6"/>
          </w:pPr>
          <w:r w:rsidRPr="00430B56">
            <w:rPr>
              <w:rStyle w:val="PlaceholderText"/>
              <w:sz w:val="20"/>
              <w:szCs w:val="20"/>
            </w:rPr>
            <w:t>Click or tap here to enter text.</w:t>
          </w:r>
        </w:p>
      </w:docPartBody>
    </w:docPart>
    <w:docPart>
      <w:docPartPr>
        <w:name w:val="F33767B0F0BE4CFF90DF480843F306AD"/>
        <w:category>
          <w:name w:val="General"/>
          <w:gallery w:val="placeholder"/>
        </w:category>
        <w:types>
          <w:type w:val="bbPlcHdr"/>
        </w:types>
        <w:behaviors>
          <w:behavior w:val="content"/>
        </w:behaviors>
        <w:guid w:val="{A9C33FA6-ABED-46B9-B82D-519077F8E29A}"/>
      </w:docPartPr>
      <w:docPartBody>
        <w:p w:rsidR="00B40CAB" w:rsidRDefault="005C3FEE" w:rsidP="005C3FEE">
          <w:pPr>
            <w:pStyle w:val="F33767B0F0BE4CFF90DF480843F306AD"/>
          </w:pPr>
          <w:r w:rsidRPr="006D7AFB">
            <w:rPr>
              <w:rStyle w:val="PlaceholderText"/>
              <w:sz w:val="20"/>
              <w:szCs w:val="20"/>
            </w:rPr>
            <w:t>Click or tap here to enter text.</w:t>
          </w:r>
        </w:p>
      </w:docPartBody>
    </w:docPart>
    <w:docPart>
      <w:docPartPr>
        <w:name w:val="35E4516DAEA54319B7F87886E61D4051"/>
        <w:category>
          <w:name w:val="General"/>
          <w:gallery w:val="placeholder"/>
        </w:category>
        <w:types>
          <w:type w:val="bbPlcHdr"/>
        </w:types>
        <w:behaviors>
          <w:behavior w:val="content"/>
        </w:behaviors>
        <w:guid w:val="{A1C7818A-966C-4F2F-AAE8-676531F250FA}"/>
      </w:docPartPr>
      <w:docPartBody>
        <w:p w:rsidR="00B40CAB" w:rsidRDefault="005C3FEE" w:rsidP="005C3FEE">
          <w:pPr>
            <w:pStyle w:val="35E4516DAEA54319B7F87886E61D4051"/>
          </w:pPr>
          <w:r w:rsidRPr="00B43E4A">
            <w:rPr>
              <w:rStyle w:val="PlaceholderText"/>
              <w:sz w:val="20"/>
              <w:szCs w:val="20"/>
            </w:rPr>
            <w:t>Click or tap to enter a date.</w:t>
          </w:r>
        </w:p>
      </w:docPartBody>
    </w:docPart>
    <w:docPart>
      <w:docPartPr>
        <w:name w:val="F4079420553B4ABD96556EFF80E72FE0"/>
        <w:category>
          <w:name w:val="General"/>
          <w:gallery w:val="placeholder"/>
        </w:category>
        <w:types>
          <w:type w:val="bbPlcHdr"/>
        </w:types>
        <w:behaviors>
          <w:behavior w:val="content"/>
        </w:behaviors>
        <w:guid w:val="{A0FE124C-E11C-43AD-885F-B59DFAF45F81}"/>
      </w:docPartPr>
      <w:docPartBody>
        <w:p w:rsidR="00B40CAB" w:rsidRDefault="005C3FEE" w:rsidP="005C3FEE">
          <w:pPr>
            <w:pStyle w:val="F4079420553B4ABD96556EFF80E72FE0"/>
          </w:pPr>
          <w:r w:rsidRPr="00E93460">
            <w:rPr>
              <w:rStyle w:val="PlaceholderText"/>
              <w:sz w:val="20"/>
              <w:szCs w:val="20"/>
            </w:rPr>
            <w:t>Click or tap here to enter text.</w:t>
          </w:r>
        </w:p>
      </w:docPartBody>
    </w:docPart>
    <w:docPart>
      <w:docPartPr>
        <w:name w:val="46832A31EEFA4A3599575F0CCDC87EB4"/>
        <w:category>
          <w:name w:val="General"/>
          <w:gallery w:val="placeholder"/>
        </w:category>
        <w:types>
          <w:type w:val="bbPlcHdr"/>
        </w:types>
        <w:behaviors>
          <w:behavior w:val="content"/>
        </w:behaviors>
        <w:guid w:val="{0C81D36C-5AF5-4972-A169-B6CEBFAF7DEE}"/>
      </w:docPartPr>
      <w:docPartBody>
        <w:p w:rsidR="00B40CAB" w:rsidRDefault="005C3FEE" w:rsidP="005C3FEE">
          <w:pPr>
            <w:pStyle w:val="46832A31EEFA4A3599575F0CCDC87EB4"/>
          </w:pPr>
          <w:r w:rsidRPr="00E93460">
            <w:rPr>
              <w:rStyle w:val="PlaceholderText"/>
              <w:sz w:val="20"/>
              <w:szCs w:val="20"/>
            </w:rPr>
            <w:t>Click or tap to enter a date.</w:t>
          </w:r>
        </w:p>
      </w:docPartBody>
    </w:docPart>
    <w:docPart>
      <w:docPartPr>
        <w:name w:val="D47E62BF689B400EB076B6501EBD90C8"/>
        <w:category>
          <w:name w:val="General"/>
          <w:gallery w:val="placeholder"/>
        </w:category>
        <w:types>
          <w:type w:val="bbPlcHdr"/>
        </w:types>
        <w:behaviors>
          <w:behavior w:val="content"/>
        </w:behaviors>
        <w:guid w:val="{EBFBE15C-CEEA-44C1-9E4A-1D2D515D5CA0}"/>
      </w:docPartPr>
      <w:docPartBody>
        <w:p w:rsidR="00B40CAB" w:rsidRDefault="005C3FEE" w:rsidP="005C3FEE">
          <w:pPr>
            <w:pStyle w:val="D47E62BF689B400EB076B6501EBD90C8"/>
          </w:pPr>
          <w:r w:rsidRPr="00343F90">
            <w:rPr>
              <w:rStyle w:val="PlaceholderText"/>
              <w:sz w:val="18"/>
              <w:szCs w:val="18"/>
            </w:rPr>
            <w:t>Click or tap to enter a date.</w:t>
          </w:r>
        </w:p>
      </w:docPartBody>
    </w:docPart>
    <w:docPart>
      <w:docPartPr>
        <w:name w:val="6B9FDBA4D2A44964975CB7FBE8DBA1D4"/>
        <w:category>
          <w:name w:val="General"/>
          <w:gallery w:val="placeholder"/>
        </w:category>
        <w:types>
          <w:type w:val="bbPlcHdr"/>
        </w:types>
        <w:behaviors>
          <w:behavior w:val="content"/>
        </w:behaviors>
        <w:guid w:val="{86DEEA93-CF59-468F-905A-E43EB2451CE8}"/>
      </w:docPartPr>
      <w:docPartBody>
        <w:p w:rsidR="00311F3D" w:rsidRDefault="005C3FEE" w:rsidP="005C3FEE">
          <w:pPr>
            <w:pStyle w:val="6B9FDBA4D2A44964975CB7FBE8DBA1D4"/>
          </w:pPr>
          <w:r w:rsidRPr="004F5A9F">
            <w:rPr>
              <w:rStyle w:val="PlaceholderText"/>
              <w:sz w:val="16"/>
              <w:szCs w:val="16"/>
            </w:rPr>
            <w:t>Click or tap here to enter text</w:t>
          </w:r>
          <w:r w:rsidRPr="00051482">
            <w:rPr>
              <w:rStyle w:val="PlaceholderText"/>
            </w:rPr>
            <w:t>.</w:t>
          </w:r>
        </w:p>
      </w:docPartBody>
    </w:docPart>
    <w:docPart>
      <w:docPartPr>
        <w:name w:val="A9D91CBFD1AF4E30A22F99ADB47987F4"/>
        <w:category>
          <w:name w:val="General"/>
          <w:gallery w:val="placeholder"/>
        </w:category>
        <w:types>
          <w:type w:val="bbPlcHdr"/>
        </w:types>
        <w:behaviors>
          <w:behavior w:val="content"/>
        </w:behaviors>
        <w:guid w:val="{DFA83D39-B0AB-4064-B9C6-07CAE0A6B48A}"/>
      </w:docPartPr>
      <w:docPartBody>
        <w:p w:rsidR="00311F3D" w:rsidRDefault="005C3FEE" w:rsidP="005C3FEE">
          <w:pPr>
            <w:pStyle w:val="A9D91CBFD1AF4E30A22F99ADB47987F4"/>
          </w:pPr>
          <w:r w:rsidRPr="004F5A9F">
            <w:rPr>
              <w:rStyle w:val="PlaceholderText"/>
              <w:sz w:val="18"/>
              <w:szCs w:val="18"/>
            </w:rPr>
            <w:t>Click or tap to enter a date</w:t>
          </w:r>
          <w:r w:rsidRPr="00EC7BF1">
            <w:rPr>
              <w:rStyle w:val="PlaceholderText"/>
            </w:rPr>
            <w:t>.</w:t>
          </w:r>
        </w:p>
      </w:docPartBody>
    </w:docPart>
    <w:docPart>
      <w:docPartPr>
        <w:name w:val="E180F2BD988B4EF7BCA4B81CDB8614F2"/>
        <w:category>
          <w:name w:val="General"/>
          <w:gallery w:val="placeholder"/>
        </w:category>
        <w:types>
          <w:type w:val="bbPlcHdr"/>
        </w:types>
        <w:behaviors>
          <w:behavior w:val="content"/>
        </w:behaviors>
        <w:guid w:val="{33DDC980-AB03-43F9-A473-A4E72CD61363}"/>
      </w:docPartPr>
      <w:docPartBody>
        <w:p w:rsidR="00EB6876" w:rsidRDefault="005C3FEE" w:rsidP="005C3FEE">
          <w:pPr>
            <w:pStyle w:val="E180F2BD988B4EF7BCA4B81CDB8614F2"/>
          </w:pPr>
          <w:r w:rsidRPr="00051482">
            <w:rPr>
              <w:rStyle w:val="PlaceholderText"/>
            </w:rPr>
            <w:t>Click or tap here to enter text.</w:t>
          </w:r>
        </w:p>
      </w:docPartBody>
    </w:docPart>
    <w:docPart>
      <w:docPartPr>
        <w:name w:val="4A56016CEC0D4EB4B965E12502433212"/>
        <w:category>
          <w:name w:val="General"/>
          <w:gallery w:val="placeholder"/>
        </w:category>
        <w:types>
          <w:type w:val="bbPlcHdr"/>
        </w:types>
        <w:behaviors>
          <w:behavior w:val="content"/>
        </w:behaviors>
        <w:guid w:val="{4ADAD53F-DF60-4D42-A6FD-1D4FA028B7D9}"/>
      </w:docPartPr>
      <w:docPartBody>
        <w:p w:rsidR="00EB6876" w:rsidRDefault="005C3FEE" w:rsidP="005C3FEE">
          <w:pPr>
            <w:pStyle w:val="4A56016CEC0D4EB4B965E12502433212"/>
          </w:pPr>
          <w:r w:rsidRPr="00051482">
            <w:rPr>
              <w:rStyle w:val="PlaceholderText"/>
            </w:rPr>
            <w:t>Click or tap here to enter text.</w:t>
          </w:r>
        </w:p>
      </w:docPartBody>
    </w:docPart>
    <w:docPart>
      <w:docPartPr>
        <w:name w:val="1890B7720DDF4F6799431DCD4CADF664"/>
        <w:category>
          <w:name w:val="General"/>
          <w:gallery w:val="placeholder"/>
        </w:category>
        <w:types>
          <w:type w:val="bbPlcHdr"/>
        </w:types>
        <w:behaviors>
          <w:behavior w:val="content"/>
        </w:behaviors>
        <w:guid w:val="{BB54BF17-8A66-4518-A6C8-1509BFF9C184}"/>
      </w:docPartPr>
      <w:docPartBody>
        <w:p w:rsidR="00EB6876" w:rsidRDefault="005C3FEE" w:rsidP="005C3FEE">
          <w:pPr>
            <w:pStyle w:val="1890B7720DDF4F6799431DCD4CADF664"/>
          </w:pPr>
          <w:r w:rsidRPr="00AF231D">
            <w:rPr>
              <w:rStyle w:val="PlaceholderText"/>
              <w:sz w:val="18"/>
              <w:szCs w:val="18"/>
            </w:rPr>
            <w:t>Click or tap here to enter text.</w:t>
          </w:r>
        </w:p>
      </w:docPartBody>
    </w:docPart>
    <w:docPart>
      <w:docPartPr>
        <w:name w:val="2AF67EA00D9543E5B05FE7435E78C712"/>
        <w:category>
          <w:name w:val="General"/>
          <w:gallery w:val="placeholder"/>
        </w:category>
        <w:types>
          <w:type w:val="bbPlcHdr"/>
        </w:types>
        <w:behaviors>
          <w:behavior w:val="content"/>
        </w:behaviors>
        <w:guid w:val="{5346D810-9BA5-435B-8E03-75D7386E2833}"/>
      </w:docPartPr>
      <w:docPartBody>
        <w:p w:rsidR="00EB6876" w:rsidRDefault="005C3FEE" w:rsidP="005C3FEE">
          <w:pPr>
            <w:pStyle w:val="2AF67EA00D9543E5B05FE7435E78C712"/>
          </w:pPr>
          <w:r w:rsidRPr="00AF231D">
            <w:rPr>
              <w:rStyle w:val="PlaceholderText"/>
              <w:sz w:val="20"/>
              <w:szCs w:val="20"/>
            </w:rPr>
            <w:t>Click or tap here to enter text</w:t>
          </w:r>
          <w:r w:rsidRPr="0005148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D99"/>
    <w:rsid w:val="00311F3D"/>
    <w:rsid w:val="00500DDD"/>
    <w:rsid w:val="005C3FEE"/>
    <w:rsid w:val="006A3816"/>
    <w:rsid w:val="006B1611"/>
    <w:rsid w:val="007E7578"/>
    <w:rsid w:val="00AE1D0E"/>
    <w:rsid w:val="00B130BC"/>
    <w:rsid w:val="00B40CAB"/>
    <w:rsid w:val="00B441FB"/>
    <w:rsid w:val="00C23828"/>
    <w:rsid w:val="00EB6876"/>
    <w:rsid w:val="00EC0D99"/>
    <w:rsid w:val="00F92DC7"/>
    <w:rsid w:val="00FD74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C3FEE"/>
    <w:rPr>
      <w:color w:val="666666"/>
    </w:rPr>
  </w:style>
  <w:style w:type="paragraph" w:customStyle="1" w:styleId="E0265D68E2D64C9B96C8AE3D0F3152418">
    <w:name w:val="E0265D68E2D64C9B96C8AE3D0F3152418"/>
    <w:rsid w:val="00B130BC"/>
    <w:pPr>
      <w:spacing w:after="200" w:line="288" w:lineRule="auto"/>
    </w:pPr>
    <w:rPr>
      <w:kern w:val="0"/>
      <w:sz w:val="21"/>
      <w:szCs w:val="21"/>
      <w:lang w:val="en-US" w:eastAsia="en-US"/>
      <w14:ligatures w14:val="none"/>
    </w:rPr>
  </w:style>
  <w:style w:type="paragraph" w:customStyle="1" w:styleId="E620B43E18E84C71B0379AD88969DB848">
    <w:name w:val="E620B43E18E84C71B0379AD88969DB848"/>
    <w:rsid w:val="00B130BC"/>
    <w:pPr>
      <w:spacing w:after="200" w:line="288" w:lineRule="auto"/>
    </w:pPr>
    <w:rPr>
      <w:kern w:val="0"/>
      <w:sz w:val="21"/>
      <w:szCs w:val="21"/>
      <w:lang w:val="en-US" w:eastAsia="en-US"/>
      <w14:ligatures w14:val="none"/>
    </w:rPr>
  </w:style>
  <w:style w:type="paragraph" w:customStyle="1" w:styleId="C06C2CA03E394E8CB8255434923AAF348">
    <w:name w:val="C06C2CA03E394E8CB8255434923AAF348"/>
    <w:rsid w:val="00B130BC"/>
    <w:pPr>
      <w:spacing w:after="200" w:line="288" w:lineRule="auto"/>
    </w:pPr>
    <w:rPr>
      <w:kern w:val="0"/>
      <w:sz w:val="21"/>
      <w:szCs w:val="21"/>
      <w:lang w:val="en-US" w:eastAsia="en-US"/>
      <w14:ligatures w14:val="none"/>
    </w:rPr>
  </w:style>
  <w:style w:type="paragraph" w:customStyle="1" w:styleId="382C35B69B0947E3A648E86D1FFCA7A18">
    <w:name w:val="382C35B69B0947E3A648E86D1FFCA7A18"/>
    <w:rsid w:val="00B130BC"/>
    <w:pPr>
      <w:spacing w:after="200" w:line="288" w:lineRule="auto"/>
    </w:pPr>
    <w:rPr>
      <w:kern w:val="0"/>
      <w:sz w:val="21"/>
      <w:szCs w:val="21"/>
      <w:lang w:val="en-US" w:eastAsia="en-US"/>
      <w14:ligatures w14:val="none"/>
    </w:rPr>
  </w:style>
  <w:style w:type="paragraph" w:customStyle="1" w:styleId="BD902EEA1D444DA48BB44C8F748C2B9C5">
    <w:name w:val="BD902EEA1D444DA48BB44C8F748C2B9C5"/>
    <w:rsid w:val="00B130BC"/>
    <w:pPr>
      <w:spacing w:after="200" w:line="288" w:lineRule="auto"/>
    </w:pPr>
    <w:rPr>
      <w:kern w:val="0"/>
      <w:sz w:val="21"/>
      <w:szCs w:val="21"/>
      <w:lang w:val="en-US" w:eastAsia="en-US"/>
      <w14:ligatures w14:val="none"/>
    </w:rPr>
  </w:style>
  <w:style w:type="paragraph" w:customStyle="1" w:styleId="109C3CAD09CA441B8B3498079D38E8FA4">
    <w:name w:val="109C3CAD09CA441B8B3498079D38E8FA4"/>
    <w:rsid w:val="00B130BC"/>
    <w:pPr>
      <w:spacing w:after="200" w:line="288" w:lineRule="auto"/>
    </w:pPr>
    <w:rPr>
      <w:kern w:val="0"/>
      <w:sz w:val="21"/>
      <w:szCs w:val="21"/>
      <w:lang w:val="en-US" w:eastAsia="en-US"/>
      <w14:ligatures w14:val="none"/>
    </w:rPr>
  </w:style>
  <w:style w:type="paragraph" w:customStyle="1" w:styleId="7A309E7632424F799B4086301CBCF8BF6">
    <w:name w:val="7A309E7632424F799B4086301CBCF8BF6"/>
    <w:rsid w:val="00B130BC"/>
    <w:pPr>
      <w:spacing w:after="200" w:line="288" w:lineRule="auto"/>
    </w:pPr>
    <w:rPr>
      <w:kern w:val="0"/>
      <w:sz w:val="21"/>
      <w:szCs w:val="21"/>
      <w:lang w:val="en-US" w:eastAsia="en-US"/>
      <w14:ligatures w14:val="none"/>
    </w:rPr>
  </w:style>
  <w:style w:type="paragraph" w:customStyle="1" w:styleId="DD6BE9EDBCAE4DD89BC2145032159A9B6">
    <w:name w:val="DD6BE9EDBCAE4DD89BC2145032159A9B6"/>
    <w:rsid w:val="00B130BC"/>
    <w:pPr>
      <w:spacing w:after="200" w:line="288" w:lineRule="auto"/>
    </w:pPr>
    <w:rPr>
      <w:kern w:val="0"/>
      <w:sz w:val="21"/>
      <w:szCs w:val="21"/>
      <w:lang w:val="en-US" w:eastAsia="en-US"/>
      <w14:ligatures w14:val="none"/>
    </w:rPr>
  </w:style>
  <w:style w:type="paragraph" w:customStyle="1" w:styleId="5260A9A6E70F41A5809AC94952C9516B6">
    <w:name w:val="5260A9A6E70F41A5809AC94952C9516B6"/>
    <w:rsid w:val="00B130BC"/>
    <w:pPr>
      <w:spacing w:after="200" w:line="288" w:lineRule="auto"/>
    </w:pPr>
    <w:rPr>
      <w:kern w:val="0"/>
      <w:sz w:val="21"/>
      <w:szCs w:val="21"/>
      <w:lang w:val="en-US" w:eastAsia="en-US"/>
      <w14:ligatures w14:val="none"/>
    </w:rPr>
  </w:style>
  <w:style w:type="paragraph" w:customStyle="1" w:styleId="73B0553CB35043EFB4BB272D111DA3226">
    <w:name w:val="73B0553CB35043EFB4BB272D111DA3226"/>
    <w:rsid w:val="00B130BC"/>
    <w:pPr>
      <w:spacing w:after="200" w:line="288" w:lineRule="auto"/>
    </w:pPr>
    <w:rPr>
      <w:kern w:val="0"/>
      <w:sz w:val="21"/>
      <w:szCs w:val="21"/>
      <w:lang w:val="en-US" w:eastAsia="en-US"/>
      <w14:ligatures w14:val="none"/>
    </w:rPr>
  </w:style>
  <w:style w:type="paragraph" w:customStyle="1" w:styleId="A21260D7F8E1451DAE14359D4EA494A26">
    <w:name w:val="A21260D7F8E1451DAE14359D4EA494A26"/>
    <w:rsid w:val="00B130BC"/>
    <w:pPr>
      <w:spacing w:after="200" w:line="288" w:lineRule="auto"/>
    </w:pPr>
    <w:rPr>
      <w:kern w:val="0"/>
      <w:sz w:val="21"/>
      <w:szCs w:val="21"/>
      <w:lang w:val="en-US" w:eastAsia="en-US"/>
      <w14:ligatures w14:val="none"/>
    </w:rPr>
  </w:style>
  <w:style w:type="paragraph" w:customStyle="1" w:styleId="9D7BA841526A4413BDC8681C274A49F76">
    <w:name w:val="9D7BA841526A4413BDC8681C274A49F76"/>
    <w:rsid w:val="00B130BC"/>
    <w:pPr>
      <w:spacing w:after="200" w:line="288" w:lineRule="auto"/>
    </w:pPr>
    <w:rPr>
      <w:kern w:val="0"/>
      <w:sz w:val="21"/>
      <w:szCs w:val="21"/>
      <w:lang w:val="en-US" w:eastAsia="en-US"/>
      <w14:ligatures w14:val="none"/>
    </w:rPr>
  </w:style>
  <w:style w:type="paragraph" w:customStyle="1" w:styleId="35EB2B0DD5DE480AAF363C43461DE3456">
    <w:name w:val="35EB2B0DD5DE480AAF363C43461DE3456"/>
    <w:rsid w:val="00B130BC"/>
    <w:pPr>
      <w:spacing w:after="200" w:line="288" w:lineRule="auto"/>
    </w:pPr>
    <w:rPr>
      <w:kern w:val="0"/>
      <w:sz w:val="21"/>
      <w:szCs w:val="21"/>
      <w:lang w:val="en-US" w:eastAsia="en-US"/>
      <w14:ligatures w14:val="none"/>
    </w:rPr>
  </w:style>
  <w:style w:type="paragraph" w:customStyle="1" w:styleId="60237100B5554631BE4E4D9A11BDF7226">
    <w:name w:val="60237100B5554631BE4E4D9A11BDF7226"/>
    <w:rsid w:val="00B130BC"/>
    <w:pPr>
      <w:spacing w:after="200" w:line="288" w:lineRule="auto"/>
    </w:pPr>
    <w:rPr>
      <w:kern w:val="0"/>
      <w:sz w:val="21"/>
      <w:szCs w:val="21"/>
      <w:lang w:val="en-US" w:eastAsia="en-US"/>
      <w14:ligatures w14:val="none"/>
    </w:rPr>
  </w:style>
  <w:style w:type="paragraph" w:customStyle="1" w:styleId="88DF96009DB543A88F7B51E8022F0C096">
    <w:name w:val="88DF96009DB543A88F7B51E8022F0C096"/>
    <w:rsid w:val="00B130BC"/>
    <w:pPr>
      <w:spacing w:after="200" w:line="288" w:lineRule="auto"/>
    </w:pPr>
    <w:rPr>
      <w:kern w:val="0"/>
      <w:sz w:val="21"/>
      <w:szCs w:val="21"/>
      <w:lang w:val="en-US" w:eastAsia="en-US"/>
      <w14:ligatures w14:val="none"/>
    </w:rPr>
  </w:style>
  <w:style w:type="paragraph" w:customStyle="1" w:styleId="0933E3DAF031424C987C34BB7802A5136">
    <w:name w:val="0933E3DAF031424C987C34BB7802A5136"/>
    <w:rsid w:val="00B130BC"/>
    <w:pPr>
      <w:spacing w:after="200" w:line="288" w:lineRule="auto"/>
    </w:pPr>
    <w:rPr>
      <w:kern w:val="0"/>
      <w:sz w:val="21"/>
      <w:szCs w:val="21"/>
      <w:lang w:val="en-US" w:eastAsia="en-US"/>
      <w14:ligatures w14:val="none"/>
    </w:rPr>
  </w:style>
  <w:style w:type="paragraph" w:customStyle="1" w:styleId="59B581B8FE5D4A89BDEBB4A1F1A6BD3A6">
    <w:name w:val="59B581B8FE5D4A89BDEBB4A1F1A6BD3A6"/>
    <w:rsid w:val="00B130BC"/>
    <w:pPr>
      <w:spacing w:after="200" w:line="288" w:lineRule="auto"/>
    </w:pPr>
    <w:rPr>
      <w:kern w:val="0"/>
      <w:sz w:val="21"/>
      <w:szCs w:val="21"/>
      <w:lang w:val="en-US" w:eastAsia="en-US"/>
      <w14:ligatures w14:val="none"/>
    </w:rPr>
  </w:style>
  <w:style w:type="paragraph" w:customStyle="1" w:styleId="4FF0518D55CC45E4BF1640ED293D7D8B6">
    <w:name w:val="4FF0518D55CC45E4BF1640ED293D7D8B6"/>
    <w:rsid w:val="00B130BC"/>
    <w:pPr>
      <w:spacing w:after="200" w:line="288" w:lineRule="auto"/>
    </w:pPr>
    <w:rPr>
      <w:kern w:val="0"/>
      <w:sz w:val="21"/>
      <w:szCs w:val="21"/>
      <w:lang w:val="en-US" w:eastAsia="en-US"/>
      <w14:ligatures w14:val="none"/>
    </w:rPr>
  </w:style>
  <w:style w:type="paragraph" w:customStyle="1" w:styleId="9508355F91AC4A3DA9E912959762E5466">
    <w:name w:val="9508355F91AC4A3DA9E912959762E5466"/>
    <w:rsid w:val="00B130BC"/>
    <w:pPr>
      <w:spacing w:after="200" w:line="288" w:lineRule="auto"/>
    </w:pPr>
    <w:rPr>
      <w:kern w:val="0"/>
      <w:sz w:val="21"/>
      <w:szCs w:val="21"/>
      <w:lang w:val="en-US" w:eastAsia="en-US"/>
      <w14:ligatures w14:val="none"/>
    </w:rPr>
  </w:style>
  <w:style w:type="paragraph" w:customStyle="1" w:styleId="78C7D350AB1740CAB29E2E78280068E86">
    <w:name w:val="78C7D350AB1740CAB29E2E78280068E86"/>
    <w:rsid w:val="00B130BC"/>
    <w:pPr>
      <w:spacing w:after="200" w:line="288" w:lineRule="auto"/>
    </w:pPr>
    <w:rPr>
      <w:kern w:val="0"/>
      <w:sz w:val="21"/>
      <w:szCs w:val="21"/>
      <w:lang w:val="en-US" w:eastAsia="en-US"/>
      <w14:ligatures w14:val="none"/>
    </w:rPr>
  </w:style>
  <w:style w:type="paragraph" w:customStyle="1" w:styleId="834CA5CB397E4517AA01F8536315FFF66">
    <w:name w:val="834CA5CB397E4517AA01F8536315FFF66"/>
    <w:rsid w:val="00B130BC"/>
    <w:pPr>
      <w:spacing w:after="200" w:line="288" w:lineRule="auto"/>
    </w:pPr>
    <w:rPr>
      <w:kern w:val="0"/>
      <w:sz w:val="21"/>
      <w:szCs w:val="21"/>
      <w:lang w:val="en-US" w:eastAsia="en-US"/>
      <w14:ligatures w14:val="none"/>
    </w:rPr>
  </w:style>
  <w:style w:type="paragraph" w:customStyle="1" w:styleId="B12FCF681F4E4664A3B6839DCD97E2D56">
    <w:name w:val="B12FCF681F4E4664A3B6839DCD97E2D56"/>
    <w:rsid w:val="00B130BC"/>
    <w:pPr>
      <w:spacing w:after="200" w:line="288" w:lineRule="auto"/>
    </w:pPr>
    <w:rPr>
      <w:kern w:val="0"/>
      <w:sz w:val="21"/>
      <w:szCs w:val="21"/>
      <w:lang w:val="en-US" w:eastAsia="en-US"/>
      <w14:ligatures w14:val="none"/>
    </w:rPr>
  </w:style>
  <w:style w:type="paragraph" w:customStyle="1" w:styleId="707951C4E2444B39B52B3C8ACE0FB0CF6">
    <w:name w:val="707951C4E2444B39B52B3C8ACE0FB0CF6"/>
    <w:rsid w:val="00B130BC"/>
    <w:pPr>
      <w:spacing w:after="200" w:line="288" w:lineRule="auto"/>
    </w:pPr>
    <w:rPr>
      <w:kern w:val="0"/>
      <w:sz w:val="21"/>
      <w:szCs w:val="21"/>
      <w:lang w:val="en-US" w:eastAsia="en-US"/>
      <w14:ligatures w14:val="none"/>
    </w:rPr>
  </w:style>
  <w:style w:type="paragraph" w:customStyle="1" w:styleId="377B038314044A50A1E69483E21085F76">
    <w:name w:val="377B038314044A50A1E69483E21085F76"/>
    <w:rsid w:val="00B130BC"/>
    <w:pPr>
      <w:spacing w:after="200" w:line="288" w:lineRule="auto"/>
    </w:pPr>
    <w:rPr>
      <w:kern w:val="0"/>
      <w:sz w:val="21"/>
      <w:szCs w:val="21"/>
      <w:lang w:val="en-US" w:eastAsia="en-US"/>
      <w14:ligatures w14:val="none"/>
    </w:rPr>
  </w:style>
  <w:style w:type="paragraph" w:customStyle="1" w:styleId="3B7B44DAEDE1414B80B2E7E48E8209016">
    <w:name w:val="3B7B44DAEDE1414B80B2E7E48E8209016"/>
    <w:rsid w:val="00B130BC"/>
    <w:pPr>
      <w:spacing w:after="200" w:line="288" w:lineRule="auto"/>
    </w:pPr>
    <w:rPr>
      <w:kern w:val="0"/>
      <w:sz w:val="21"/>
      <w:szCs w:val="21"/>
      <w:lang w:val="en-US" w:eastAsia="en-US"/>
      <w14:ligatures w14:val="none"/>
    </w:rPr>
  </w:style>
  <w:style w:type="paragraph" w:customStyle="1" w:styleId="E8A9C41D8C0E4017B4468ED4AD54609F6">
    <w:name w:val="E8A9C41D8C0E4017B4468ED4AD54609F6"/>
    <w:rsid w:val="00B130BC"/>
    <w:pPr>
      <w:spacing w:after="200" w:line="288" w:lineRule="auto"/>
    </w:pPr>
    <w:rPr>
      <w:kern w:val="0"/>
      <w:sz w:val="21"/>
      <w:szCs w:val="21"/>
      <w:lang w:val="en-US" w:eastAsia="en-US"/>
      <w14:ligatures w14:val="none"/>
    </w:rPr>
  </w:style>
  <w:style w:type="paragraph" w:customStyle="1" w:styleId="37707033408646EDB6BF25527B1A17916">
    <w:name w:val="37707033408646EDB6BF25527B1A17916"/>
    <w:rsid w:val="00B130BC"/>
    <w:pPr>
      <w:spacing w:after="200" w:line="288" w:lineRule="auto"/>
    </w:pPr>
    <w:rPr>
      <w:kern w:val="0"/>
      <w:sz w:val="21"/>
      <w:szCs w:val="21"/>
      <w:lang w:val="en-US" w:eastAsia="en-US"/>
      <w14:ligatures w14:val="none"/>
    </w:rPr>
  </w:style>
  <w:style w:type="paragraph" w:customStyle="1" w:styleId="FF155212595F4AD9AEAB12E172A2D8FD6">
    <w:name w:val="FF155212595F4AD9AEAB12E172A2D8FD6"/>
    <w:rsid w:val="00B130BC"/>
    <w:pPr>
      <w:spacing w:after="200" w:line="288" w:lineRule="auto"/>
    </w:pPr>
    <w:rPr>
      <w:kern w:val="0"/>
      <w:sz w:val="21"/>
      <w:szCs w:val="21"/>
      <w:lang w:val="en-US" w:eastAsia="en-US"/>
      <w14:ligatures w14:val="none"/>
    </w:rPr>
  </w:style>
  <w:style w:type="paragraph" w:customStyle="1" w:styleId="6E3FD6FD895F4568A40A0D93728B95FB6">
    <w:name w:val="6E3FD6FD895F4568A40A0D93728B95FB6"/>
    <w:rsid w:val="00B130BC"/>
    <w:pPr>
      <w:spacing w:after="200" w:line="288" w:lineRule="auto"/>
    </w:pPr>
    <w:rPr>
      <w:kern w:val="0"/>
      <w:sz w:val="21"/>
      <w:szCs w:val="21"/>
      <w:lang w:val="en-US" w:eastAsia="en-US"/>
      <w14:ligatures w14:val="none"/>
    </w:rPr>
  </w:style>
  <w:style w:type="paragraph" w:customStyle="1" w:styleId="99F73345FE714FC1AAD7336241E5F5E56">
    <w:name w:val="99F73345FE714FC1AAD7336241E5F5E56"/>
    <w:rsid w:val="00B130BC"/>
    <w:pPr>
      <w:spacing w:after="200" w:line="288" w:lineRule="auto"/>
    </w:pPr>
    <w:rPr>
      <w:kern w:val="0"/>
      <w:sz w:val="21"/>
      <w:szCs w:val="21"/>
      <w:lang w:val="en-US" w:eastAsia="en-US"/>
      <w14:ligatures w14:val="none"/>
    </w:rPr>
  </w:style>
  <w:style w:type="paragraph" w:customStyle="1" w:styleId="AEDEF4CC8D3C41AF933ACEE04F25F8736">
    <w:name w:val="AEDEF4CC8D3C41AF933ACEE04F25F8736"/>
    <w:rsid w:val="00B130BC"/>
    <w:pPr>
      <w:spacing w:after="200" w:line="288" w:lineRule="auto"/>
    </w:pPr>
    <w:rPr>
      <w:kern w:val="0"/>
      <w:sz w:val="21"/>
      <w:szCs w:val="21"/>
      <w:lang w:val="en-US" w:eastAsia="en-US"/>
      <w14:ligatures w14:val="none"/>
    </w:rPr>
  </w:style>
  <w:style w:type="paragraph" w:customStyle="1" w:styleId="8ACA1FEEE060491BAC4DEBA98A10CC6A6">
    <w:name w:val="8ACA1FEEE060491BAC4DEBA98A10CC6A6"/>
    <w:rsid w:val="00B130BC"/>
    <w:pPr>
      <w:spacing w:after="200" w:line="288" w:lineRule="auto"/>
    </w:pPr>
    <w:rPr>
      <w:kern w:val="0"/>
      <w:sz w:val="21"/>
      <w:szCs w:val="21"/>
      <w:lang w:val="en-US" w:eastAsia="en-US"/>
      <w14:ligatures w14:val="none"/>
    </w:rPr>
  </w:style>
  <w:style w:type="paragraph" w:customStyle="1" w:styleId="97EF3053B7834212B24CE3EC6AE0DDDF6">
    <w:name w:val="97EF3053B7834212B24CE3EC6AE0DDDF6"/>
    <w:rsid w:val="00B130BC"/>
    <w:pPr>
      <w:spacing w:after="200" w:line="288" w:lineRule="auto"/>
    </w:pPr>
    <w:rPr>
      <w:kern w:val="0"/>
      <w:sz w:val="21"/>
      <w:szCs w:val="21"/>
      <w:lang w:val="en-US" w:eastAsia="en-US"/>
      <w14:ligatures w14:val="none"/>
    </w:rPr>
  </w:style>
  <w:style w:type="paragraph" w:customStyle="1" w:styleId="953D5281CAF947809BE7A8847362F0476">
    <w:name w:val="953D5281CAF947809BE7A8847362F0476"/>
    <w:rsid w:val="00B130BC"/>
    <w:pPr>
      <w:spacing w:after="200" w:line="288" w:lineRule="auto"/>
    </w:pPr>
    <w:rPr>
      <w:kern w:val="0"/>
      <w:sz w:val="21"/>
      <w:szCs w:val="21"/>
      <w:lang w:val="en-US" w:eastAsia="en-US"/>
      <w14:ligatures w14:val="none"/>
    </w:rPr>
  </w:style>
  <w:style w:type="paragraph" w:customStyle="1" w:styleId="8B6BCFD3AA1A426F9DA0E8345F49B0006">
    <w:name w:val="8B6BCFD3AA1A426F9DA0E8345F49B0006"/>
    <w:rsid w:val="00B130BC"/>
    <w:pPr>
      <w:spacing w:after="200" w:line="288" w:lineRule="auto"/>
    </w:pPr>
    <w:rPr>
      <w:kern w:val="0"/>
      <w:sz w:val="21"/>
      <w:szCs w:val="21"/>
      <w:lang w:val="en-US" w:eastAsia="en-US"/>
      <w14:ligatures w14:val="none"/>
    </w:rPr>
  </w:style>
  <w:style w:type="paragraph" w:customStyle="1" w:styleId="833B95A875794D2D803A627615D800C96">
    <w:name w:val="833B95A875794D2D803A627615D800C96"/>
    <w:rsid w:val="00B130BC"/>
    <w:pPr>
      <w:spacing w:after="200" w:line="288" w:lineRule="auto"/>
    </w:pPr>
    <w:rPr>
      <w:kern w:val="0"/>
      <w:sz w:val="21"/>
      <w:szCs w:val="21"/>
      <w:lang w:val="en-US" w:eastAsia="en-US"/>
      <w14:ligatures w14:val="none"/>
    </w:rPr>
  </w:style>
  <w:style w:type="paragraph" w:customStyle="1" w:styleId="3BA3E5C549994F0CAF293A4293E0D7166">
    <w:name w:val="3BA3E5C549994F0CAF293A4293E0D7166"/>
    <w:rsid w:val="00B130BC"/>
    <w:pPr>
      <w:spacing w:after="200" w:line="288" w:lineRule="auto"/>
    </w:pPr>
    <w:rPr>
      <w:kern w:val="0"/>
      <w:sz w:val="21"/>
      <w:szCs w:val="21"/>
      <w:lang w:val="en-US" w:eastAsia="en-US"/>
      <w14:ligatures w14:val="none"/>
    </w:rPr>
  </w:style>
  <w:style w:type="paragraph" w:customStyle="1" w:styleId="792638FF64324975907300F36B56C6F26">
    <w:name w:val="792638FF64324975907300F36B56C6F26"/>
    <w:rsid w:val="00B130BC"/>
    <w:pPr>
      <w:spacing w:after="200" w:line="288" w:lineRule="auto"/>
    </w:pPr>
    <w:rPr>
      <w:kern w:val="0"/>
      <w:sz w:val="21"/>
      <w:szCs w:val="21"/>
      <w:lang w:val="en-US" w:eastAsia="en-US"/>
      <w14:ligatures w14:val="none"/>
    </w:rPr>
  </w:style>
  <w:style w:type="paragraph" w:customStyle="1" w:styleId="500F02FF033D41F8B94E3FA98C7CD70C6">
    <w:name w:val="500F02FF033D41F8B94E3FA98C7CD70C6"/>
    <w:rsid w:val="00B130BC"/>
    <w:pPr>
      <w:spacing w:after="200" w:line="288" w:lineRule="auto"/>
    </w:pPr>
    <w:rPr>
      <w:kern w:val="0"/>
      <w:sz w:val="21"/>
      <w:szCs w:val="21"/>
      <w:lang w:val="en-US" w:eastAsia="en-US"/>
      <w14:ligatures w14:val="none"/>
    </w:rPr>
  </w:style>
  <w:style w:type="paragraph" w:customStyle="1" w:styleId="7A4879296C0F423E837D394E6D0525296">
    <w:name w:val="7A4879296C0F423E837D394E6D0525296"/>
    <w:rsid w:val="00B130BC"/>
    <w:pPr>
      <w:spacing w:after="200" w:line="288" w:lineRule="auto"/>
    </w:pPr>
    <w:rPr>
      <w:kern w:val="0"/>
      <w:sz w:val="21"/>
      <w:szCs w:val="21"/>
      <w:lang w:val="en-US" w:eastAsia="en-US"/>
      <w14:ligatures w14:val="none"/>
    </w:rPr>
  </w:style>
  <w:style w:type="paragraph" w:customStyle="1" w:styleId="E9B3AD5642BB4A338F30D44F3700381C6">
    <w:name w:val="E9B3AD5642BB4A338F30D44F3700381C6"/>
    <w:rsid w:val="00B130BC"/>
    <w:pPr>
      <w:spacing w:after="200" w:line="288" w:lineRule="auto"/>
    </w:pPr>
    <w:rPr>
      <w:kern w:val="0"/>
      <w:sz w:val="21"/>
      <w:szCs w:val="21"/>
      <w:lang w:val="en-US" w:eastAsia="en-US"/>
      <w14:ligatures w14:val="none"/>
    </w:rPr>
  </w:style>
  <w:style w:type="paragraph" w:customStyle="1" w:styleId="6023D577812F46818A46738BA226EEFC6">
    <w:name w:val="6023D577812F46818A46738BA226EEFC6"/>
    <w:rsid w:val="00B130BC"/>
    <w:pPr>
      <w:spacing w:after="200" w:line="288" w:lineRule="auto"/>
    </w:pPr>
    <w:rPr>
      <w:kern w:val="0"/>
      <w:sz w:val="21"/>
      <w:szCs w:val="21"/>
      <w:lang w:val="en-US" w:eastAsia="en-US"/>
      <w14:ligatures w14:val="none"/>
    </w:rPr>
  </w:style>
  <w:style w:type="paragraph" w:customStyle="1" w:styleId="F33767B0F0BE4CFF90DF480843F306AD6">
    <w:name w:val="F33767B0F0BE4CFF90DF480843F306AD6"/>
    <w:rsid w:val="00B130BC"/>
    <w:pPr>
      <w:spacing w:after="200" w:line="288" w:lineRule="auto"/>
    </w:pPr>
    <w:rPr>
      <w:kern w:val="0"/>
      <w:sz w:val="21"/>
      <w:szCs w:val="21"/>
      <w:lang w:val="en-US" w:eastAsia="en-US"/>
      <w14:ligatures w14:val="none"/>
    </w:rPr>
  </w:style>
  <w:style w:type="paragraph" w:customStyle="1" w:styleId="35E4516DAEA54319B7F87886E61D40516">
    <w:name w:val="35E4516DAEA54319B7F87886E61D40516"/>
    <w:rsid w:val="00B130BC"/>
    <w:pPr>
      <w:spacing w:after="200" w:line="288" w:lineRule="auto"/>
    </w:pPr>
    <w:rPr>
      <w:kern w:val="0"/>
      <w:sz w:val="21"/>
      <w:szCs w:val="21"/>
      <w:lang w:val="en-US" w:eastAsia="en-US"/>
      <w14:ligatures w14:val="none"/>
    </w:rPr>
  </w:style>
  <w:style w:type="paragraph" w:customStyle="1" w:styleId="F4079420553B4ABD96556EFF80E72FE06">
    <w:name w:val="F4079420553B4ABD96556EFF80E72FE06"/>
    <w:rsid w:val="00B130BC"/>
    <w:pPr>
      <w:spacing w:after="200" w:line="288" w:lineRule="auto"/>
    </w:pPr>
    <w:rPr>
      <w:kern w:val="0"/>
      <w:sz w:val="21"/>
      <w:szCs w:val="21"/>
      <w:lang w:val="en-US" w:eastAsia="en-US"/>
      <w14:ligatures w14:val="none"/>
    </w:rPr>
  </w:style>
  <w:style w:type="paragraph" w:customStyle="1" w:styleId="46832A31EEFA4A3599575F0CCDC87EB46">
    <w:name w:val="46832A31EEFA4A3599575F0CCDC87EB46"/>
    <w:rsid w:val="00B130BC"/>
    <w:pPr>
      <w:spacing w:after="200" w:line="288" w:lineRule="auto"/>
    </w:pPr>
    <w:rPr>
      <w:kern w:val="0"/>
      <w:sz w:val="21"/>
      <w:szCs w:val="21"/>
      <w:lang w:val="en-US" w:eastAsia="en-US"/>
      <w14:ligatures w14:val="none"/>
    </w:rPr>
  </w:style>
  <w:style w:type="paragraph" w:customStyle="1" w:styleId="6B9FDBA4D2A44964975CB7FBE8DBA1D43">
    <w:name w:val="6B9FDBA4D2A44964975CB7FBE8DBA1D43"/>
    <w:rsid w:val="00B130BC"/>
    <w:pPr>
      <w:spacing w:after="200" w:line="288" w:lineRule="auto"/>
    </w:pPr>
    <w:rPr>
      <w:kern w:val="0"/>
      <w:sz w:val="21"/>
      <w:szCs w:val="21"/>
      <w:lang w:val="en-US" w:eastAsia="en-US"/>
      <w14:ligatures w14:val="none"/>
    </w:rPr>
  </w:style>
  <w:style w:type="paragraph" w:customStyle="1" w:styleId="A9D91CBFD1AF4E30A22F99ADB47987F43">
    <w:name w:val="A9D91CBFD1AF4E30A22F99ADB47987F43"/>
    <w:rsid w:val="00B130BC"/>
    <w:pPr>
      <w:spacing w:after="200" w:line="288" w:lineRule="auto"/>
    </w:pPr>
    <w:rPr>
      <w:kern w:val="0"/>
      <w:sz w:val="21"/>
      <w:szCs w:val="21"/>
      <w:lang w:val="en-US" w:eastAsia="en-US"/>
      <w14:ligatures w14:val="none"/>
    </w:rPr>
  </w:style>
  <w:style w:type="paragraph" w:customStyle="1" w:styleId="D47E62BF689B400EB076B6501EBD90C86">
    <w:name w:val="D47E62BF689B400EB076B6501EBD90C86"/>
    <w:rsid w:val="00B130BC"/>
    <w:pPr>
      <w:spacing w:after="200" w:line="288" w:lineRule="auto"/>
    </w:pPr>
    <w:rPr>
      <w:kern w:val="0"/>
      <w:sz w:val="21"/>
      <w:szCs w:val="21"/>
      <w:lang w:val="en-US" w:eastAsia="en-US"/>
      <w14:ligatures w14:val="none"/>
    </w:rPr>
  </w:style>
  <w:style w:type="paragraph" w:customStyle="1" w:styleId="E0265D68E2D64C9B96C8AE3D0F315241">
    <w:name w:val="E0265D68E2D64C9B96C8AE3D0F315241"/>
    <w:rsid w:val="005C3FEE"/>
    <w:pPr>
      <w:spacing w:after="200" w:line="288" w:lineRule="auto"/>
    </w:pPr>
    <w:rPr>
      <w:kern w:val="0"/>
      <w:sz w:val="21"/>
      <w:szCs w:val="21"/>
      <w:lang w:val="en-US" w:eastAsia="en-US"/>
      <w14:ligatures w14:val="none"/>
    </w:rPr>
  </w:style>
  <w:style w:type="paragraph" w:customStyle="1" w:styleId="E620B43E18E84C71B0379AD88969DB84">
    <w:name w:val="E620B43E18E84C71B0379AD88969DB84"/>
    <w:rsid w:val="005C3FEE"/>
    <w:pPr>
      <w:spacing w:after="200" w:line="288" w:lineRule="auto"/>
    </w:pPr>
    <w:rPr>
      <w:kern w:val="0"/>
      <w:sz w:val="21"/>
      <w:szCs w:val="21"/>
      <w:lang w:val="en-US" w:eastAsia="en-US"/>
      <w14:ligatures w14:val="none"/>
    </w:rPr>
  </w:style>
  <w:style w:type="paragraph" w:customStyle="1" w:styleId="C06C2CA03E394E8CB8255434923AAF34">
    <w:name w:val="C06C2CA03E394E8CB8255434923AAF34"/>
    <w:rsid w:val="005C3FEE"/>
    <w:pPr>
      <w:spacing w:after="200" w:line="288" w:lineRule="auto"/>
    </w:pPr>
    <w:rPr>
      <w:kern w:val="0"/>
      <w:sz w:val="21"/>
      <w:szCs w:val="21"/>
      <w:lang w:val="en-US" w:eastAsia="en-US"/>
      <w14:ligatures w14:val="none"/>
    </w:rPr>
  </w:style>
  <w:style w:type="paragraph" w:customStyle="1" w:styleId="382C35B69B0947E3A648E86D1FFCA7A1">
    <w:name w:val="382C35B69B0947E3A648E86D1FFCA7A1"/>
    <w:rsid w:val="005C3FEE"/>
    <w:pPr>
      <w:spacing w:after="200" w:line="288" w:lineRule="auto"/>
    </w:pPr>
    <w:rPr>
      <w:kern w:val="0"/>
      <w:sz w:val="21"/>
      <w:szCs w:val="21"/>
      <w:lang w:val="en-US" w:eastAsia="en-US"/>
      <w14:ligatures w14:val="none"/>
    </w:rPr>
  </w:style>
  <w:style w:type="paragraph" w:customStyle="1" w:styleId="E180F2BD988B4EF7BCA4B81CDB8614F2">
    <w:name w:val="E180F2BD988B4EF7BCA4B81CDB8614F2"/>
    <w:rsid w:val="005C3FEE"/>
    <w:pPr>
      <w:spacing w:after="200" w:line="288" w:lineRule="auto"/>
    </w:pPr>
    <w:rPr>
      <w:kern w:val="0"/>
      <w:sz w:val="21"/>
      <w:szCs w:val="21"/>
      <w:lang w:val="en-US" w:eastAsia="en-US"/>
      <w14:ligatures w14:val="none"/>
    </w:rPr>
  </w:style>
  <w:style w:type="paragraph" w:customStyle="1" w:styleId="4A56016CEC0D4EB4B965E12502433212">
    <w:name w:val="4A56016CEC0D4EB4B965E12502433212"/>
    <w:rsid w:val="005C3FEE"/>
    <w:pPr>
      <w:spacing w:after="200" w:line="288" w:lineRule="auto"/>
    </w:pPr>
    <w:rPr>
      <w:kern w:val="0"/>
      <w:sz w:val="21"/>
      <w:szCs w:val="21"/>
      <w:lang w:val="en-US" w:eastAsia="en-US"/>
      <w14:ligatures w14:val="none"/>
    </w:rPr>
  </w:style>
  <w:style w:type="paragraph" w:customStyle="1" w:styleId="1890B7720DDF4F6799431DCD4CADF664">
    <w:name w:val="1890B7720DDF4F6799431DCD4CADF664"/>
    <w:rsid w:val="005C3FEE"/>
    <w:pPr>
      <w:spacing w:after="200" w:line="288" w:lineRule="auto"/>
    </w:pPr>
    <w:rPr>
      <w:kern w:val="0"/>
      <w:sz w:val="21"/>
      <w:szCs w:val="21"/>
      <w:lang w:val="en-US" w:eastAsia="en-US"/>
      <w14:ligatures w14:val="none"/>
    </w:rPr>
  </w:style>
  <w:style w:type="paragraph" w:customStyle="1" w:styleId="7A309E7632424F799B4086301CBCF8BF">
    <w:name w:val="7A309E7632424F799B4086301CBCF8BF"/>
    <w:rsid w:val="005C3FEE"/>
    <w:pPr>
      <w:spacing w:after="200" w:line="288" w:lineRule="auto"/>
    </w:pPr>
    <w:rPr>
      <w:kern w:val="0"/>
      <w:sz w:val="21"/>
      <w:szCs w:val="21"/>
      <w:lang w:val="en-US" w:eastAsia="en-US"/>
      <w14:ligatures w14:val="none"/>
    </w:rPr>
  </w:style>
  <w:style w:type="paragraph" w:customStyle="1" w:styleId="DD6BE9EDBCAE4DD89BC2145032159A9B">
    <w:name w:val="DD6BE9EDBCAE4DD89BC2145032159A9B"/>
    <w:rsid w:val="005C3FEE"/>
    <w:pPr>
      <w:spacing w:after="200" w:line="288" w:lineRule="auto"/>
    </w:pPr>
    <w:rPr>
      <w:kern w:val="0"/>
      <w:sz w:val="21"/>
      <w:szCs w:val="21"/>
      <w:lang w:val="en-US" w:eastAsia="en-US"/>
      <w14:ligatures w14:val="none"/>
    </w:rPr>
  </w:style>
  <w:style w:type="paragraph" w:customStyle="1" w:styleId="5260A9A6E70F41A5809AC94952C9516B">
    <w:name w:val="5260A9A6E70F41A5809AC94952C9516B"/>
    <w:rsid w:val="005C3FEE"/>
    <w:pPr>
      <w:spacing w:after="200" w:line="288" w:lineRule="auto"/>
    </w:pPr>
    <w:rPr>
      <w:kern w:val="0"/>
      <w:sz w:val="21"/>
      <w:szCs w:val="21"/>
      <w:lang w:val="en-US" w:eastAsia="en-US"/>
      <w14:ligatures w14:val="none"/>
    </w:rPr>
  </w:style>
  <w:style w:type="paragraph" w:customStyle="1" w:styleId="73B0553CB35043EFB4BB272D111DA322">
    <w:name w:val="73B0553CB35043EFB4BB272D111DA322"/>
    <w:rsid w:val="005C3FEE"/>
    <w:pPr>
      <w:spacing w:after="200" w:line="288" w:lineRule="auto"/>
    </w:pPr>
    <w:rPr>
      <w:kern w:val="0"/>
      <w:sz w:val="21"/>
      <w:szCs w:val="21"/>
      <w:lang w:val="en-US" w:eastAsia="en-US"/>
      <w14:ligatures w14:val="none"/>
    </w:rPr>
  </w:style>
  <w:style w:type="paragraph" w:customStyle="1" w:styleId="A21260D7F8E1451DAE14359D4EA494A2">
    <w:name w:val="A21260D7F8E1451DAE14359D4EA494A2"/>
    <w:rsid w:val="005C3FEE"/>
    <w:pPr>
      <w:spacing w:after="200" w:line="288" w:lineRule="auto"/>
    </w:pPr>
    <w:rPr>
      <w:kern w:val="0"/>
      <w:sz w:val="21"/>
      <w:szCs w:val="21"/>
      <w:lang w:val="en-US" w:eastAsia="en-US"/>
      <w14:ligatures w14:val="none"/>
    </w:rPr>
  </w:style>
  <w:style w:type="paragraph" w:customStyle="1" w:styleId="9D7BA841526A4413BDC8681C274A49F7">
    <w:name w:val="9D7BA841526A4413BDC8681C274A49F7"/>
    <w:rsid w:val="005C3FEE"/>
    <w:pPr>
      <w:spacing w:after="200" w:line="288" w:lineRule="auto"/>
    </w:pPr>
    <w:rPr>
      <w:kern w:val="0"/>
      <w:sz w:val="21"/>
      <w:szCs w:val="21"/>
      <w:lang w:val="en-US" w:eastAsia="en-US"/>
      <w14:ligatures w14:val="none"/>
    </w:rPr>
  </w:style>
  <w:style w:type="paragraph" w:customStyle="1" w:styleId="35EB2B0DD5DE480AAF363C43461DE345">
    <w:name w:val="35EB2B0DD5DE480AAF363C43461DE345"/>
    <w:rsid w:val="005C3FEE"/>
    <w:pPr>
      <w:spacing w:after="200" w:line="288" w:lineRule="auto"/>
    </w:pPr>
    <w:rPr>
      <w:kern w:val="0"/>
      <w:sz w:val="21"/>
      <w:szCs w:val="21"/>
      <w:lang w:val="en-US" w:eastAsia="en-US"/>
      <w14:ligatures w14:val="none"/>
    </w:rPr>
  </w:style>
  <w:style w:type="paragraph" w:customStyle="1" w:styleId="60237100B5554631BE4E4D9A11BDF722">
    <w:name w:val="60237100B5554631BE4E4D9A11BDF722"/>
    <w:rsid w:val="005C3FEE"/>
    <w:pPr>
      <w:spacing w:after="200" w:line="288" w:lineRule="auto"/>
    </w:pPr>
    <w:rPr>
      <w:kern w:val="0"/>
      <w:sz w:val="21"/>
      <w:szCs w:val="21"/>
      <w:lang w:val="en-US" w:eastAsia="en-US"/>
      <w14:ligatures w14:val="none"/>
    </w:rPr>
  </w:style>
  <w:style w:type="paragraph" w:customStyle="1" w:styleId="88DF96009DB543A88F7B51E8022F0C09">
    <w:name w:val="88DF96009DB543A88F7B51E8022F0C09"/>
    <w:rsid w:val="005C3FEE"/>
    <w:pPr>
      <w:spacing w:after="200" w:line="288" w:lineRule="auto"/>
    </w:pPr>
    <w:rPr>
      <w:kern w:val="0"/>
      <w:sz w:val="21"/>
      <w:szCs w:val="21"/>
      <w:lang w:val="en-US" w:eastAsia="en-US"/>
      <w14:ligatures w14:val="none"/>
    </w:rPr>
  </w:style>
  <w:style w:type="paragraph" w:customStyle="1" w:styleId="0933E3DAF031424C987C34BB7802A513">
    <w:name w:val="0933E3DAF031424C987C34BB7802A513"/>
    <w:rsid w:val="005C3FEE"/>
    <w:pPr>
      <w:spacing w:after="200" w:line="288" w:lineRule="auto"/>
    </w:pPr>
    <w:rPr>
      <w:kern w:val="0"/>
      <w:sz w:val="21"/>
      <w:szCs w:val="21"/>
      <w:lang w:val="en-US" w:eastAsia="en-US"/>
      <w14:ligatures w14:val="none"/>
    </w:rPr>
  </w:style>
  <w:style w:type="paragraph" w:customStyle="1" w:styleId="59B581B8FE5D4A89BDEBB4A1F1A6BD3A">
    <w:name w:val="59B581B8FE5D4A89BDEBB4A1F1A6BD3A"/>
    <w:rsid w:val="005C3FEE"/>
    <w:pPr>
      <w:spacing w:after="200" w:line="288" w:lineRule="auto"/>
    </w:pPr>
    <w:rPr>
      <w:kern w:val="0"/>
      <w:sz w:val="21"/>
      <w:szCs w:val="21"/>
      <w:lang w:val="en-US" w:eastAsia="en-US"/>
      <w14:ligatures w14:val="none"/>
    </w:rPr>
  </w:style>
  <w:style w:type="paragraph" w:customStyle="1" w:styleId="4FF0518D55CC45E4BF1640ED293D7D8B">
    <w:name w:val="4FF0518D55CC45E4BF1640ED293D7D8B"/>
    <w:rsid w:val="005C3FEE"/>
    <w:pPr>
      <w:spacing w:after="200" w:line="288" w:lineRule="auto"/>
    </w:pPr>
    <w:rPr>
      <w:kern w:val="0"/>
      <w:sz w:val="21"/>
      <w:szCs w:val="21"/>
      <w:lang w:val="en-US" w:eastAsia="en-US"/>
      <w14:ligatures w14:val="none"/>
    </w:rPr>
  </w:style>
  <w:style w:type="paragraph" w:customStyle="1" w:styleId="9508355F91AC4A3DA9E912959762E546">
    <w:name w:val="9508355F91AC4A3DA9E912959762E546"/>
    <w:rsid w:val="005C3FEE"/>
    <w:pPr>
      <w:spacing w:after="200" w:line="288" w:lineRule="auto"/>
    </w:pPr>
    <w:rPr>
      <w:kern w:val="0"/>
      <w:sz w:val="21"/>
      <w:szCs w:val="21"/>
      <w:lang w:val="en-US" w:eastAsia="en-US"/>
      <w14:ligatures w14:val="none"/>
    </w:rPr>
  </w:style>
  <w:style w:type="paragraph" w:customStyle="1" w:styleId="78C7D350AB1740CAB29E2E78280068E8">
    <w:name w:val="78C7D350AB1740CAB29E2E78280068E8"/>
    <w:rsid w:val="005C3FEE"/>
    <w:pPr>
      <w:spacing w:after="200" w:line="288" w:lineRule="auto"/>
    </w:pPr>
    <w:rPr>
      <w:kern w:val="0"/>
      <w:sz w:val="21"/>
      <w:szCs w:val="21"/>
      <w:lang w:val="en-US" w:eastAsia="en-US"/>
      <w14:ligatures w14:val="none"/>
    </w:rPr>
  </w:style>
  <w:style w:type="paragraph" w:customStyle="1" w:styleId="834CA5CB397E4517AA01F8536315FFF6">
    <w:name w:val="834CA5CB397E4517AA01F8536315FFF6"/>
    <w:rsid w:val="005C3FEE"/>
    <w:pPr>
      <w:spacing w:after="200" w:line="288" w:lineRule="auto"/>
    </w:pPr>
    <w:rPr>
      <w:kern w:val="0"/>
      <w:sz w:val="21"/>
      <w:szCs w:val="21"/>
      <w:lang w:val="en-US" w:eastAsia="en-US"/>
      <w14:ligatures w14:val="none"/>
    </w:rPr>
  </w:style>
  <w:style w:type="paragraph" w:customStyle="1" w:styleId="B12FCF681F4E4664A3B6839DCD97E2D5">
    <w:name w:val="B12FCF681F4E4664A3B6839DCD97E2D5"/>
    <w:rsid w:val="005C3FEE"/>
    <w:pPr>
      <w:spacing w:after="200" w:line="288" w:lineRule="auto"/>
    </w:pPr>
    <w:rPr>
      <w:kern w:val="0"/>
      <w:sz w:val="21"/>
      <w:szCs w:val="21"/>
      <w:lang w:val="en-US" w:eastAsia="en-US"/>
      <w14:ligatures w14:val="none"/>
    </w:rPr>
  </w:style>
  <w:style w:type="paragraph" w:customStyle="1" w:styleId="707951C4E2444B39B52B3C8ACE0FB0CF">
    <w:name w:val="707951C4E2444B39B52B3C8ACE0FB0CF"/>
    <w:rsid w:val="005C3FEE"/>
    <w:pPr>
      <w:spacing w:after="200" w:line="288" w:lineRule="auto"/>
    </w:pPr>
    <w:rPr>
      <w:kern w:val="0"/>
      <w:sz w:val="21"/>
      <w:szCs w:val="21"/>
      <w:lang w:val="en-US" w:eastAsia="en-US"/>
      <w14:ligatures w14:val="none"/>
    </w:rPr>
  </w:style>
  <w:style w:type="paragraph" w:customStyle="1" w:styleId="377B038314044A50A1E69483E21085F7">
    <w:name w:val="377B038314044A50A1E69483E21085F7"/>
    <w:rsid w:val="005C3FEE"/>
    <w:pPr>
      <w:spacing w:after="200" w:line="288" w:lineRule="auto"/>
    </w:pPr>
    <w:rPr>
      <w:kern w:val="0"/>
      <w:sz w:val="21"/>
      <w:szCs w:val="21"/>
      <w:lang w:val="en-US" w:eastAsia="en-US"/>
      <w14:ligatures w14:val="none"/>
    </w:rPr>
  </w:style>
  <w:style w:type="paragraph" w:customStyle="1" w:styleId="3B7B44DAEDE1414B80B2E7E48E820901">
    <w:name w:val="3B7B44DAEDE1414B80B2E7E48E820901"/>
    <w:rsid w:val="005C3FEE"/>
    <w:pPr>
      <w:spacing w:after="200" w:line="288" w:lineRule="auto"/>
    </w:pPr>
    <w:rPr>
      <w:kern w:val="0"/>
      <w:sz w:val="21"/>
      <w:szCs w:val="21"/>
      <w:lang w:val="en-US" w:eastAsia="en-US"/>
      <w14:ligatures w14:val="none"/>
    </w:rPr>
  </w:style>
  <w:style w:type="paragraph" w:customStyle="1" w:styleId="E8A9C41D8C0E4017B4468ED4AD54609F">
    <w:name w:val="E8A9C41D8C0E4017B4468ED4AD54609F"/>
    <w:rsid w:val="005C3FEE"/>
    <w:pPr>
      <w:spacing w:after="200" w:line="288" w:lineRule="auto"/>
    </w:pPr>
    <w:rPr>
      <w:kern w:val="0"/>
      <w:sz w:val="21"/>
      <w:szCs w:val="21"/>
      <w:lang w:val="en-US" w:eastAsia="en-US"/>
      <w14:ligatures w14:val="none"/>
    </w:rPr>
  </w:style>
  <w:style w:type="paragraph" w:customStyle="1" w:styleId="37707033408646EDB6BF25527B1A1791">
    <w:name w:val="37707033408646EDB6BF25527B1A1791"/>
    <w:rsid w:val="005C3FEE"/>
    <w:pPr>
      <w:spacing w:after="200" w:line="288" w:lineRule="auto"/>
    </w:pPr>
    <w:rPr>
      <w:kern w:val="0"/>
      <w:sz w:val="21"/>
      <w:szCs w:val="21"/>
      <w:lang w:val="en-US" w:eastAsia="en-US"/>
      <w14:ligatures w14:val="none"/>
    </w:rPr>
  </w:style>
  <w:style w:type="paragraph" w:customStyle="1" w:styleId="FF155212595F4AD9AEAB12E172A2D8FD">
    <w:name w:val="FF155212595F4AD9AEAB12E172A2D8FD"/>
    <w:rsid w:val="005C3FEE"/>
    <w:pPr>
      <w:spacing w:after="200" w:line="288" w:lineRule="auto"/>
    </w:pPr>
    <w:rPr>
      <w:kern w:val="0"/>
      <w:sz w:val="21"/>
      <w:szCs w:val="21"/>
      <w:lang w:val="en-US" w:eastAsia="en-US"/>
      <w14:ligatures w14:val="none"/>
    </w:rPr>
  </w:style>
  <w:style w:type="paragraph" w:customStyle="1" w:styleId="6E3FD6FD895F4568A40A0D93728B95FB">
    <w:name w:val="6E3FD6FD895F4568A40A0D93728B95FB"/>
    <w:rsid w:val="005C3FEE"/>
    <w:pPr>
      <w:spacing w:after="200" w:line="288" w:lineRule="auto"/>
    </w:pPr>
    <w:rPr>
      <w:kern w:val="0"/>
      <w:sz w:val="21"/>
      <w:szCs w:val="21"/>
      <w:lang w:val="en-US" w:eastAsia="en-US"/>
      <w14:ligatures w14:val="none"/>
    </w:rPr>
  </w:style>
  <w:style w:type="paragraph" w:customStyle="1" w:styleId="99F73345FE714FC1AAD7336241E5F5E5">
    <w:name w:val="99F73345FE714FC1AAD7336241E5F5E5"/>
    <w:rsid w:val="005C3FEE"/>
    <w:pPr>
      <w:spacing w:after="200" w:line="288" w:lineRule="auto"/>
    </w:pPr>
    <w:rPr>
      <w:kern w:val="0"/>
      <w:sz w:val="21"/>
      <w:szCs w:val="21"/>
      <w:lang w:val="en-US" w:eastAsia="en-US"/>
      <w14:ligatures w14:val="none"/>
    </w:rPr>
  </w:style>
  <w:style w:type="paragraph" w:customStyle="1" w:styleId="AEDEF4CC8D3C41AF933ACEE04F25F873">
    <w:name w:val="AEDEF4CC8D3C41AF933ACEE04F25F873"/>
    <w:rsid w:val="005C3FEE"/>
    <w:pPr>
      <w:spacing w:after="200" w:line="288" w:lineRule="auto"/>
    </w:pPr>
    <w:rPr>
      <w:kern w:val="0"/>
      <w:sz w:val="21"/>
      <w:szCs w:val="21"/>
      <w:lang w:val="en-US" w:eastAsia="en-US"/>
      <w14:ligatures w14:val="none"/>
    </w:rPr>
  </w:style>
  <w:style w:type="paragraph" w:customStyle="1" w:styleId="8ACA1FEEE060491BAC4DEBA98A10CC6A">
    <w:name w:val="8ACA1FEEE060491BAC4DEBA98A10CC6A"/>
    <w:rsid w:val="005C3FEE"/>
    <w:pPr>
      <w:spacing w:after="200" w:line="288" w:lineRule="auto"/>
    </w:pPr>
    <w:rPr>
      <w:kern w:val="0"/>
      <w:sz w:val="21"/>
      <w:szCs w:val="21"/>
      <w:lang w:val="en-US" w:eastAsia="en-US"/>
      <w14:ligatures w14:val="none"/>
    </w:rPr>
  </w:style>
  <w:style w:type="paragraph" w:customStyle="1" w:styleId="97EF3053B7834212B24CE3EC6AE0DDDF">
    <w:name w:val="97EF3053B7834212B24CE3EC6AE0DDDF"/>
    <w:rsid w:val="005C3FEE"/>
    <w:pPr>
      <w:spacing w:after="200" w:line="288" w:lineRule="auto"/>
    </w:pPr>
    <w:rPr>
      <w:kern w:val="0"/>
      <w:sz w:val="21"/>
      <w:szCs w:val="21"/>
      <w:lang w:val="en-US" w:eastAsia="en-US"/>
      <w14:ligatures w14:val="none"/>
    </w:rPr>
  </w:style>
  <w:style w:type="paragraph" w:customStyle="1" w:styleId="953D5281CAF947809BE7A8847362F047">
    <w:name w:val="953D5281CAF947809BE7A8847362F047"/>
    <w:rsid w:val="005C3FEE"/>
    <w:pPr>
      <w:spacing w:after="200" w:line="288" w:lineRule="auto"/>
    </w:pPr>
    <w:rPr>
      <w:kern w:val="0"/>
      <w:sz w:val="21"/>
      <w:szCs w:val="21"/>
      <w:lang w:val="en-US" w:eastAsia="en-US"/>
      <w14:ligatures w14:val="none"/>
    </w:rPr>
  </w:style>
  <w:style w:type="paragraph" w:customStyle="1" w:styleId="8B6BCFD3AA1A426F9DA0E8345F49B000">
    <w:name w:val="8B6BCFD3AA1A426F9DA0E8345F49B000"/>
    <w:rsid w:val="005C3FEE"/>
    <w:pPr>
      <w:spacing w:after="200" w:line="288" w:lineRule="auto"/>
    </w:pPr>
    <w:rPr>
      <w:kern w:val="0"/>
      <w:sz w:val="21"/>
      <w:szCs w:val="21"/>
      <w:lang w:val="en-US" w:eastAsia="en-US"/>
      <w14:ligatures w14:val="none"/>
    </w:rPr>
  </w:style>
  <w:style w:type="paragraph" w:customStyle="1" w:styleId="833B95A875794D2D803A627615D800C9">
    <w:name w:val="833B95A875794D2D803A627615D800C9"/>
    <w:rsid w:val="005C3FEE"/>
    <w:pPr>
      <w:spacing w:after="200" w:line="288" w:lineRule="auto"/>
    </w:pPr>
    <w:rPr>
      <w:kern w:val="0"/>
      <w:sz w:val="21"/>
      <w:szCs w:val="21"/>
      <w:lang w:val="en-US" w:eastAsia="en-US"/>
      <w14:ligatures w14:val="none"/>
    </w:rPr>
  </w:style>
  <w:style w:type="paragraph" w:customStyle="1" w:styleId="3BA3E5C549994F0CAF293A4293E0D716">
    <w:name w:val="3BA3E5C549994F0CAF293A4293E0D716"/>
    <w:rsid w:val="005C3FEE"/>
    <w:pPr>
      <w:spacing w:after="200" w:line="288" w:lineRule="auto"/>
    </w:pPr>
    <w:rPr>
      <w:kern w:val="0"/>
      <w:sz w:val="21"/>
      <w:szCs w:val="21"/>
      <w:lang w:val="en-US" w:eastAsia="en-US"/>
      <w14:ligatures w14:val="none"/>
    </w:rPr>
  </w:style>
  <w:style w:type="paragraph" w:customStyle="1" w:styleId="792638FF64324975907300F36B56C6F2">
    <w:name w:val="792638FF64324975907300F36B56C6F2"/>
    <w:rsid w:val="005C3FEE"/>
    <w:pPr>
      <w:spacing w:after="200" w:line="288" w:lineRule="auto"/>
    </w:pPr>
    <w:rPr>
      <w:kern w:val="0"/>
      <w:sz w:val="21"/>
      <w:szCs w:val="21"/>
      <w:lang w:val="en-US" w:eastAsia="en-US"/>
      <w14:ligatures w14:val="none"/>
    </w:rPr>
  </w:style>
  <w:style w:type="paragraph" w:customStyle="1" w:styleId="500F02FF033D41F8B94E3FA98C7CD70C">
    <w:name w:val="500F02FF033D41F8B94E3FA98C7CD70C"/>
    <w:rsid w:val="005C3FEE"/>
    <w:pPr>
      <w:spacing w:after="200" w:line="288" w:lineRule="auto"/>
    </w:pPr>
    <w:rPr>
      <w:kern w:val="0"/>
      <w:sz w:val="21"/>
      <w:szCs w:val="21"/>
      <w:lang w:val="en-US" w:eastAsia="en-US"/>
      <w14:ligatures w14:val="none"/>
    </w:rPr>
  </w:style>
  <w:style w:type="paragraph" w:customStyle="1" w:styleId="7A4879296C0F423E837D394E6D052529">
    <w:name w:val="7A4879296C0F423E837D394E6D052529"/>
    <w:rsid w:val="005C3FEE"/>
    <w:pPr>
      <w:spacing w:after="200" w:line="288" w:lineRule="auto"/>
    </w:pPr>
    <w:rPr>
      <w:kern w:val="0"/>
      <w:sz w:val="21"/>
      <w:szCs w:val="21"/>
      <w:lang w:val="en-US" w:eastAsia="en-US"/>
      <w14:ligatures w14:val="none"/>
    </w:rPr>
  </w:style>
  <w:style w:type="paragraph" w:customStyle="1" w:styleId="2AF67EA00D9543E5B05FE7435E78C712">
    <w:name w:val="2AF67EA00D9543E5B05FE7435E78C712"/>
    <w:rsid w:val="005C3FEE"/>
    <w:pPr>
      <w:spacing w:after="200" w:line="288" w:lineRule="auto"/>
    </w:pPr>
    <w:rPr>
      <w:kern w:val="0"/>
      <w:sz w:val="21"/>
      <w:szCs w:val="21"/>
      <w:lang w:val="en-US" w:eastAsia="en-US"/>
      <w14:ligatures w14:val="none"/>
    </w:rPr>
  </w:style>
  <w:style w:type="paragraph" w:customStyle="1" w:styleId="F33767B0F0BE4CFF90DF480843F306AD">
    <w:name w:val="F33767B0F0BE4CFF90DF480843F306AD"/>
    <w:rsid w:val="005C3FEE"/>
    <w:pPr>
      <w:spacing w:after="200" w:line="288" w:lineRule="auto"/>
    </w:pPr>
    <w:rPr>
      <w:kern w:val="0"/>
      <w:sz w:val="21"/>
      <w:szCs w:val="21"/>
      <w:lang w:val="en-US" w:eastAsia="en-US"/>
      <w14:ligatures w14:val="none"/>
    </w:rPr>
  </w:style>
  <w:style w:type="paragraph" w:customStyle="1" w:styleId="35E4516DAEA54319B7F87886E61D4051">
    <w:name w:val="35E4516DAEA54319B7F87886E61D4051"/>
    <w:rsid w:val="005C3FEE"/>
    <w:pPr>
      <w:spacing w:after="200" w:line="288" w:lineRule="auto"/>
    </w:pPr>
    <w:rPr>
      <w:kern w:val="0"/>
      <w:sz w:val="21"/>
      <w:szCs w:val="21"/>
      <w:lang w:val="en-US" w:eastAsia="en-US"/>
      <w14:ligatures w14:val="none"/>
    </w:rPr>
  </w:style>
  <w:style w:type="paragraph" w:customStyle="1" w:styleId="F4079420553B4ABD96556EFF80E72FE0">
    <w:name w:val="F4079420553B4ABD96556EFF80E72FE0"/>
    <w:rsid w:val="005C3FEE"/>
    <w:pPr>
      <w:spacing w:after="200" w:line="288" w:lineRule="auto"/>
    </w:pPr>
    <w:rPr>
      <w:kern w:val="0"/>
      <w:sz w:val="21"/>
      <w:szCs w:val="21"/>
      <w:lang w:val="en-US" w:eastAsia="en-US"/>
      <w14:ligatures w14:val="none"/>
    </w:rPr>
  </w:style>
  <w:style w:type="paragraph" w:customStyle="1" w:styleId="46832A31EEFA4A3599575F0CCDC87EB4">
    <w:name w:val="46832A31EEFA4A3599575F0CCDC87EB4"/>
    <w:rsid w:val="005C3FEE"/>
    <w:pPr>
      <w:spacing w:after="200" w:line="288" w:lineRule="auto"/>
    </w:pPr>
    <w:rPr>
      <w:kern w:val="0"/>
      <w:sz w:val="21"/>
      <w:szCs w:val="21"/>
      <w:lang w:val="en-US" w:eastAsia="en-US"/>
      <w14:ligatures w14:val="none"/>
    </w:rPr>
  </w:style>
  <w:style w:type="paragraph" w:customStyle="1" w:styleId="6B9FDBA4D2A44964975CB7FBE8DBA1D4">
    <w:name w:val="6B9FDBA4D2A44964975CB7FBE8DBA1D4"/>
    <w:rsid w:val="005C3FEE"/>
    <w:pPr>
      <w:spacing w:after="200" w:line="288" w:lineRule="auto"/>
    </w:pPr>
    <w:rPr>
      <w:kern w:val="0"/>
      <w:sz w:val="21"/>
      <w:szCs w:val="21"/>
      <w:lang w:val="en-US" w:eastAsia="en-US"/>
      <w14:ligatures w14:val="none"/>
    </w:rPr>
  </w:style>
  <w:style w:type="paragraph" w:customStyle="1" w:styleId="A9D91CBFD1AF4E30A22F99ADB47987F4">
    <w:name w:val="A9D91CBFD1AF4E30A22F99ADB47987F4"/>
    <w:rsid w:val="005C3FEE"/>
    <w:pPr>
      <w:spacing w:after="200" w:line="288" w:lineRule="auto"/>
    </w:pPr>
    <w:rPr>
      <w:kern w:val="0"/>
      <w:sz w:val="21"/>
      <w:szCs w:val="21"/>
      <w:lang w:val="en-US" w:eastAsia="en-US"/>
      <w14:ligatures w14:val="none"/>
    </w:rPr>
  </w:style>
  <w:style w:type="paragraph" w:customStyle="1" w:styleId="D47E62BF689B400EB076B6501EBD90C8">
    <w:name w:val="D47E62BF689B400EB076B6501EBD90C8"/>
    <w:rsid w:val="005C3FEE"/>
    <w:pPr>
      <w:spacing w:after="200" w:line="288" w:lineRule="auto"/>
    </w:pPr>
    <w:rPr>
      <w:kern w:val="0"/>
      <w:sz w:val="21"/>
      <w:szCs w:val="21"/>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2315</Words>
  <Characters>13197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15482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Angela Griffin</cp:lastModifiedBy>
  <cp:revision>3</cp:revision>
  <dcterms:created xsi:type="dcterms:W3CDTF">2026-08-06T22:23:00Z</dcterms:created>
  <dcterms:modified xsi:type="dcterms:W3CDTF">2026-08-06T22:28:00Z</dcterms:modified>
  <cp:category/>
</cp:coreProperties>
</file>