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880"/>
        <w:gridCol w:w="7344"/>
      </w:tblGrid>
      <w:tr w:rsidR="00DD5E19" w14:paraId="49FD9644" w14:textId="77777777">
        <w:trPr>
          <w:trHeight w:val="1800"/>
          <w:jc w:val="center"/>
        </w:trPr>
        <w:tc>
          <w:tcPr>
            <w:tcW w:w="2880" w:type="dxa"/>
            <w:vAlign w:val="center"/>
          </w:tcPr>
          <w:p w14:paraId="1DFC5B63" w14:textId="77777777" w:rsidR="00DD5E19" w:rsidRDefault="009A690C">
            <w:pPr>
              <w:jc w:val="center"/>
            </w:pPr>
            <w:r>
              <w:rPr>
                <w:noProof/>
              </w:rPr>
              <w:drawing>
                <wp:inline distT="0" distB="0" distL="0" distR="0" wp14:anchorId="69383BF9" wp14:editId="33DA1629">
                  <wp:extent cx="956016" cy="9806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956016" cy="980656"/>
                          </a:xfrm>
                          <a:prstGeom prst="rect">
                            <a:avLst/>
                          </a:prstGeom>
                        </pic:spPr>
                      </pic:pic>
                    </a:graphicData>
                  </a:graphic>
                </wp:inline>
              </w:drawing>
            </w:r>
          </w:p>
        </w:tc>
        <w:tc>
          <w:tcPr>
            <w:tcW w:w="7344" w:type="dxa"/>
            <w:shd w:val="clear" w:color="auto" w:fill="9B8A45"/>
          </w:tcPr>
          <w:p w14:paraId="754A99DC" w14:textId="1F479F8E" w:rsidR="00DD5E19" w:rsidRDefault="009A690C">
            <w:r>
              <w:rPr>
                <w:rFonts w:ascii="Aptos Display" w:hAnsi="Aptos Display"/>
                <w:b/>
                <w:color w:val="FFFFFF"/>
                <w:sz w:val="44"/>
              </w:rPr>
              <w:t>WORK EXPERIENCE</w:t>
            </w:r>
            <w:r>
              <w:rPr>
                <w:rFonts w:ascii="Aptos Display" w:hAnsi="Aptos Display"/>
                <w:b/>
                <w:color w:val="FFFFFF"/>
                <w:sz w:val="44"/>
              </w:rPr>
              <w:br/>
              <w:t>PLACEMENT AGREEMENT</w:t>
            </w:r>
            <w:r w:rsidR="00D4755D">
              <w:rPr>
                <w:rFonts w:ascii="Aptos Display" w:hAnsi="Aptos Display"/>
                <w:b/>
                <w:color w:val="FFFFFF"/>
                <w:sz w:val="44"/>
              </w:rPr>
              <w:t xml:space="preserve"> and TRAINING</w:t>
            </w:r>
            <w:r>
              <w:rPr>
                <w:rFonts w:ascii="Aptos Display" w:hAnsi="Aptos Display"/>
                <w:b/>
                <w:color w:val="FFFFFF"/>
                <w:sz w:val="44"/>
              </w:rPr>
              <w:t xml:space="preserve"> FORM</w:t>
            </w:r>
            <w:r>
              <w:rPr>
                <w:color w:val="FFFFFF"/>
              </w:rPr>
              <w:br/>
              <w:t>Ministry-Authorized Work Experience 12</w:t>
            </w:r>
          </w:p>
        </w:tc>
      </w:tr>
    </w:tbl>
    <w:p w14:paraId="207A8699" w14:textId="77777777" w:rsidR="00DD5E19" w:rsidRDefault="00DD5E19">
      <w:pPr>
        <w:spacing w:after="0"/>
      </w:pPr>
    </w:p>
    <w:p w14:paraId="178A5188" w14:textId="664F58FE" w:rsidR="00DD5E19" w:rsidRDefault="009A690C">
      <w:pPr>
        <w:spacing w:after="100"/>
      </w:pPr>
      <w:r>
        <w:rPr>
          <w:sz w:val="17"/>
        </w:rPr>
        <w:t>The information on this form is collected</w:t>
      </w:r>
      <w:r w:rsidR="003F2006">
        <w:rPr>
          <w:sz w:val="17"/>
        </w:rPr>
        <w:t xml:space="preserve"> by the various parties</w:t>
      </w:r>
      <w:r>
        <w:rPr>
          <w:sz w:val="17"/>
        </w:rPr>
        <w:t xml:space="preserve"> as required by Ministerial Order 237/11 (M033/09), the Work Experience Order.</w:t>
      </w:r>
    </w:p>
    <w:tbl>
      <w:tblPr>
        <w:tblW w:w="0" w:type="auto"/>
        <w:jc w:val="center"/>
        <w:tblLook w:val="04A0" w:firstRow="1" w:lastRow="0" w:firstColumn="1" w:lastColumn="0" w:noHBand="0" w:noVBand="1"/>
      </w:tblPr>
      <w:tblGrid>
        <w:gridCol w:w="10656"/>
      </w:tblGrid>
      <w:tr w:rsidR="00DD5E19" w14:paraId="6C0F590A" w14:textId="77777777">
        <w:trPr>
          <w:jc w:val="center"/>
        </w:trPr>
        <w:tc>
          <w:tcPr>
            <w:tcW w:w="10656" w:type="dxa"/>
            <w:shd w:val="clear" w:color="auto" w:fill="006B3C"/>
            <w:tcMar>
              <w:top w:w="70" w:type="dxa"/>
              <w:left w:w="90" w:type="dxa"/>
              <w:bottom w:w="70" w:type="dxa"/>
              <w:right w:w="90" w:type="dxa"/>
            </w:tcMar>
            <w:vAlign w:val="center"/>
          </w:tcPr>
          <w:p w14:paraId="30669FDB" w14:textId="77777777" w:rsidR="00DD5E19" w:rsidRDefault="009A690C">
            <w:r>
              <w:rPr>
                <w:b/>
                <w:color w:val="FFFFFF"/>
                <w:sz w:val="22"/>
              </w:rPr>
              <w:t>1. AGREEMENT PARTICIPANTS</w:t>
            </w:r>
          </w:p>
        </w:tc>
      </w:tr>
    </w:tbl>
    <w:p w14:paraId="23D7D596" w14:textId="77777777" w:rsidR="00DD5E19" w:rsidRDefault="00DD5E19">
      <w:pPr>
        <w:spacing w:after="0"/>
      </w:pPr>
    </w:p>
    <w:tbl>
      <w:tblPr>
        <w:tblStyle w:val="TableGrid"/>
        <w:tblW w:w="0" w:type="auto"/>
        <w:jc w:val="center"/>
        <w:tblLayout w:type="fixed"/>
        <w:tblLook w:val="04A0" w:firstRow="1" w:lastRow="0" w:firstColumn="1" w:lastColumn="0" w:noHBand="0" w:noVBand="1"/>
      </w:tblPr>
      <w:tblGrid>
        <w:gridCol w:w="1944"/>
        <w:gridCol w:w="4536"/>
        <w:gridCol w:w="1944"/>
        <w:gridCol w:w="2376"/>
      </w:tblGrid>
      <w:tr w:rsidR="00DD5E19" w14:paraId="1AD9A9AD" w14:textId="77777777">
        <w:trPr>
          <w:jc w:val="center"/>
        </w:trPr>
        <w:tc>
          <w:tcPr>
            <w:tcW w:w="10800" w:type="dxa"/>
            <w:gridSpan w:val="4"/>
            <w:shd w:val="clear" w:color="auto" w:fill="F3E6B8"/>
            <w:tcMar>
              <w:top w:w="70" w:type="dxa"/>
              <w:left w:w="90" w:type="dxa"/>
              <w:bottom w:w="70" w:type="dxa"/>
              <w:right w:w="90" w:type="dxa"/>
            </w:tcMar>
            <w:vAlign w:val="center"/>
          </w:tcPr>
          <w:p w14:paraId="2A29A633" w14:textId="77777777" w:rsidR="00DD5E19" w:rsidRDefault="009A690C">
            <w:r>
              <w:rPr>
                <w:b/>
                <w:i/>
                <w:color w:val="333333"/>
                <w:sz w:val="20"/>
              </w:rPr>
              <w:t>School</w:t>
            </w:r>
          </w:p>
        </w:tc>
      </w:tr>
      <w:tr w:rsidR="00DD5E19" w14:paraId="00042E5A" w14:textId="77777777">
        <w:trPr>
          <w:jc w:val="center"/>
        </w:trPr>
        <w:tc>
          <w:tcPr>
            <w:tcW w:w="1944" w:type="dxa"/>
            <w:tcMar>
              <w:top w:w="70" w:type="dxa"/>
              <w:left w:w="90" w:type="dxa"/>
              <w:bottom w:w="70" w:type="dxa"/>
              <w:right w:w="90" w:type="dxa"/>
            </w:tcMar>
            <w:vAlign w:val="center"/>
          </w:tcPr>
          <w:p w14:paraId="2B4F1FB3" w14:textId="77777777" w:rsidR="00DD5E19" w:rsidRDefault="009A690C">
            <w:r>
              <w:rPr>
                <w:b/>
                <w:color w:val="333333"/>
                <w:sz w:val="17"/>
              </w:rPr>
              <w:t>School name</w:t>
            </w:r>
          </w:p>
        </w:tc>
        <w:tc>
          <w:tcPr>
            <w:tcW w:w="4536" w:type="dxa"/>
            <w:shd w:val="clear" w:color="auto" w:fill="F2F2F2"/>
            <w:tcMar>
              <w:top w:w="70" w:type="dxa"/>
              <w:left w:w="90" w:type="dxa"/>
              <w:bottom w:w="70" w:type="dxa"/>
              <w:right w:w="90" w:type="dxa"/>
            </w:tcMar>
            <w:vAlign w:val="center"/>
          </w:tcPr>
          <w:p w14:paraId="157FE54E" w14:textId="3C0B6EA7" w:rsidR="00DD5E19" w:rsidRPr="00CD4569" w:rsidRDefault="00051A9D">
            <w:pPr>
              <w:rPr>
                <w:b/>
                <w:bCs/>
              </w:rPr>
            </w:pPr>
            <w:r w:rsidRPr="00CD4569">
              <w:rPr>
                <w:b/>
                <w:bCs/>
                <w:i/>
              </w:rPr>
              <w:t>Immaculata Regional High School</w:t>
            </w:r>
          </w:p>
        </w:tc>
        <w:tc>
          <w:tcPr>
            <w:tcW w:w="1944" w:type="dxa"/>
            <w:tcMar>
              <w:top w:w="70" w:type="dxa"/>
              <w:left w:w="90" w:type="dxa"/>
              <w:bottom w:w="70" w:type="dxa"/>
              <w:right w:w="90" w:type="dxa"/>
            </w:tcMar>
            <w:vAlign w:val="center"/>
          </w:tcPr>
          <w:p w14:paraId="668C9B8E" w14:textId="77777777" w:rsidR="00DD5E19" w:rsidRDefault="009A690C">
            <w:r>
              <w:rPr>
                <w:b/>
                <w:color w:val="333333"/>
                <w:sz w:val="17"/>
              </w:rPr>
              <w:t>School contact</w:t>
            </w:r>
          </w:p>
        </w:tc>
        <w:tc>
          <w:tcPr>
            <w:tcW w:w="2376" w:type="dxa"/>
            <w:shd w:val="clear" w:color="auto" w:fill="F2F2F2"/>
            <w:tcMar>
              <w:top w:w="70" w:type="dxa"/>
              <w:left w:w="90" w:type="dxa"/>
              <w:bottom w:w="70" w:type="dxa"/>
              <w:right w:w="90" w:type="dxa"/>
            </w:tcMar>
            <w:vAlign w:val="center"/>
          </w:tcPr>
          <w:p w14:paraId="3B387598" w14:textId="6FDA1FCB" w:rsidR="00DD5E19" w:rsidRPr="000D132F" w:rsidRDefault="00051A9D">
            <w:pPr>
              <w:rPr>
                <w:b/>
                <w:bCs/>
              </w:rPr>
            </w:pPr>
            <w:r w:rsidRPr="00CD4569">
              <w:rPr>
                <w:b/>
                <w:bCs/>
                <w:i/>
              </w:rPr>
              <w:t>Angela Griffin</w:t>
            </w:r>
          </w:p>
        </w:tc>
      </w:tr>
      <w:tr w:rsidR="00DD5E19" w14:paraId="71C9E351" w14:textId="77777777">
        <w:trPr>
          <w:jc w:val="center"/>
        </w:trPr>
        <w:tc>
          <w:tcPr>
            <w:tcW w:w="1944" w:type="dxa"/>
            <w:tcMar>
              <w:top w:w="70" w:type="dxa"/>
              <w:left w:w="90" w:type="dxa"/>
              <w:bottom w:w="70" w:type="dxa"/>
              <w:right w:w="90" w:type="dxa"/>
            </w:tcMar>
            <w:vAlign w:val="center"/>
          </w:tcPr>
          <w:p w14:paraId="3B72D5EA" w14:textId="77777777" w:rsidR="00DD5E19" w:rsidRDefault="009A690C">
            <w:r>
              <w:rPr>
                <w:b/>
                <w:color w:val="333333"/>
                <w:sz w:val="17"/>
              </w:rPr>
              <w:t>Address</w:t>
            </w:r>
          </w:p>
        </w:tc>
        <w:tc>
          <w:tcPr>
            <w:tcW w:w="4536" w:type="dxa"/>
            <w:shd w:val="clear" w:color="auto" w:fill="F2F2F2"/>
            <w:tcMar>
              <w:top w:w="70" w:type="dxa"/>
              <w:left w:w="90" w:type="dxa"/>
              <w:bottom w:w="70" w:type="dxa"/>
              <w:right w:w="90" w:type="dxa"/>
            </w:tcMar>
            <w:vAlign w:val="center"/>
          </w:tcPr>
          <w:p w14:paraId="3F8533B9" w14:textId="3CA9CB12" w:rsidR="00DD5E19" w:rsidRPr="00CD4569" w:rsidRDefault="00CD4569">
            <w:pPr>
              <w:rPr>
                <w:b/>
                <w:bCs/>
                <w:i/>
                <w:iCs/>
              </w:rPr>
            </w:pPr>
            <w:r w:rsidRPr="00CD4569">
              <w:rPr>
                <w:b/>
                <w:bCs/>
                <w:i/>
                <w:iCs/>
              </w:rPr>
              <w:t>1493 KLO Rd. Kelowna</w:t>
            </w:r>
          </w:p>
        </w:tc>
        <w:tc>
          <w:tcPr>
            <w:tcW w:w="1944" w:type="dxa"/>
            <w:tcMar>
              <w:top w:w="70" w:type="dxa"/>
              <w:left w:w="90" w:type="dxa"/>
              <w:bottom w:w="70" w:type="dxa"/>
              <w:right w:w="90" w:type="dxa"/>
            </w:tcMar>
            <w:vAlign w:val="center"/>
          </w:tcPr>
          <w:p w14:paraId="741E0D01" w14:textId="0691A841" w:rsidR="00DD5E19" w:rsidRDefault="009A690C">
            <w:r>
              <w:rPr>
                <w:b/>
                <w:color w:val="333333"/>
                <w:sz w:val="17"/>
              </w:rPr>
              <w:t>Telephone</w:t>
            </w:r>
            <w:r w:rsidR="000D132F">
              <w:rPr>
                <w:b/>
                <w:color w:val="333333"/>
                <w:sz w:val="17"/>
              </w:rPr>
              <w:t xml:space="preserve"> (cell)</w:t>
            </w:r>
          </w:p>
        </w:tc>
        <w:tc>
          <w:tcPr>
            <w:tcW w:w="2376" w:type="dxa"/>
            <w:shd w:val="clear" w:color="auto" w:fill="F2F2F2"/>
            <w:tcMar>
              <w:top w:w="70" w:type="dxa"/>
              <w:left w:w="90" w:type="dxa"/>
              <w:bottom w:w="70" w:type="dxa"/>
              <w:right w:w="90" w:type="dxa"/>
            </w:tcMar>
            <w:vAlign w:val="center"/>
          </w:tcPr>
          <w:p w14:paraId="3FE5E689" w14:textId="79BCDCEC" w:rsidR="00DD5E19" w:rsidRPr="001F61FA" w:rsidRDefault="001F61FA">
            <w:pPr>
              <w:rPr>
                <w:b/>
                <w:bCs/>
              </w:rPr>
            </w:pPr>
            <w:r>
              <w:rPr>
                <w:b/>
                <w:bCs/>
                <w:i/>
              </w:rPr>
              <w:t>250-215-5225</w:t>
            </w:r>
          </w:p>
        </w:tc>
      </w:tr>
      <w:tr w:rsidR="00DD5E19" w14:paraId="1E68DBEC" w14:textId="77777777">
        <w:trPr>
          <w:jc w:val="center"/>
        </w:trPr>
        <w:tc>
          <w:tcPr>
            <w:tcW w:w="1944" w:type="dxa"/>
            <w:tcMar>
              <w:top w:w="70" w:type="dxa"/>
              <w:left w:w="90" w:type="dxa"/>
              <w:bottom w:w="70" w:type="dxa"/>
              <w:right w:w="90" w:type="dxa"/>
            </w:tcMar>
            <w:vAlign w:val="center"/>
          </w:tcPr>
          <w:p w14:paraId="69229A8D" w14:textId="77777777" w:rsidR="00DD5E19" w:rsidRDefault="009A690C">
            <w:r>
              <w:rPr>
                <w:b/>
                <w:color w:val="333333"/>
                <w:sz w:val="17"/>
              </w:rPr>
              <w:t>School telephone</w:t>
            </w:r>
          </w:p>
        </w:tc>
        <w:tc>
          <w:tcPr>
            <w:tcW w:w="4536" w:type="dxa"/>
            <w:shd w:val="clear" w:color="auto" w:fill="F2F2F2"/>
            <w:tcMar>
              <w:top w:w="70" w:type="dxa"/>
              <w:left w:w="90" w:type="dxa"/>
              <w:bottom w:w="70" w:type="dxa"/>
              <w:right w:w="90" w:type="dxa"/>
            </w:tcMar>
            <w:vAlign w:val="center"/>
          </w:tcPr>
          <w:p w14:paraId="6F900470" w14:textId="69672D3E" w:rsidR="00DD5E19" w:rsidRPr="001F61FA" w:rsidRDefault="001F61FA">
            <w:pPr>
              <w:rPr>
                <w:b/>
                <w:bCs/>
              </w:rPr>
            </w:pPr>
            <w:r w:rsidRPr="001F61FA">
              <w:rPr>
                <w:b/>
                <w:bCs/>
                <w:i/>
              </w:rPr>
              <w:t>250-762-2730</w:t>
            </w:r>
          </w:p>
        </w:tc>
        <w:tc>
          <w:tcPr>
            <w:tcW w:w="1944" w:type="dxa"/>
            <w:tcMar>
              <w:top w:w="70" w:type="dxa"/>
              <w:left w:w="90" w:type="dxa"/>
              <w:bottom w:w="70" w:type="dxa"/>
              <w:right w:w="90" w:type="dxa"/>
            </w:tcMar>
            <w:vAlign w:val="center"/>
          </w:tcPr>
          <w:p w14:paraId="03072824" w14:textId="77777777" w:rsidR="00DD5E19" w:rsidRDefault="009A690C">
            <w:r>
              <w:rPr>
                <w:b/>
                <w:color w:val="333333"/>
                <w:sz w:val="17"/>
              </w:rPr>
              <w:t>Email</w:t>
            </w:r>
          </w:p>
        </w:tc>
        <w:tc>
          <w:tcPr>
            <w:tcW w:w="2376" w:type="dxa"/>
            <w:shd w:val="clear" w:color="auto" w:fill="F2F2F2"/>
            <w:tcMar>
              <w:top w:w="70" w:type="dxa"/>
              <w:left w:w="90" w:type="dxa"/>
              <w:bottom w:w="70" w:type="dxa"/>
              <w:right w:w="90" w:type="dxa"/>
            </w:tcMar>
            <w:vAlign w:val="center"/>
          </w:tcPr>
          <w:p w14:paraId="449B8C79" w14:textId="2264675C" w:rsidR="00DD5E19" w:rsidRPr="001F61FA" w:rsidRDefault="001F61FA">
            <w:pPr>
              <w:rPr>
                <w:b/>
                <w:bCs/>
                <w:i/>
                <w:iCs/>
              </w:rPr>
            </w:pPr>
            <w:hyperlink r:id="rId9" w:history="1">
              <w:r w:rsidRPr="00B07089">
                <w:rPr>
                  <w:rStyle w:val="Hyperlink"/>
                  <w:b/>
                  <w:bCs/>
                  <w:i/>
                  <w:iCs/>
                </w:rPr>
                <w:t>agriffin@cisnd.ca</w:t>
              </w:r>
            </w:hyperlink>
            <w:r>
              <w:rPr>
                <w:b/>
                <w:bCs/>
                <w:i/>
                <w:iCs/>
              </w:rPr>
              <w:t xml:space="preserve"> </w:t>
            </w:r>
          </w:p>
        </w:tc>
      </w:tr>
      <w:tr w:rsidR="00DD5E19" w14:paraId="37CB0A2C" w14:textId="77777777">
        <w:trPr>
          <w:jc w:val="center"/>
        </w:trPr>
        <w:tc>
          <w:tcPr>
            <w:tcW w:w="1944" w:type="dxa"/>
            <w:tcMar>
              <w:top w:w="70" w:type="dxa"/>
              <w:left w:w="90" w:type="dxa"/>
              <w:bottom w:w="70" w:type="dxa"/>
              <w:right w:w="90" w:type="dxa"/>
            </w:tcMar>
            <w:vAlign w:val="center"/>
          </w:tcPr>
          <w:p w14:paraId="37C9AEAC" w14:textId="77777777" w:rsidR="00DD5E19" w:rsidRDefault="009A690C">
            <w:r>
              <w:rPr>
                <w:b/>
                <w:color w:val="333333"/>
                <w:sz w:val="17"/>
              </w:rPr>
              <w:t>Authorized signature</w:t>
            </w:r>
          </w:p>
        </w:tc>
        <w:tc>
          <w:tcPr>
            <w:tcW w:w="8856" w:type="dxa"/>
            <w:gridSpan w:val="3"/>
            <w:shd w:val="clear" w:color="auto" w:fill="F2F2F2"/>
            <w:tcMar>
              <w:top w:w="70" w:type="dxa"/>
              <w:left w:w="90" w:type="dxa"/>
              <w:bottom w:w="70" w:type="dxa"/>
              <w:right w:w="90" w:type="dxa"/>
            </w:tcMar>
            <w:vAlign w:val="center"/>
          </w:tcPr>
          <w:p w14:paraId="4F3ED054" w14:textId="5A1DF4E6" w:rsidR="00DD5E19" w:rsidRDefault="00DD5E19"/>
        </w:tc>
      </w:tr>
      <w:tr w:rsidR="00DD5E19" w14:paraId="44795FF1" w14:textId="77777777">
        <w:trPr>
          <w:jc w:val="center"/>
        </w:trPr>
        <w:tc>
          <w:tcPr>
            <w:tcW w:w="1944" w:type="dxa"/>
            <w:tcMar>
              <w:top w:w="70" w:type="dxa"/>
              <w:left w:w="90" w:type="dxa"/>
              <w:bottom w:w="70" w:type="dxa"/>
              <w:right w:w="90" w:type="dxa"/>
            </w:tcMar>
            <w:vAlign w:val="center"/>
          </w:tcPr>
          <w:p w14:paraId="035203CB" w14:textId="77777777" w:rsidR="00DD5E19" w:rsidRDefault="009A690C">
            <w:r>
              <w:rPr>
                <w:b/>
                <w:color w:val="333333"/>
                <w:sz w:val="17"/>
              </w:rPr>
              <w:t>Date signed</w:t>
            </w:r>
          </w:p>
        </w:tc>
        <w:tc>
          <w:tcPr>
            <w:tcW w:w="8856" w:type="dxa"/>
            <w:gridSpan w:val="3"/>
            <w:shd w:val="clear" w:color="auto" w:fill="F2F2F2"/>
            <w:tcMar>
              <w:top w:w="70" w:type="dxa"/>
              <w:left w:w="90" w:type="dxa"/>
              <w:bottom w:w="70" w:type="dxa"/>
              <w:right w:w="90" w:type="dxa"/>
            </w:tcMar>
            <w:vAlign w:val="center"/>
          </w:tcPr>
          <w:p w14:paraId="7C6832FF" w14:textId="29636175" w:rsidR="00DD5E19" w:rsidRDefault="00DD5E19"/>
        </w:tc>
      </w:tr>
    </w:tbl>
    <w:p w14:paraId="7F628254" w14:textId="77777777" w:rsidR="00DD5E19" w:rsidRDefault="00DD5E19">
      <w:pPr>
        <w:spacing w:after="0"/>
      </w:pPr>
    </w:p>
    <w:tbl>
      <w:tblPr>
        <w:tblStyle w:val="TableGrid"/>
        <w:tblW w:w="0" w:type="auto"/>
        <w:jc w:val="center"/>
        <w:tblLayout w:type="fixed"/>
        <w:tblLook w:val="04A0" w:firstRow="1" w:lastRow="0" w:firstColumn="1" w:lastColumn="0" w:noHBand="0" w:noVBand="1"/>
      </w:tblPr>
      <w:tblGrid>
        <w:gridCol w:w="1944"/>
        <w:gridCol w:w="4536"/>
        <w:gridCol w:w="1944"/>
        <w:gridCol w:w="2376"/>
      </w:tblGrid>
      <w:tr w:rsidR="00DD5E19" w14:paraId="7C4651CC" w14:textId="77777777">
        <w:trPr>
          <w:jc w:val="center"/>
        </w:trPr>
        <w:tc>
          <w:tcPr>
            <w:tcW w:w="10800" w:type="dxa"/>
            <w:gridSpan w:val="4"/>
            <w:shd w:val="clear" w:color="auto" w:fill="F3E6B8"/>
            <w:tcMar>
              <w:top w:w="70" w:type="dxa"/>
              <w:left w:w="90" w:type="dxa"/>
              <w:bottom w:w="70" w:type="dxa"/>
              <w:right w:w="90" w:type="dxa"/>
            </w:tcMar>
            <w:vAlign w:val="center"/>
          </w:tcPr>
          <w:p w14:paraId="012ED24C" w14:textId="0215BF80" w:rsidR="00DD5E19" w:rsidRDefault="009A690C">
            <w:r>
              <w:rPr>
                <w:b/>
                <w:i/>
                <w:color w:val="333333"/>
                <w:sz w:val="20"/>
              </w:rPr>
              <w:t>Student</w:t>
            </w:r>
            <w:r w:rsidR="00CF5340">
              <w:rPr>
                <w:b/>
                <w:i/>
                <w:color w:val="333333"/>
                <w:sz w:val="20"/>
              </w:rPr>
              <w:t xml:space="preserve"> (filled out by student)</w:t>
            </w:r>
          </w:p>
        </w:tc>
      </w:tr>
      <w:tr w:rsidR="00DD5E19" w14:paraId="772EECAE" w14:textId="77777777">
        <w:trPr>
          <w:jc w:val="center"/>
        </w:trPr>
        <w:tc>
          <w:tcPr>
            <w:tcW w:w="1944" w:type="dxa"/>
            <w:tcMar>
              <w:top w:w="70" w:type="dxa"/>
              <w:left w:w="90" w:type="dxa"/>
              <w:bottom w:w="70" w:type="dxa"/>
              <w:right w:w="90" w:type="dxa"/>
            </w:tcMar>
            <w:vAlign w:val="center"/>
          </w:tcPr>
          <w:p w14:paraId="30BCF50D" w14:textId="77777777" w:rsidR="00DD5E19" w:rsidRDefault="009A690C">
            <w:r>
              <w:rPr>
                <w:b/>
                <w:color w:val="333333"/>
                <w:sz w:val="17"/>
              </w:rPr>
              <w:t>Student name</w:t>
            </w:r>
          </w:p>
        </w:tc>
        <w:sdt>
          <w:sdtPr>
            <w:rPr>
              <w:color w:val="595959" w:themeColor="text1" w:themeTint="A6"/>
            </w:rPr>
            <w:id w:val="550966592"/>
            <w:lock w:val="sdtLocked"/>
            <w:placeholder>
              <w:docPart w:val="2EF2F3F4FB614ED395ED2CAA747C3F21"/>
            </w:placeholder>
            <w:showingPlcHdr/>
            <w:text/>
          </w:sdtPr>
          <w:sdtEndPr/>
          <w:sdtContent>
            <w:tc>
              <w:tcPr>
                <w:tcW w:w="4536" w:type="dxa"/>
                <w:shd w:val="clear" w:color="auto" w:fill="F2F2F2"/>
                <w:tcMar>
                  <w:top w:w="70" w:type="dxa"/>
                  <w:left w:w="90" w:type="dxa"/>
                  <w:bottom w:w="70" w:type="dxa"/>
                  <w:right w:w="90" w:type="dxa"/>
                </w:tcMar>
                <w:vAlign w:val="center"/>
              </w:tcPr>
              <w:p w14:paraId="5C11AEFD" w14:textId="053C0676" w:rsidR="00DD5E19" w:rsidRPr="00397DF4" w:rsidRDefault="002A54CA">
                <w:pPr>
                  <w:rPr>
                    <w:color w:val="595959" w:themeColor="text1" w:themeTint="A6"/>
                  </w:rPr>
                </w:pPr>
                <w:r w:rsidRPr="00397DF4">
                  <w:rPr>
                    <w:color w:val="595959" w:themeColor="text1" w:themeTint="A6"/>
                  </w:rPr>
                  <w:t>Type student name</w:t>
                </w:r>
                <w:r w:rsidRPr="00397DF4">
                  <w:rPr>
                    <w:rStyle w:val="PlaceholderText"/>
                    <w:color w:val="595959" w:themeColor="text1" w:themeTint="A6"/>
                  </w:rPr>
                  <w:t>.</w:t>
                </w:r>
              </w:p>
            </w:tc>
          </w:sdtContent>
        </w:sdt>
        <w:tc>
          <w:tcPr>
            <w:tcW w:w="1944" w:type="dxa"/>
            <w:tcMar>
              <w:top w:w="70" w:type="dxa"/>
              <w:left w:w="90" w:type="dxa"/>
              <w:bottom w:w="70" w:type="dxa"/>
              <w:right w:w="90" w:type="dxa"/>
            </w:tcMar>
            <w:vAlign w:val="center"/>
          </w:tcPr>
          <w:p w14:paraId="2D7313C0" w14:textId="77777777" w:rsidR="00DD5E19" w:rsidRDefault="009A690C">
            <w:r>
              <w:rPr>
                <w:b/>
                <w:color w:val="333333"/>
                <w:sz w:val="17"/>
              </w:rPr>
              <w:t>Date of birth</w:t>
            </w:r>
          </w:p>
        </w:tc>
        <w:sdt>
          <w:sdtPr>
            <w:id w:val="1761031323"/>
            <w:lock w:val="sdtLocked"/>
            <w:placeholder>
              <w:docPart w:val="F807B557A55E47F58470C9D44D0772B7"/>
            </w:placeholder>
            <w:showingPlcHdr/>
            <w:date>
              <w:dateFormat w:val="yyyy-MM-dd"/>
              <w:lid w:val="en-CA"/>
              <w:storeMappedDataAs w:val="dateTime"/>
              <w:calendar w:val="gregorian"/>
            </w:date>
          </w:sdtPr>
          <w:sdtEndPr/>
          <w:sdtContent>
            <w:tc>
              <w:tcPr>
                <w:tcW w:w="2376" w:type="dxa"/>
                <w:shd w:val="clear" w:color="auto" w:fill="F2F2F2"/>
                <w:tcMar>
                  <w:top w:w="70" w:type="dxa"/>
                  <w:left w:w="90" w:type="dxa"/>
                  <w:bottom w:w="70" w:type="dxa"/>
                  <w:right w:w="90" w:type="dxa"/>
                </w:tcMar>
                <w:vAlign w:val="center"/>
              </w:tcPr>
              <w:p w14:paraId="32C97F8C" w14:textId="2F61A2F0" w:rsidR="00DD5E19" w:rsidRDefault="00CF226A">
                <w:r w:rsidRPr="00B07089">
                  <w:rPr>
                    <w:rStyle w:val="PlaceholderText"/>
                  </w:rPr>
                  <w:t>Click or tap to enter a date.</w:t>
                </w:r>
              </w:p>
            </w:tc>
          </w:sdtContent>
        </w:sdt>
      </w:tr>
      <w:tr w:rsidR="00DD5E19" w14:paraId="70FC9EAC" w14:textId="77777777">
        <w:trPr>
          <w:jc w:val="center"/>
        </w:trPr>
        <w:tc>
          <w:tcPr>
            <w:tcW w:w="1944" w:type="dxa"/>
            <w:tcMar>
              <w:top w:w="70" w:type="dxa"/>
              <w:left w:w="90" w:type="dxa"/>
              <w:bottom w:w="70" w:type="dxa"/>
              <w:right w:w="90" w:type="dxa"/>
            </w:tcMar>
            <w:vAlign w:val="center"/>
          </w:tcPr>
          <w:p w14:paraId="5E3AD2B5" w14:textId="77777777" w:rsidR="00DD5E19" w:rsidRDefault="009A690C">
            <w:r>
              <w:rPr>
                <w:b/>
                <w:color w:val="333333"/>
                <w:sz w:val="17"/>
              </w:rPr>
              <w:t>Address</w:t>
            </w:r>
          </w:p>
        </w:tc>
        <w:sdt>
          <w:sdtPr>
            <w:rPr>
              <w:color w:val="595959" w:themeColor="text1" w:themeTint="A6"/>
            </w:rPr>
            <w:id w:val="-945620069"/>
            <w:lock w:val="sdtLocked"/>
            <w:placeholder>
              <w:docPart w:val="4E00C1340B6C4101B61B3C8F62932006"/>
            </w:placeholder>
            <w:showingPlcHdr/>
            <w:text/>
          </w:sdtPr>
          <w:sdtEndPr/>
          <w:sdtContent>
            <w:tc>
              <w:tcPr>
                <w:tcW w:w="4536" w:type="dxa"/>
                <w:shd w:val="clear" w:color="auto" w:fill="F2F2F2"/>
                <w:tcMar>
                  <w:top w:w="70" w:type="dxa"/>
                  <w:left w:w="90" w:type="dxa"/>
                  <w:bottom w:w="70" w:type="dxa"/>
                  <w:right w:w="90" w:type="dxa"/>
                </w:tcMar>
                <w:vAlign w:val="center"/>
              </w:tcPr>
              <w:p w14:paraId="11B26191" w14:textId="3704AF22" w:rsidR="00DD5E19" w:rsidRPr="00397DF4" w:rsidRDefault="002A54CA">
                <w:pPr>
                  <w:rPr>
                    <w:color w:val="595959" w:themeColor="text1" w:themeTint="A6"/>
                  </w:rPr>
                </w:pPr>
                <w:r w:rsidRPr="00397DF4">
                  <w:rPr>
                    <w:color w:val="595959" w:themeColor="text1" w:themeTint="A6"/>
                  </w:rPr>
                  <w:t>Type student address</w:t>
                </w:r>
                <w:r w:rsidRPr="00397DF4">
                  <w:rPr>
                    <w:rStyle w:val="PlaceholderText"/>
                    <w:color w:val="595959" w:themeColor="text1" w:themeTint="A6"/>
                  </w:rPr>
                  <w:t>.</w:t>
                </w:r>
              </w:p>
            </w:tc>
          </w:sdtContent>
        </w:sdt>
        <w:tc>
          <w:tcPr>
            <w:tcW w:w="1944" w:type="dxa"/>
            <w:tcMar>
              <w:top w:w="70" w:type="dxa"/>
              <w:left w:w="90" w:type="dxa"/>
              <w:bottom w:w="70" w:type="dxa"/>
              <w:right w:w="90" w:type="dxa"/>
            </w:tcMar>
            <w:vAlign w:val="center"/>
          </w:tcPr>
          <w:p w14:paraId="0355BC2A" w14:textId="77777777" w:rsidR="00DD5E19" w:rsidRDefault="009A690C">
            <w:r>
              <w:rPr>
                <w:b/>
                <w:color w:val="333333"/>
                <w:sz w:val="17"/>
              </w:rPr>
              <w:t>Telephone</w:t>
            </w:r>
          </w:p>
        </w:tc>
        <w:tc>
          <w:tcPr>
            <w:tcW w:w="2376" w:type="dxa"/>
            <w:shd w:val="clear" w:color="auto" w:fill="F2F2F2"/>
            <w:tcMar>
              <w:top w:w="70" w:type="dxa"/>
              <w:left w:w="90" w:type="dxa"/>
              <w:bottom w:w="70" w:type="dxa"/>
              <w:right w:w="90" w:type="dxa"/>
            </w:tcMar>
            <w:vAlign w:val="center"/>
          </w:tcPr>
          <w:p w14:paraId="0B204B7D" w14:textId="68EE27CA" w:rsidR="00DD5E19" w:rsidRDefault="00DB7090">
            <w:sdt>
              <w:sdtPr>
                <w:id w:val="-1417928809"/>
                <w:lock w:val="sdtLocked"/>
                <w:placeholder>
                  <w:docPart w:val="38A6143D1A4C494A9762F3A8C88C880D"/>
                </w:placeholder>
                <w:showingPlcHdr/>
                <w:text/>
              </w:sdtPr>
              <w:sdtEndPr/>
              <w:sdtContent>
                <w:r w:rsidR="009C256C">
                  <w:rPr>
                    <w:rStyle w:val="PlaceholderText"/>
                  </w:rPr>
                  <w:t>Type cell number</w:t>
                </w:r>
              </w:sdtContent>
            </w:sdt>
            <w:r w:rsidR="00397DF4">
              <w:t>.</w:t>
            </w:r>
          </w:p>
        </w:tc>
      </w:tr>
      <w:tr w:rsidR="00DD5E19" w14:paraId="747AE659" w14:textId="77777777">
        <w:trPr>
          <w:jc w:val="center"/>
        </w:trPr>
        <w:tc>
          <w:tcPr>
            <w:tcW w:w="1944" w:type="dxa"/>
            <w:tcMar>
              <w:top w:w="70" w:type="dxa"/>
              <w:left w:w="90" w:type="dxa"/>
              <w:bottom w:w="70" w:type="dxa"/>
              <w:right w:w="90" w:type="dxa"/>
            </w:tcMar>
            <w:vAlign w:val="center"/>
          </w:tcPr>
          <w:p w14:paraId="26602964" w14:textId="77777777" w:rsidR="00DD5E19" w:rsidRDefault="009A690C">
            <w:r>
              <w:rPr>
                <w:b/>
                <w:color w:val="333333"/>
                <w:sz w:val="17"/>
              </w:rPr>
              <w:t>Alternate telephone</w:t>
            </w:r>
          </w:p>
        </w:tc>
        <w:sdt>
          <w:sdtPr>
            <w:rPr>
              <w:color w:val="595959" w:themeColor="text1" w:themeTint="A6"/>
            </w:rPr>
            <w:id w:val="453920161"/>
            <w:placeholder>
              <w:docPart w:val="DefaultPlaceholder_-1854013440"/>
            </w:placeholder>
            <w:text/>
          </w:sdtPr>
          <w:sdtEndPr/>
          <w:sdtContent>
            <w:tc>
              <w:tcPr>
                <w:tcW w:w="4536" w:type="dxa"/>
                <w:shd w:val="clear" w:color="auto" w:fill="F2F2F2"/>
                <w:tcMar>
                  <w:top w:w="70" w:type="dxa"/>
                  <w:left w:w="90" w:type="dxa"/>
                  <w:bottom w:w="70" w:type="dxa"/>
                  <w:right w:w="90" w:type="dxa"/>
                </w:tcMar>
                <w:vAlign w:val="center"/>
              </w:tcPr>
              <w:p w14:paraId="5220B360" w14:textId="14A83B1D" w:rsidR="00DD5E19" w:rsidRPr="00397DF4" w:rsidRDefault="00397DF4">
                <w:pPr>
                  <w:rPr>
                    <w:color w:val="595959" w:themeColor="text1" w:themeTint="A6"/>
                  </w:rPr>
                </w:pPr>
                <w:r w:rsidRPr="00397DF4">
                  <w:rPr>
                    <w:color w:val="595959" w:themeColor="text1" w:themeTint="A6"/>
                  </w:rPr>
                  <w:t>Type alternate phone</w:t>
                </w:r>
                <w:r>
                  <w:rPr>
                    <w:color w:val="595959" w:themeColor="text1" w:themeTint="A6"/>
                  </w:rPr>
                  <w:t>.</w:t>
                </w:r>
              </w:p>
            </w:tc>
          </w:sdtContent>
        </w:sdt>
        <w:tc>
          <w:tcPr>
            <w:tcW w:w="1944" w:type="dxa"/>
            <w:tcMar>
              <w:top w:w="70" w:type="dxa"/>
              <w:left w:w="90" w:type="dxa"/>
              <w:bottom w:w="70" w:type="dxa"/>
              <w:right w:w="90" w:type="dxa"/>
            </w:tcMar>
            <w:vAlign w:val="center"/>
          </w:tcPr>
          <w:p w14:paraId="4B8E3FBE" w14:textId="77777777" w:rsidR="00DD5E19" w:rsidRDefault="009A690C">
            <w:r>
              <w:rPr>
                <w:b/>
                <w:color w:val="333333"/>
                <w:sz w:val="17"/>
              </w:rPr>
              <w:t>Email</w:t>
            </w:r>
          </w:p>
        </w:tc>
        <w:tc>
          <w:tcPr>
            <w:tcW w:w="2376" w:type="dxa"/>
            <w:shd w:val="clear" w:color="auto" w:fill="F2F2F2"/>
            <w:tcMar>
              <w:top w:w="70" w:type="dxa"/>
              <w:left w:w="90" w:type="dxa"/>
              <w:bottom w:w="70" w:type="dxa"/>
              <w:right w:w="90" w:type="dxa"/>
            </w:tcMar>
            <w:vAlign w:val="center"/>
          </w:tcPr>
          <w:p w14:paraId="2B303C02" w14:textId="13795504" w:rsidR="00DD5E19" w:rsidRDefault="00DB7090">
            <w:sdt>
              <w:sdtPr>
                <w:id w:val="322942528"/>
                <w:lock w:val="sdtLocked"/>
                <w:placeholder>
                  <w:docPart w:val="A6BBDCF34B3C46E5A0B8C99B7FE8C0A6"/>
                </w:placeholder>
                <w:showingPlcHdr/>
                <w:text/>
              </w:sdtPr>
              <w:sdtEndPr/>
              <w:sdtContent>
                <w:r w:rsidR="00C64B48">
                  <w:rPr>
                    <w:rStyle w:val="PlaceholderText"/>
                  </w:rPr>
                  <w:t>Type email</w:t>
                </w:r>
              </w:sdtContent>
            </w:sdt>
            <w:r w:rsidR="00397DF4">
              <w:t>.</w:t>
            </w:r>
          </w:p>
        </w:tc>
      </w:tr>
      <w:tr w:rsidR="00DD5E19" w14:paraId="4A040F40" w14:textId="77777777">
        <w:trPr>
          <w:jc w:val="center"/>
        </w:trPr>
        <w:tc>
          <w:tcPr>
            <w:tcW w:w="1944" w:type="dxa"/>
            <w:tcMar>
              <w:top w:w="70" w:type="dxa"/>
              <w:left w:w="90" w:type="dxa"/>
              <w:bottom w:w="70" w:type="dxa"/>
              <w:right w:w="90" w:type="dxa"/>
            </w:tcMar>
            <w:vAlign w:val="center"/>
          </w:tcPr>
          <w:p w14:paraId="29E3EB6E" w14:textId="77777777" w:rsidR="00DD5E19" w:rsidRDefault="009A690C">
            <w:r>
              <w:rPr>
                <w:b/>
                <w:color w:val="333333"/>
                <w:sz w:val="17"/>
              </w:rPr>
              <w:t>Student signature</w:t>
            </w:r>
          </w:p>
        </w:tc>
        <w:tc>
          <w:tcPr>
            <w:tcW w:w="8856" w:type="dxa"/>
            <w:gridSpan w:val="3"/>
            <w:shd w:val="clear" w:color="auto" w:fill="F2F2F2"/>
            <w:tcMar>
              <w:top w:w="70" w:type="dxa"/>
              <w:left w:w="90" w:type="dxa"/>
              <w:bottom w:w="70" w:type="dxa"/>
              <w:right w:w="90" w:type="dxa"/>
            </w:tcMar>
            <w:vAlign w:val="center"/>
          </w:tcPr>
          <w:p w14:paraId="27CBA19F" w14:textId="14F07CBD" w:rsidR="00DD5E19" w:rsidRDefault="00DB7090">
            <w:sdt>
              <w:sdtPr>
                <w:id w:val="644006974"/>
                <w:lock w:val="sdtLocked"/>
                <w:placeholder>
                  <w:docPart w:val="178FEA489CAA428C92B9D7B869FF8368"/>
                </w:placeholder>
                <w:showingPlcHdr/>
                <w:text/>
              </w:sdtPr>
              <w:sdtEndPr/>
              <w:sdtContent>
                <w:r w:rsidR="005A63C6">
                  <w:rPr>
                    <w:rStyle w:val="PlaceholderText"/>
                  </w:rPr>
                  <w:t xml:space="preserve">Type </w:t>
                </w:r>
                <w:r w:rsidR="00A83A77">
                  <w:rPr>
                    <w:rStyle w:val="PlaceholderText"/>
                  </w:rPr>
                  <w:t>full legal name</w:t>
                </w:r>
                <w:r w:rsidR="00CF226A">
                  <w:rPr>
                    <w:rStyle w:val="PlaceholderText"/>
                  </w:rPr>
                  <w:t xml:space="preserve"> or e-signture</w:t>
                </w:r>
              </w:sdtContent>
            </w:sdt>
            <w:r w:rsidR="00397DF4">
              <w:t>.</w:t>
            </w:r>
          </w:p>
        </w:tc>
      </w:tr>
      <w:tr w:rsidR="00DD5E19" w14:paraId="2AAA069A" w14:textId="77777777">
        <w:trPr>
          <w:jc w:val="center"/>
        </w:trPr>
        <w:tc>
          <w:tcPr>
            <w:tcW w:w="1944" w:type="dxa"/>
            <w:tcMar>
              <w:top w:w="70" w:type="dxa"/>
              <w:left w:w="90" w:type="dxa"/>
              <w:bottom w:w="70" w:type="dxa"/>
              <w:right w:w="90" w:type="dxa"/>
            </w:tcMar>
            <w:vAlign w:val="center"/>
          </w:tcPr>
          <w:p w14:paraId="18C9F6D3" w14:textId="77777777" w:rsidR="00DD5E19" w:rsidRDefault="009A690C">
            <w:r>
              <w:rPr>
                <w:b/>
                <w:color w:val="333333"/>
                <w:sz w:val="17"/>
              </w:rPr>
              <w:t>Date signed</w:t>
            </w:r>
          </w:p>
        </w:tc>
        <w:sdt>
          <w:sdtPr>
            <w:id w:val="28226744"/>
            <w:lock w:val="sdtLocked"/>
            <w:placeholder>
              <w:docPart w:val="4C39D2C4B3F444A880CB9832C05C1C89"/>
            </w:placeholder>
            <w:showingPlcHdr/>
            <w:date>
              <w:dateFormat w:val="yyyy-MM-dd"/>
              <w:lid w:val="en-CA"/>
              <w:storeMappedDataAs w:val="dateTime"/>
              <w:calendar w:val="gregorian"/>
            </w:date>
          </w:sdtPr>
          <w:sdtEndPr/>
          <w:sdtContent>
            <w:tc>
              <w:tcPr>
                <w:tcW w:w="8856" w:type="dxa"/>
                <w:gridSpan w:val="3"/>
                <w:shd w:val="clear" w:color="auto" w:fill="F2F2F2"/>
                <w:tcMar>
                  <w:top w:w="70" w:type="dxa"/>
                  <w:left w:w="90" w:type="dxa"/>
                  <w:bottom w:w="70" w:type="dxa"/>
                  <w:right w:w="90" w:type="dxa"/>
                </w:tcMar>
                <w:vAlign w:val="center"/>
              </w:tcPr>
              <w:p w14:paraId="170EB7B3" w14:textId="2A3AFD17" w:rsidR="00DD5E19" w:rsidRDefault="00CF226A">
                <w:r w:rsidRPr="00B07089">
                  <w:rPr>
                    <w:rStyle w:val="PlaceholderText"/>
                  </w:rPr>
                  <w:t>Click or tap to enter a date.</w:t>
                </w:r>
              </w:p>
            </w:tc>
          </w:sdtContent>
        </w:sdt>
      </w:tr>
    </w:tbl>
    <w:p w14:paraId="57CBFABD" w14:textId="77777777" w:rsidR="00DD5E19" w:rsidRDefault="00DD5E19">
      <w:pPr>
        <w:spacing w:after="0"/>
      </w:pPr>
    </w:p>
    <w:tbl>
      <w:tblPr>
        <w:tblStyle w:val="TableGrid"/>
        <w:tblW w:w="0" w:type="auto"/>
        <w:jc w:val="center"/>
        <w:tblLayout w:type="fixed"/>
        <w:tblLook w:val="04A0" w:firstRow="1" w:lastRow="0" w:firstColumn="1" w:lastColumn="0" w:noHBand="0" w:noVBand="1"/>
      </w:tblPr>
      <w:tblGrid>
        <w:gridCol w:w="1944"/>
        <w:gridCol w:w="4536"/>
        <w:gridCol w:w="1944"/>
        <w:gridCol w:w="2376"/>
      </w:tblGrid>
      <w:tr w:rsidR="00DD5E19" w14:paraId="264458E9" w14:textId="77777777">
        <w:trPr>
          <w:jc w:val="center"/>
        </w:trPr>
        <w:tc>
          <w:tcPr>
            <w:tcW w:w="10800" w:type="dxa"/>
            <w:gridSpan w:val="4"/>
            <w:shd w:val="clear" w:color="auto" w:fill="F3E6B8"/>
            <w:tcMar>
              <w:top w:w="70" w:type="dxa"/>
              <w:left w:w="90" w:type="dxa"/>
              <w:bottom w:w="70" w:type="dxa"/>
              <w:right w:w="90" w:type="dxa"/>
            </w:tcMar>
            <w:vAlign w:val="center"/>
          </w:tcPr>
          <w:p w14:paraId="475F18B9" w14:textId="38AEF4BB" w:rsidR="00DD5E19" w:rsidRDefault="009A690C">
            <w:r>
              <w:rPr>
                <w:b/>
                <w:i/>
                <w:color w:val="333333"/>
                <w:sz w:val="20"/>
              </w:rPr>
              <w:t xml:space="preserve">Parent(s)/Guardian(s) </w:t>
            </w:r>
            <w:r w:rsidR="00CF5340">
              <w:rPr>
                <w:b/>
                <w:i/>
                <w:color w:val="333333"/>
                <w:sz w:val="20"/>
              </w:rPr>
              <w:t>(filled out by student)</w:t>
            </w:r>
          </w:p>
        </w:tc>
      </w:tr>
      <w:tr w:rsidR="00DD5E19" w14:paraId="51C098CE" w14:textId="77777777">
        <w:trPr>
          <w:jc w:val="center"/>
        </w:trPr>
        <w:tc>
          <w:tcPr>
            <w:tcW w:w="1944" w:type="dxa"/>
            <w:tcMar>
              <w:top w:w="70" w:type="dxa"/>
              <w:left w:w="90" w:type="dxa"/>
              <w:bottom w:w="70" w:type="dxa"/>
              <w:right w:w="90" w:type="dxa"/>
            </w:tcMar>
            <w:vAlign w:val="center"/>
          </w:tcPr>
          <w:p w14:paraId="2713A51C" w14:textId="77777777" w:rsidR="00DD5E19" w:rsidRDefault="009A690C">
            <w:r>
              <w:rPr>
                <w:b/>
                <w:color w:val="333333"/>
                <w:sz w:val="17"/>
              </w:rPr>
              <w:t>Name(s)</w:t>
            </w:r>
          </w:p>
        </w:tc>
        <w:sdt>
          <w:sdtPr>
            <w:rPr>
              <w:color w:val="595959" w:themeColor="text1" w:themeTint="A6"/>
            </w:rPr>
            <w:id w:val="-1741556229"/>
            <w:lock w:val="sdtLocked"/>
            <w:placeholder>
              <w:docPart w:val="518CA9F7BB544CF49823FE80DC093387"/>
            </w:placeholder>
            <w:showingPlcHdr/>
            <w:text/>
          </w:sdtPr>
          <w:sdtEndPr/>
          <w:sdtContent>
            <w:tc>
              <w:tcPr>
                <w:tcW w:w="4536" w:type="dxa"/>
                <w:shd w:val="clear" w:color="auto" w:fill="F2F2F2"/>
                <w:tcMar>
                  <w:top w:w="70" w:type="dxa"/>
                  <w:left w:w="90" w:type="dxa"/>
                  <w:bottom w:w="70" w:type="dxa"/>
                  <w:right w:w="90" w:type="dxa"/>
                </w:tcMar>
                <w:vAlign w:val="center"/>
              </w:tcPr>
              <w:p w14:paraId="37B1DB12" w14:textId="0C3DF934" w:rsidR="00DD5E19" w:rsidRPr="00397DF4" w:rsidRDefault="0046174A">
                <w:pPr>
                  <w:rPr>
                    <w:color w:val="595959" w:themeColor="text1" w:themeTint="A6"/>
                  </w:rPr>
                </w:pPr>
                <w:r w:rsidRPr="00397DF4">
                  <w:rPr>
                    <w:color w:val="595959" w:themeColor="text1" w:themeTint="A6"/>
                  </w:rPr>
                  <w:t xml:space="preserve">Type </w:t>
                </w:r>
                <w:r w:rsidRPr="00397DF4">
                  <w:rPr>
                    <w:rStyle w:val="PlaceholderText"/>
                    <w:color w:val="595959" w:themeColor="text1" w:themeTint="A6"/>
                  </w:rPr>
                  <w:t>Parent name</w:t>
                </w:r>
                <w:r w:rsidR="00C64B48" w:rsidRPr="00397DF4">
                  <w:rPr>
                    <w:rStyle w:val="PlaceholderText"/>
                    <w:color w:val="595959" w:themeColor="text1" w:themeTint="A6"/>
                  </w:rPr>
                  <w:t>.</w:t>
                </w:r>
              </w:p>
            </w:tc>
          </w:sdtContent>
        </w:sdt>
        <w:tc>
          <w:tcPr>
            <w:tcW w:w="1944" w:type="dxa"/>
            <w:tcMar>
              <w:top w:w="70" w:type="dxa"/>
              <w:left w:w="90" w:type="dxa"/>
              <w:bottom w:w="70" w:type="dxa"/>
              <w:right w:w="90" w:type="dxa"/>
            </w:tcMar>
            <w:vAlign w:val="center"/>
          </w:tcPr>
          <w:p w14:paraId="3D2E0859" w14:textId="77777777" w:rsidR="00DD5E19" w:rsidRDefault="009A690C">
            <w:r>
              <w:rPr>
                <w:b/>
                <w:color w:val="333333"/>
                <w:sz w:val="17"/>
              </w:rPr>
              <w:t>Telephone</w:t>
            </w:r>
          </w:p>
        </w:tc>
        <w:sdt>
          <w:sdtPr>
            <w:id w:val="-569879270"/>
            <w:lock w:val="sdtLocked"/>
            <w:placeholder>
              <w:docPart w:val="4B90AA0D5D464741800ADA6761F65A51"/>
            </w:placeholder>
            <w:showingPlcHdr/>
            <w:text/>
          </w:sdtPr>
          <w:sdtEndPr/>
          <w:sdtContent>
            <w:tc>
              <w:tcPr>
                <w:tcW w:w="2376" w:type="dxa"/>
                <w:shd w:val="clear" w:color="auto" w:fill="F2F2F2"/>
                <w:tcMar>
                  <w:top w:w="70" w:type="dxa"/>
                  <w:left w:w="90" w:type="dxa"/>
                  <w:bottom w:w="70" w:type="dxa"/>
                  <w:right w:w="90" w:type="dxa"/>
                </w:tcMar>
                <w:vAlign w:val="center"/>
              </w:tcPr>
              <w:p w14:paraId="2A030AC3" w14:textId="06D616C5" w:rsidR="00DD5E19" w:rsidRDefault="0046174A">
                <w:r>
                  <w:rPr>
                    <w:rStyle w:val="PlaceholderText"/>
                  </w:rPr>
                  <w:t>Type contact No</w:t>
                </w:r>
                <w:r w:rsidRPr="00B07089">
                  <w:rPr>
                    <w:rStyle w:val="PlaceholderText"/>
                  </w:rPr>
                  <w:t>.</w:t>
                </w:r>
              </w:p>
            </w:tc>
          </w:sdtContent>
        </w:sdt>
      </w:tr>
      <w:tr w:rsidR="00DD5E19" w14:paraId="591DC8E5" w14:textId="77777777">
        <w:trPr>
          <w:jc w:val="center"/>
        </w:trPr>
        <w:tc>
          <w:tcPr>
            <w:tcW w:w="1944" w:type="dxa"/>
            <w:tcMar>
              <w:top w:w="70" w:type="dxa"/>
              <w:left w:w="90" w:type="dxa"/>
              <w:bottom w:w="70" w:type="dxa"/>
              <w:right w:w="90" w:type="dxa"/>
            </w:tcMar>
            <w:vAlign w:val="center"/>
          </w:tcPr>
          <w:p w14:paraId="64B2F8FD" w14:textId="77777777" w:rsidR="00DD5E19" w:rsidRDefault="009A690C">
            <w:r>
              <w:rPr>
                <w:b/>
                <w:color w:val="333333"/>
                <w:sz w:val="17"/>
              </w:rPr>
              <w:t>Address</w:t>
            </w:r>
          </w:p>
        </w:tc>
        <w:sdt>
          <w:sdtPr>
            <w:id w:val="1042254579"/>
            <w:lock w:val="sdtLocked"/>
            <w:placeholder>
              <w:docPart w:val="7B727C1C2CA24315A420D61E56F1F3BB"/>
            </w:placeholder>
            <w:showingPlcHdr/>
            <w:text/>
          </w:sdtPr>
          <w:sdtEndPr/>
          <w:sdtContent>
            <w:tc>
              <w:tcPr>
                <w:tcW w:w="4536" w:type="dxa"/>
                <w:shd w:val="clear" w:color="auto" w:fill="F2F2F2"/>
                <w:tcMar>
                  <w:top w:w="70" w:type="dxa"/>
                  <w:left w:w="90" w:type="dxa"/>
                  <w:bottom w:w="70" w:type="dxa"/>
                  <w:right w:w="90" w:type="dxa"/>
                </w:tcMar>
                <w:vAlign w:val="center"/>
              </w:tcPr>
              <w:p w14:paraId="4107002A" w14:textId="3CD7CDAE" w:rsidR="00DD5E19" w:rsidRDefault="00DB4CCE">
                <w:r>
                  <w:rPr>
                    <w:rStyle w:val="PlaceholderText"/>
                  </w:rPr>
                  <w:t>Type address</w:t>
                </w:r>
                <w:r w:rsidRPr="00B07089">
                  <w:rPr>
                    <w:rStyle w:val="PlaceholderText"/>
                  </w:rPr>
                  <w:t>.</w:t>
                </w:r>
              </w:p>
            </w:tc>
          </w:sdtContent>
        </w:sdt>
        <w:tc>
          <w:tcPr>
            <w:tcW w:w="1944" w:type="dxa"/>
            <w:tcMar>
              <w:top w:w="70" w:type="dxa"/>
              <w:left w:w="90" w:type="dxa"/>
              <w:bottom w:w="70" w:type="dxa"/>
              <w:right w:w="90" w:type="dxa"/>
            </w:tcMar>
            <w:vAlign w:val="center"/>
          </w:tcPr>
          <w:p w14:paraId="449E2792" w14:textId="77777777" w:rsidR="00DD5E19" w:rsidRDefault="009A690C">
            <w:r>
              <w:rPr>
                <w:b/>
                <w:color w:val="333333"/>
                <w:sz w:val="17"/>
              </w:rPr>
              <w:t>Email</w:t>
            </w:r>
          </w:p>
        </w:tc>
        <w:tc>
          <w:tcPr>
            <w:tcW w:w="2376" w:type="dxa"/>
            <w:shd w:val="clear" w:color="auto" w:fill="F2F2F2"/>
            <w:tcMar>
              <w:top w:w="70" w:type="dxa"/>
              <w:left w:w="90" w:type="dxa"/>
              <w:bottom w:w="70" w:type="dxa"/>
              <w:right w:w="90" w:type="dxa"/>
            </w:tcMar>
            <w:vAlign w:val="center"/>
          </w:tcPr>
          <w:p w14:paraId="0260DD7D" w14:textId="099AF13B" w:rsidR="00DD5E19" w:rsidRDefault="00DB7090">
            <w:sdt>
              <w:sdtPr>
                <w:id w:val="489530619"/>
                <w:lock w:val="sdtLocked"/>
                <w:placeholder>
                  <w:docPart w:val="766A07C28385478F83109E7CCF3B9379"/>
                </w:placeholder>
                <w:showingPlcHdr/>
                <w:text/>
              </w:sdtPr>
              <w:sdtEndPr/>
              <w:sdtContent>
                <w:r w:rsidR="00DB4CCE">
                  <w:rPr>
                    <w:rStyle w:val="PlaceholderText"/>
                  </w:rPr>
                  <w:t>Type email</w:t>
                </w:r>
              </w:sdtContent>
            </w:sdt>
            <w:r w:rsidR="00CF5340">
              <w:t>.</w:t>
            </w:r>
          </w:p>
        </w:tc>
      </w:tr>
      <w:tr w:rsidR="00DD5E19" w14:paraId="6FA1C15B" w14:textId="77777777">
        <w:trPr>
          <w:jc w:val="center"/>
        </w:trPr>
        <w:tc>
          <w:tcPr>
            <w:tcW w:w="1944" w:type="dxa"/>
            <w:tcMar>
              <w:top w:w="70" w:type="dxa"/>
              <w:left w:w="90" w:type="dxa"/>
              <w:bottom w:w="70" w:type="dxa"/>
              <w:right w:w="90" w:type="dxa"/>
            </w:tcMar>
            <w:vAlign w:val="center"/>
          </w:tcPr>
          <w:p w14:paraId="66B0D3C8" w14:textId="77777777" w:rsidR="00DD5E19" w:rsidRDefault="009A690C">
            <w:r>
              <w:rPr>
                <w:b/>
                <w:color w:val="333333"/>
                <w:sz w:val="17"/>
              </w:rPr>
              <w:t>Signature</w:t>
            </w:r>
          </w:p>
        </w:tc>
        <w:tc>
          <w:tcPr>
            <w:tcW w:w="8856" w:type="dxa"/>
            <w:gridSpan w:val="3"/>
            <w:shd w:val="clear" w:color="auto" w:fill="F2F2F2"/>
            <w:tcMar>
              <w:top w:w="70" w:type="dxa"/>
              <w:left w:w="90" w:type="dxa"/>
              <w:bottom w:w="70" w:type="dxa"/>
              <w:right w:w="90" w:type="dxa"/>
            </w:tcMar>
            <w:vAlign w:val="center"/>
          </w:tcPr>
          <w:p w14:paraId="28B9814A" w14:textId="37B51FF0" w:rsidR="00DD5E19" w:rsidRDefault="00DB7090">
            <w:sdt>
              <w:sdtPr>
                <w:id w:val="-311327714"/>
                <w:lock w:val="sdtLocked"/>
                <w:placeholder>
                  <w:docPart w:val="9EFE6A3D257F4862B224AF530612185E"/>
                </w:placeholder>
                <w:showingPlcHdr/>
                <w:text/>
              </w:sdtPr>
              <w:sdtEndPr/>
              <w:sdtContent>
                <w:r w:rsidR="001215E3">
                  <w:rPr>
                    <w:rStyle w:val="PlaceholderText"/>
                  </w:rPr>
                  <w:t xml:space="preserve"> Type full legal name or e-signature</w:t>
                </w:r>
              </w:sdtContent>
            </w:sdt>
            <w:r w:rsidR="00397DF4">
              <w:t>.</w:t>
            </w:r>
          </w:p>
        </w:tc>
      </w:tr>
      <w:tr w:rsidR="00DD5E19" w14:paraId="085CF6A2" w14:textId="77777777">
        <w:trPr>
          <w:jc w:val="center"/>
        </w:trPr>
        <w:tc>
          <w:tcPr>
            <w:tcW w:w="1944" w:type="dxa"/>
            <w:tcMar>
              <w:top w:w="70" w:type="dxa"/>
              <w:left w:w="90" w:type="dxa"/>
              <w:bottom w:w="70" w:type="dxa"/>
              <w:right w:w="90" w:type="dxa"/>
            </w:tcMar>
            <w:vAlign w:val="center"/>
          </w:tcPr>
          <w:p w14:paraId="2B83B938" w14:textId="77777777" w:rsidR="00DD5E19" w:rsidRDefault="009A690C">
            <w:r>
              <w:rPr>
                <w:b/>
                <w:color w:val="333333"/>
                <w:sz w:val="17"/>
              </w:rPr>
              <w:t>Date signed</w:t>
            </w:r>
          </w:p>
        </w:tc>
        <w:sdt>
          <w:sdtPr>
            <w:id w:val="-2078042396"/>
            <w:lock w:val="sdtLocked"/>
            <w:placeholder>
              <w:docPart w:val="6C275E7257364F73B418FC07BABF6D43"/>
            </w:placeholder>
            <w:showingPlcHdr/>
            <w:date>
              <w:dateFormat w:val="yyyy-MM-dd"/>
              <w:lid w:val="en-CA"/>
              <w:storeMappedDataAs w:val="dateTime"/>
              <w:calendar w:val="gregorian"/>
            </w:date>
          </w:sdtPr>
          <w:sdtEndPr/>
          <w:sdtContent>
            <w:tc>
              <w:tcPr>
                <w:tcW w:w="8856" w:type="dxa"/>
                <w:gridSpan w:val="3"/>
                <w:shd w:val="clear" w:color="auto" w:fill="F2F2F2"/>
                <w:tcMar>
                  <w:top w:w="70" w:type="dxa"/>
                  <w:left w:w="90" w:type="dxa"/>
                  <w:bottom w:w="70" w:type="dxa"/>
                  <w:right w:w="90" w:type="dxa"/>
                </w:tcMar>
                <w:vAlign w:val="center"/>
              </w:tcPr>
              <w:p w14:paraId="7765683D" w14:textId="09A6A09E" w:rsidR="00DD5E19" w:rsidRDefault="006F4C52">
                <w:r w:rsidRPr="00B07089">
                  <w:rPr>
                    <w:rStyle w:val="PlaceholderText"/>
                  </w:rPr>
                  <w:t>Click or tap to enter a date.</w:t>
                </w:r>
              </w:p>
            </w:tc>
          </w:sdtContent>
        </w:sdt>
      </w:tr>
    </w:tbl>
    <w:p w14:paraId="716E4BBD" w14:textId="77777777" w:rsidR="00DD5E19" w:rsidRDefault="00DD5E19">
      <w:pPr>
        <w:spacing w:after="0"/>
      </w:pPr>
    </w:p>
    <w:tbl>
      <w:tblPr>
        <w:tblStyle w:val="TableGrid"/>
        <w:tblW w:w="10800" w:type="dxa"/>
        <w:jc w:val="center"/>
        <w:tblLayout w:type="fixed"/>
        <w:tblLook w:val="04A0" w:firstRow="1" w:lastRow="0" w:firstColumn="1" w:lastColumn="0" w:noHBand="0" w:noVBand="1"/>
      </w:tblPr>
      <w:tblGrid>
        <w:gridCol w:w="1944"/>
        <w:gridCol w:w="4536"/>
        <w:gridCol w:w="1944"/>
        <w:gridCol w:w="2376"/>
      </w:tblGrid>
      <w:tr w:rsidR="00DD5E19" w14:paraId="09246D59" w14:textId="77777777" w:rsidTr="00AE2A20">
        <w:trPr>
          <w:jc w:val="center"/>
        </w:trPr>
        <w:tc>
          <w:tcPr>
            <w:tcW w:w="10800" w:type="dxa"/>
            <w:gridSpan w:val="4"/>
            <w:shd w:val="clear" w:color="auto" w:fill="F3E6B8"/>
            <w:tcMar>
              <w:top w:w="70" w:type="dxa"/>
              <w:left w:w="90" w:type="dxa"/>
              <w:bottom w:w="70" w:type="dxa"/>
              <w:right w:w="90" w:type="dxa"/>
            </w:tcMar>
            <w:vAlign w:val="center"/>
          </w:tcPr>
          <w:p w14:paraId="2F5C75EA" w14:textId="7BF286C7" w:rsidR="00DD5E19" w:rsidRDefault="009A690C">
            <w:r>
              <w:rPr>
                <w:b/>
                <w:i/>
                <w:color w:val="333333"/>
                <w:sz w:val="20"/>
              </w:rPr>
              <w:t>Employer</w:t>
            </w:r>
            <w:r w:rsidR="00CF5340">
              <w:rPr>
                <w:b/>
                <w:i/>
                <w:color w:val="333333"/>
                <w:sz w:val="20"/>
              </w:rPr>
              <w:t xml:space="preserve"> (filled out by employer)</w:t>
            </w:r>
          </w:p>
        </w:tc>
      </w:tr>
      <w:tr w:rsidR="00DD5E19" w14:paraId="21C26308" w14:textId="77777777" w:rsidTr="00AE2A20">
        <w:trPr>
          <w:jc w:val="center"/>
        </w:trPr>
        <w:tc>
          <w:tcPr>
            <w:tcW w:w="1944" w:type="dxa"/>
            <w:tcMar>
              <w:top w:w="70" w:type="dxa"/>
              <w:left w:w="90" w:type="dxa"/>
              <w:bottom w:w="70" w:type="dxa"/>
              <w:right w:w="90" w:type="dxa"/>
            </w:tcMar>
            <w:vAlign w:val="center"/>
          </w:tcPr>
          <w:p w14:paraId="5583B2EB" w14:textId="77777777" w:rsidR="00DD5E19" w:rsidRDefault="009A690C">
            <w:r>
              <w:rPr>
                <w:b/>
                <w:color w:val="333333"/>
                <w:sz w:val="17"/>
              </w:rPr>
              <w:t>Business name</w:t>
            </w:r>
          </w:p>
        </w:tc>
        <w:sdt>
          <w:sdtPr>
            <w:rPr>
              <w:color w:val="595959" w:themeColor="text1" w:themeTint="A6"/>
            </w:rPr>
            <w:id w:val="849225958"/>
            <w:lock w:val="sdtLocked"/>
            <w:placeholder>
              <w:docPart w:val="2DF77DFB181F4654AC4636C03601097A"/>
            </w:placeholder>
            <w:text/>
          </w:sdtPr>
          <w:sdtEndPr/>
          <w:sdtContent>
            <w:tc>
              <w:tcPr>
                <w:tcW w:w="4536" w:type="dxa"/>
                <w:shd w:val="clear" w:color="auto" w:fill="F2F2F2"/>
                <w:tcMar>
                  <w:top w:w="70" w:type="dxa"/>
                  <w:left w:w="90" w:type="dxa"/>
                  <w:bottom w:w="70" w:type="dxa"/>
                  <w:right w:w="90" w:type="dxa"/>
                </w:tcMar>
                <w:vAlign w:val="center"/>
              </w:tcPr>
              <w:p w14:paraId="3873B511" w14:textId="3CD99487" w:rsidR="00DD5E19" w:rsidRDefault="00CF5340">
                <w:r>
                  <w:rPr>
                    <w:color w:val="595959" w:themeColor="text1" w:themeTint="A6"/>
                  </w:rPr>
                  <w:t>Type business name.</w:t>
                </w:r>
              </w:p>
            </w:tc>
          </w:sdtContent>
        </w:sdt>
        <w:tc>
          <w:tcPr>
            <w:tcW w:w="1944" w:type="dxa"/>
            <w:tcMar>
              <w:top w:w="70" w:type="dxa"/>
              <w:left w:w="90" w:type="dxa"/>
              <w:bottom w:w="70" w:type="dxa"/>
              <w:right w:w="90" w:type="dxa"/>
            </w:tcMar>
            <w:vAlign w:val="center"/>
          </w:tcPr>
          <w:p w14:paraId="49F622E5" w14:textId="77777777" w:rsidR="00DD5E19" w:rsidRDefault="009A690C">
            <w:r>
              <w:rPr>
                <w:b/>
                <w:color w:val="333333"/>
                <w:sz w:val="17"/>
              </w:rPr>
              <w:t>WorkSafeBC account #</w:t>
            </w:r>
          </w:p>
        </w:tc>
        <w:sdt>
          <w:sdtPr>
            <w:id w:val="-480390319"/>
            <w:lock w:val="sdtLocked"/>
            <w:placeholder>
              <w:docPart w:val="2888F1CB9BA64705966D14A328694B2E"/>
            </w:placeholder>
            <w:showingPlcHdr/>
            <w:text/>
          </w:sdtPr>
          <w:sdtEndPr/>
          <w:sdtContent>
            <w:tc>
              <w:tcPr>
                <w:tcW w:w="2376" w:type="dxa"/>
                <w:shd w:val="clear" w:color="auto" w:fill="F2F2F2"/>
                <w:tcMar>
                  <w:top w:w="70" w:type="dxa"/>
                  <w:left w:w="90" w:type="dxa"/>
                  <w:bottom w:w="70" w:type="dxa"/>
                  <w:right w:w="90" w:type="dxa"/>
                </w:tcMar>
                <w:vAlign w:val="center"/>
              </w:tcPr>
              <w:p w14:paraId="02A57D3E" w14:textId="4B2FE67E" w:rsidR="00DD5E19" w:rsidRDefault="00A423B1">
                <w:r>
                  <w:rPr>
                    <w:rStyle w:val="PlaceholderText"/>
                  </w:rPr>
                  <w:t>Type account no.</w:t>
                </w:r>
              </w:p>
            </w:tc>
          </w:sdtContent>
        </w:sdt>
      </w:tr>
      <w:tr w:rsidR="00DD5E19" w14:paraId="19171C27" w14:textId="77777777" w:rsidTr="00AE2A20">
        <w:trPr>
          <w:jc w:val="center"/>
        </w:trPr>
        <w:tc>
          <w:tcPr>
            <w:tcW w:w="1944" w:type="dxa"/>
            <w:tcMar>
              <w:top w:w="70" w:type="dxa"/>
              <w:left w:w="90" w:type="dxa"/>
              <w:bottom w:w="70" w:type="dxa"/>
              <w:right w:w="90" w:type="dxa"/>
            </w:tcMar>
            <w:vAlign w:val="center"/>
          </w:tcPr>
          <w:p w14:paraId="395DE387" w14:textId="77777777" w:rsidR="00DD5E19" w:rsidRDefault="009A690C">
            <w:r>
              <w:rPr>
                <w:b/>
                <w:color w:val="333333"/>
                <w:sz w:val="17"/>
              </w:rPr>
              <w:t>Worksite address</w:t>
            </w:r>
          </w:p>
        </w:tc>
        <w:sdt>
          <w:sdtPr>
            <w:id w:val="-823351779"/>
            <w:lock w:val="sdtLocked"/>
            <w:placeholder>
              <w:docPart w:val="F3A563B63BD9436291F26F549423086D"/>
            </w:placeholder>
            <w:showingPlcHdr/>
            <w:text/>
          </w:sdtPr>
          <w:sdtEndPr/>
          <w:sdtContent>
            <w:tc>
              <w:tcPr>
                <w:tcW w:w="8856" w:type="dxa"/>
                <w:gridSpan w:val="3"/>
                <w:shd w:val="clear" w:color="auto" w:fill="F2F2F2"/>
                <w:tcMar>
                  <w:top w:w="70" w:type="dxa"/>
                  <w:left w:w="90" w:type="dxa"/>
                  <w:bottom w:w="70" w:type="dxa"/>
                  <w:right w:w="90" w:type="dxa"/>
                </w:tcMar>
                <w:vAlign w:val="center"/>
              </w:tcPr>
              <w:p w14:paraId="61EE96AB" w14:textId="30C5B85D" w:rsidR="00DD5E19" w:rsidRDefault="00A423B1">
                <w:r>
                  <w:rPr>
                    <w:rStyle w:val="PlaceholderText"/>
                  </w:rPr>
                  <w:t>Type business address</w:t>
                </w:r>
                <w:r w:rsidRPr="00B07089">
                  <w:rPr>
                    <w:rStyle w:val="PlaceholderText"/>
                  </w:rPr>
                  <w:t>.</w:t>
                </w:r>
              </w:p>
            </w:tc>
          </w:sdtContent>
        </w:sdt>
      </w:tr>
      <w:tr w:rsidR="00DD5E19" w14:paraId="0DDC6790" w14:textId="77777777" w:rsidTr="00AE2A20">
        <w:trPr>
          <w:jc w:val="center"/>
        </w:trPr>
        <w:tc>
          <w:tcPr>
            <w:tcW w:w="1944" w:type="dxa"/>
            <w:tcMar>
              <w:top w:w="70" w:type="dxa"/>
              <w:left w:w="90" w:type="dxa"/>
              <w:bottom w:w="70" w:type="dxa"/>
              <w:right w:w="90" w:type="dxa"/>
            </w:tcMar>
            <w:vAlign w:val="center"/>
          </w:tcPr>
          <w:p w14:paraId="269FCB94" w14:textId="77777777" w:rsidR="00DD5E19" w:rsidRDefault="009A690C">
            <w:r>
              <w:rPr>
                <w:b/>
                <w:color w:val="333333"/>
                <w:sz w:val="17"/>
              </w:rPr>
              <w:t>Worksite supervisor</w:t>
            </w:r>
          </w:p>
        </w:tc>
        <w:tc>
          <w:tcPr>
            <w:tcW w:w="4536" w:type="dxa"/>
            <w:shd w:val="clear" w:color="auto" w:fill="F2F2F2"/>
            <w:tcMar>
              <w:top w:w="70" w:type="dxa"/>
              <w:left w:w="90" w:type="dxa"/>
              <w:bottom w:w="70" w:type="dxa"/>
              <w:right w:w="90" w:type="dxa"/>
            </w:tcMar>
            <w:vAlign w:val="center"/>
          </w:tcPr>
          <w:p w14:paraId="5B51A436" w14:textId="7A5414A2" w:rsidR="00DD5E19" w:rsidRDefault="00DB7090">
            <w:sdt>
              <w:sdtPr>
                <w:id w:val="-1877235022"/>
                <w:lock w:val="sdtLocked"/>
                <w:placeholder>
                  <w:docPart w:val="FA6E2D5254434CEFA9F2FF98BA4FD825"/>
                </w:placeholder>
                <w:showingPlcHdr/>
                <w:text/>
              </w:sdtPr>
              <w:sdtEndPr/>
              <w:sdtContent>
                <w:r w:rsidR="00A423B1">
                  <w:rPr>
                    <w:rStyle w:val="PlaceholderText"/>
                  </w:rPr>
                  <w:t>Type supervisor</w:t>
                </w:r>
                <w:r w:rsidR="00D6005F">
                  <w:rPr>
                    <w:rStyle w:val="PlaceholderText"/>
                  </w:rPr>
                  <w:t xml:space="preserve"> name</w:t>
                </w:r>
              </w:sdtContent>
            </w:sdt>
            <w:r w:rsidR="00CF5340">
              <w:t>.</w:t>
            </w:r>
          </w:p>
        </w:tc>
        <w:tc>
          <w:tcPr>
            <w:tcW w:w="1944" w:type="dxa"/>
            <w:tcMar>
              <w:top w:w="70" w:type="dxa"/>
              <w:left w:w="90" w:type="dxa"/>
              <w:bottom w:w="70" w:type="dxa"/>
              <w:right w:w="90" w:type="dxa"/>
            </w:tcMar>
            <w:vAlign w:val="center"/>
          </w:tcPr>
          <w:p w14:paraId="66159557" w14:textId="77777777" w:rsidR="00DD5E19" w:rsidRDefault="009A690C">
            <w:r>
              <w:rPr>
                <w:b/>
                <w:color w:val="333333"/>
                <w:sz w:val="17"/>
              </w:rPr>
              <w:t>Telephone</w:t>
            </w:r>
          </w:p>
        </w:tc>
        <w:sdt>
          <w:sdtPr>
            <w:id w:val="-1067264538"/>
            <w:lock w:val="sdtLocked"/>
            <w:placeholder>
              <w:docPart w:val="821372F7FD564C9A8BE6FA2362BB20F1"/>
            </w:placeholder>
            <w:showingPlcHdr/>
            <w:text/>
          </w:sdtPr>
          <w:sdtEndPr/>
          <w:sdtContent>
            <w:tc>
              <w:tcPr>
                <w:tcW w:w="2376" w:type="dxa"/>
                <w:shd w:val="clear" w:color="auto" w:fill="F2F2F2"/>
                <w:tcMar>
                  <w:top w:w="70" w:type="dxa"/>
                  <w:left w:w="90" w:type="dxa"/>
                  <w:bottom w:w="70" w:type="dxa"/>
                  <w:right w:w="90" w:type="dxa"/>
                </w:tcMar>
                <w:vAlign w:val="center"/>
              </w:tcPr>
              <w:p w14:paraId="650F0FC2" w14:textId="0A954129" w:rsidR="00DD5E19" w:rsidRDefault="00D6005F">
                <w:r>
                  <w:rPr>
                    <w:rStyle w:val="PlaceholderText"/>
                  </w:rPr>
                  <w:t>Type business phone</w:t>
                </w:r>
                <w:r w:rsidRPr="00B07089">
                  <w:rPr>
                    <w:rStyle w:val="PlaceholderText"/>
                  </w:rPr>
                  <w:t>.</w:t>
                </w:r>
              </w:p>
            </w:tc>
          </w:sdtContent>
        </w:sdt>
      </w:tr>
      <w:tr w:rsidR="00DD5E19" w14:paraId="7E642E70" w14:textId="77777777" w:rsidTr="00AE2A20">
        <w:trPr>
          <w:jc w:val="center"/>
        </w:trPr>
        <w:tc>
          <w:tcPr>
            <w:tcW w:w="1944" w:type="dxa"/>
            <w:tcMar>
              <w:top w:w="70" w:type="dxa"/>
              <w:left w:w="90" w:type="dxa"/>
              <w:bottom w:w="70" w:type="dxa"/>
              <w:right w:w="90" w:type="dxa"/>
            </w:tcMar>
            <w:vAlign w:val="center"/>
          </w:tcPr>
          <w:p w14:paraId="5B7DA9DF" w14:textId="77777777" w:rsidR="00DD5E19" w:rsidRDefault="009A690C">
            <w:r>
              <w:rPr>
                <w:b/>
                <w:color w:val="333333"/>
                <w:sz w:val="17"/>
              </w:rPr>
              <w:t>Employer signature</w:t>
            </w:r>
          </w:p>
        </w:tc>
        <w:tc>
          <w:tcPr>
            <w:tcW w:w="4536" w:type="dxa"/>
            <w:shd w:val="clear" w:color="auto" w:fill="F2F2F2"/>
            <w:tcMar>
              <w:top w:w="70" w:type="dxa"/>
              <w:left w:w="90" w:type="dxa"/>
              <w:bottom w:w="70" w:type="dxa"/>
              <w:right w:w="90" w:type="dxa"/>
            </w:tcMar>
            <w:vAlign w:val="center"/>
          </w:tcPr>
          <w:p w14:paraId="7EEAB071" w14:textId="06A87A0D" w:rsidR="00DD5E19" w:rsidRDefault="00DB7090">
            <w:sdt>
              <w:sdtPr>
                <w:id w:val="-1558618927"/>
                <w:lock w:val="sdtLocked"/>
                <w:placeholder>
                  <w:docPart w:val="B2F409FCBF4747708363E1D3D7280B4F"/>
                </w:placeholder>
                <w:showingPlcHdr/>
                <w:text/>
              </w:sdtPr>
              <w:sdtEndPr/>
              <w:sdtContent>
                <w:r w:rsidR="00091F7F" w:rsidRPr="00CF5340">
                  <w:rPr>
                    <w:color w:val="595959" w:themeColor="text1" w:themeTint="A6"/>
                  </w:rPr>
                  <w:t xml:space="preserve">Type </w:t>
                </w:r>
                <w:r w:rsidR="00091F7F" w:rsidRPr="00CF5340">
                  <w:rPr>
                    <w:rStyle w:val="PlaceholderText"/>
                    <w:color w:val="595959" w:themeColor="text1" w:themeTint="A6"/>
                  </w:rPr>
                  <w:t>full legal name</w:t>
                </w:r>
                <w:r w:rsidR="006F4C52" w:rsidRPr="00CF5340">
                  <w:rPr>
                    <w:rStyle w:val="PlaceholderText"/>
                    <w:color w:val="595959" w:themeColor="text1" w:themeTint="A6"/>
                  </w:rPr>
                  <w:t xml:space="preserve"> or e-signature</w:t>
                </w:r>
              </w:sdtContent>
            </w:sdt>
            <w:r w:rsidR="00CF5340">
              <w:t>.</w:t>
            </w:r>
          </w:p>
        </w:tc>
        <w:tc>
          <w:tcPr>
            <w:tcW w:w="1944" w:type="dxa"/>
            <w:tcMar>
              <w:top w:w="70" w:type="dxa"/>
              <w:left w:w="90" w:type="dxa"/>
              <w:bottom w:w="70" w:type="dxa"/>
              <w:right w:w="90" w:type="dxa"/>
            </w:tcMar>
            <w:vAlign w:val="center"/>
          </w:tcPr>
          <w:p w14:paraId="0C7FD67D" w14:textId="77777777" w:rsidR="00DD5E19" w:rsidRDefault="009A690C">
            <w:r>
              <w:rPr>
                <w:b/>
                <w:color w:val="333333"/>
                <w:sz w:val="17"/>
              </w:rPr>
              <w:t>Email</w:t>
            </w:r>
          </w:p>
        </w:tc>
        <w:tc>
          <w:tcPr>
            <w:tcW w:w="2376" w:type="dxa"/>
            <w:shd w:val="clear" w:color="auto" w:fill="F2F2F2"/>
            <w:tcMar>
              <w:top w:w="70" w:type="dxa"/>
              <w:left w:w="90" w:type="dxa"/>
              <w:bottom w:w="70" w:type="dxa"/>
              <w:right w:w="90" w:type="dxa"/>
            </w:tcMar>
            <w:vAlign w:val="center"/>
          </w:tcPr>
          <w:p w14:paraId="1F544192" w14:textId="0223CFD2" w:rsidR="00DD5E19" w:rsidRDefault="00DB7090">
            <w:sdt>
              <w:sdtPr>
                <w:id w:val="-426811106"/>
                <w:lock w:val="sdtLocked"/>
                <w:placeholder>
                  <w:docPart w:val="00B29636A9584DB98B0BCEA64D747746"/>
                </w:placeholder>
                <w:showingPlcHdr/>
                <w:text/>
              </w:sdtPr>
              <w:sdtEndPr/>
              <w:sdtContent>
                <w:r w:rsidR="00F11E2C">
                  <w:rPr>
                    <w:rStyle w:val="PlaceholderText"/>
                  </w:rPr>
                  <w:t>Type business email</w:t>
                </w:r>
              </w:sdtContent>
            </w:sdt>
            <w:r w:rsidR="00CF5340">
              <w:t>.</w:t>
            </w:r>
          </w:p>
        </w:tc>
      </w:tr>
      <w:tr w:rsidR="00DD5E19" w14:paraId="0D675ABD" w14:textId="77777777" w:rsidTr="00AE2A20">
        <w:trPr>
          <w:jc w:val="center"/>
        </w:trPr>
        <w:tc>
          <w:tcPr>
            <w:tcW w:w="1944" w:type="dxa"/>
            <w:tcMar>
              <w:top w:w="70" w:type="dxa"/>
              <w:left w:w="90" w:type="dxa"/>
              <w:bottom w:w="70" w:type="dxa"/>
              <w:right w:w="90" w:type="dxa"/>
            </w:tcMar>
            <w:vAlign w:val="center"/>
          </w:tcPr>
          <w:p w14:paraId="64568BED" w14:textId="77777777" w:rsidR="00DD5E19" w:rsidRDefault="009A690C">
            <w:r>
              <w:rPr>
                <w:b/>
                <w:color w:val="333333"/>
                <w:sz w:val="17"/>
              </w:rPr>
              <w:t>Date signed</w:t>
            </w:r>
          </w:p>
        </w:tc>
        <w:sdt>
          <w:sdtPr>
            <w:id w:val="313686473"/>
            <w:lock w:val="sdtLocked"/>
            <w:placeholder>
              <w:docPart w:val="9CCEF90CB980437E98976BEE33CD7EAF"/>
            </w:placeholder>
            <w:showingPlcHdr/>
            <w:date>
              <w:dateFormat w:val="yyyy-MM-dd"/>
              <w:lid w:val="en-CA"/>
              <w:storeMappedDataAs w:val="dateTime"/>
              <w:calendar w:val="gregorian"/>
            </w:date>
          </w:sdtPr>
          <w:sdtEndPr/>
          <w:sdtContent>
            <w:tc>
              <w:tcPr>
                <w:tcW w:w="8856" w:type="dxa"/>
                <w:gridSpan w:val="3"/>
                <w:shd w:val="clear" w:color="auto" w:fill="F2F2F2"/>
                <w:tcMar>
                  <w:top w:w="70" w:type="dxa"/>
                  <w:left w:w="90" w:type="dxa"/>
                  <w:bottom w:w="70" w:type="dxa"/>
                  <w:right w:w="90" w:type="dxa"/>
                </w:tcMar>
                <w:vAlign w:val="center"/>
              </w:tcPr>
              <w:p w14:paraId="6742EC12" w14:textId="29752C9F" w:rsidR="00DD5E19" w:rsidRDefault="00397DF4">
                <w:r w:rsidRPr="00A4313B">
                  <w:rPr>
                    <w:rStyle w:val="PlaceholderText"/>
                  </w:rPr>
                  <w:t>Click or tap to enter a date.</w:t>
                </w:r>
              </w:p>
            </w:tc>
          </w:sdtContent>
        </w:sdt>
      </w:tr>
    </w:tbl>
    <w:p w14:paraId="5110C339" w14:textId="77777777" w:rsidR="00DD5E19" w:rsidRDefault="00DD5E19">
      <w:pPr>
        <w:spacing w:after="0"/>
      </w:pPr>
    </w:p>
    <w:p w14:paraId="0C569E9D" w14:textId="77777777" w:rsidR="001C1FC6" w:rsidRDefault="001C1FC6">
      <w:pPr>
        <w:spacing w:after="0"/>
      </w:pPr>
    </w:p>
    <w:p w14:paraId="5D87A802" w14:textId="77777777" w:rsidR="001C1FC6" w:rsidRDefault="001C1FC6">
      <w:pPr>
        <w:spacing w:after="0"/>
      </w:pPr>
    </w:p>
    <w:p w14:paraId="54CCD7AB" w14:textId="77777777" w:rsidR="001C1FC6" w:rsidRDefault="001C1FC6">
      <w:pPr>
        <w:spacing w:after="0"/>
      </w:pPr>
    </w:p>
    <w:p w14:paraId="69CACF58" w14:textId="0EFACC5F" w:rsidR="001C1FC6" w:rsidRDefault="001C1FC6">
      <w:pPr>
        <w:spacing w:after="0"/>
      </w:pPr>
      <w:r>
        <w:lastRenderedPageBreak/>
        <w:tab/>
      </w:r>
      <w:r>
        <w:tab/>
      </w:r>
    </w:p>
    <w:tbl>
      <w:tblPr>
        <w:tblW w:w="0" w:type="auto"/>
        <w:jc w:val="center"/>
        <w:tblLook w:val="04A0" w:firstRow="1" w:lastRow="0" w:firstColumn="1" w:lastColumn="0" w:noHBand="0" w:noVBand="1"/>
      </w:tblPr>
      <w:tblGrid>
        <w:gridCol w:w="10515"/>
      </w:tblGrid>
      <w:tr w:rsidR="00DD5E19" w14:paraId="25B92F2D" w14:textId="77777777" w:rsidTr="00D4755D">
        <w:trPr>
          <w:trHeight w:val="387"/>
          <w:jc w:val="center"/>
        </w:trPr>
        <w:tc>
          <w:tcPr>
            <w:tcW w:w="10515" w:type="dxa"/>
            <w:shd w:val="clear" w:color="auto" w:fill="006B3C"/>
            <w:tcMar>
              <w:top w:w="70" w:type="dxa"/>
              <w:left w:w="90" w:type="dxa"/>
              <w:bottom w:w="70" w:type="dxa"/>
              <w:right w:w="90" w:type="dxa"/>
            </w:tcMar>
            <w:vAlign w:val="center"/>
          </w:tcPr>
          <w:p w14:paraId="0B1E5540" w14:textId="616B8188" w:rsidR="00DD5E19" w:rsidRDefault="009A690C">
            <w:r>
              <w:rPr>
                <w:b/>
                <w:color w:val="FFFFFF"/>
                <w:sz w:val="22"/>
              </w:rPr>
              <w:t>2. PLACEMENT DETAILS</w:t>
            </w:r>
            <w:r w:rsidR="003F2006">
              <w:rPr>
                <w:b/>
                <w:color w:val="FFFFFF"/>
                <w:sz w:val="22"/>
              </w:rPr>
              <w:t xml:space="preserve"> – filled out by employer</w:t>
            </w:r>
          </w:p>
        </w:tc>
      </w:tr>
    </w:tbl>
    <w:p w14:paraId="4C538A4B" w14:textId="77777777" w:rsidR="00DD5E19" w:rsidRDefault="00DD5E19">
      <w:pPr>
        <w:spacing w:after="0"/>
      </w:pPr>
    </w:p>
    <w:tbl>
      <w:tblPr>
        <w:tblStyle w:val="TableGrid"/>
        <w:tblW w:w="0" w:type="auto"/>
        <w:jc w:val="center"/>
        <w:tblLayout w:type="fixed"/>
        <w:tblLook w:val="04A0" w:firstRow="1" w:lastRow="0" w:firstColumn="1" w:lastColumn="0" w:noHBand="0" w:noVBand="1"/>
      </w:tblPr>
      <w:tblGrid>
        <w:gridCol w:w="2232"/>
        <w:gridCol w:w="2952"/>
        <w:gridCol w:w="2232"/>
        <w:gridCol w:w="2952"/>
      </w:tblGrid>
      <w:tr w:rsidR="00DD5E19" w14:paraId="5BCBF483" w14:textId="77777777">
        <w:trPr>
          <w:jc w:val="center"/>
        </w:trPr>
        <w:tc>
          <w:tcPr>
            <w:tcW w:w="2232" w:type="dxa"/>
            <w:tcMar>
              <w:top w:w="70" w:type="dxa"/>
              <w:left w:w="90" w:type="dxa"/>
              <w:bottom w:w="70" w:type="dxa"/>
              <w:right w:w="90" w:type="dxa"/>
            </w:tcMar>
            <w:vAlign w:val="center"/>
          </w:tcPr>
          <w:p w14:paraId="3BED3AE2" w14:textId="77777777" w:rsidR="00DD5E19" w:rsidRDefault="009A690C">
            <w:r>
              <w:rPr>
                <w:b/>
                <w:color w:val="333333"/>
                <w:sz w:val="17"/>
              </w:rPr>
              <w:t>Placement start date</w:t>
            </w:r>
          </w:p>
        </w:tc>
        <w:tc>
          <w:tcPr>
            <w:tcW w:w="2952" w:type="dxa"/>
            <w:shd w:val="clear" w:color="auto" w:fill="F2F2F2"/>
            <w:tcMar>
              <w:top w:w="70" w:type="dxa"/>
              <w:left w:w="90" w:type="dxa"/>
              <w:bottom w:w="70" w:type="dxa"/>
              <w:right w:w="90" w:type="dxa"/>
            </w:tcMar>
            <w:vAlign w:val="center"/>
          </w:tcPr>
          <w:p w14:paraId="16F8CF90" w14:textId="2D85367C" w:rsidR="00DD5E19" w:rsidRPr="00CF5340" w:rsidRDefault="00DB7090">
            <w:pPr>
              <w:rPr>
                <w:color w:val="595959" w:themeColor="text1" w:themeTint="A6"/>
              </w:rPr>
            </w:pPr>
            <w:sdt>
              <w:sdtPr>
                <w:rPr>
                  <w:color w:val="595959" w:themeColor="text1" w:themeTint="A6"/>
                </w:rPr>
                <w:id w:val="-112678816"/>
                <w:lock w:val="sdtLocked"/>
                <w:placeholder>
                  <w:docPart w:val="AE58AF41B9244D04A5F7A0DBD9A7CD28"/>
                </w:placeholder>
                <w:showingPlcHdr/>
                <w:date>
                  <w:dateFormat w:val="yyyy-MM-dd"/>
                  <w:lid w:val="en-CA"/>
                  <w:storeMappedDataAs w:val="dateTime"/>
                  <w:calendar w:val="gregorian"/>
                </w:date>
              </w:sdtPr>
              <w:sdtEndPr/>
              <w:sdtContent>
                <w:r w:rsidR="00126BC3" w:rsidRPr="00CF5340">
                  <w:rPr>
                    <w:color w:val="595959" w:themeColor="text1" w:themeTint="A6"/>
                  </w:rPr>
                  <w:t>Placement start date</w:t>
                </w:r>
              </w:sdtContent>
            </w:sdt>
            <w:r w:rsidR="00CF5340" w:rsidRPr="00CF5340">
              <w:rPr>
                <w:color w:val="595959" w:themeColor="text1" w:themeTint="A6"/>
              </w:rPr>
              <w:t>.</w:t>
            </w:r>
          </w:p>
        </w:tc>
        <w:tc>
          <w:tcPr>
            <w:tcW w:w="2232" w:type="dxa"/>
            <w:tcMar>
              <w:top w:w="70" w:type="dxa"/>
              <w:left w:w="90" w:type="dxa"/>
              <w:bottom w:w="70" w:type="dxa"/>
              <w:right w:w="90" w:type="dxa"/>
            </w:tcMar>
            <w:vAlign w:val="center"/>
          </w:tcPr>
          <w:p w14:paraId="623F8A85" w14:textId="77777777" w:rsidR="00DD5E19" w:rsidRDefault="009A690C">
            <w:r>
              <w:rPr>
                <w:b/>
                <w:color w:val="333333"/>
                <w:sz w:val="17"/>
              </w:rPr>
              <w:t>Placement end date</w:t>
            </w:r>
          </w:p>
        </w:tc>
        <w:sdt>
          <w:sdtPr>
            <w:id w:val="-131173026"/>
            <w:lock w:val="sdtLocked"/>
            <w:placeholder>
              <w:docPart w:val="585FEDAA96764324A132935FBF1E66ED"/>
            </w:placeholder>
            <w:showingPlcHdr/>
            <w:date>
              <w:dateFormat w:val="yyyy-MM-dd"/>
              <w:lid w:val="en-CA"/>
              <w:storeMappedDataAs w:val="dateTime"/>
              <w:calendar w:val="gregorian"/>
            </w:date>
          </w:sdtPr>
          <w:sdtEndPr/>
          <w:sdtContent>
            <w:tc>
              <w:tcPr>
                <w:tcW w:w="2952" w:type="dxa"/>
                <w:shd w:val="clear" w:color="auto" w:fill="F2F2F2"/>
                <w:tcMar>
                  <w:top w:w="70" w:type="dxa"/>
                  <w:left w:w="90" w:type="dxa"/>
                  <w:bottom w:w="70" w:type="dxa"/>
                  <w:right w:w="90" w:type="dxa"/>
                </w:tcMar>
                <w:vAlign w:val="center"/>
              </w:tcPr>
              <w:p w14:paraId="3AB20DE6" w14:textId="061F0AD8" w:rsidR="00DD5E19" w:rsidRDefault="00126BC3">
                <w:r>
                  <w:rPr>
                    <w:rStyle w:val="PlaceholderText"/>
                  </w:rPr>
                  <w:t>Placement end date</w:t>
                </w:r>
                <w:r w:rsidRPr="00B07089">
                  <w:rPr>
                    <w:rStyle w:val="PlaceholderText"/>
                  </w:rPr>
                  <w:t>.</w:t>
                </w:r>
              </w:p>
            </w:tc>
          </w:sdtContent>
        </w:sdt>
      </w:tr>
      <w:tr w:rsidR="00DD5E19" w14:paraId="51E56FD4" w14:textId="77777777">
        <w:trPr>
          <w:jc w:val="center"/>
        </w:trPr>
        <w:tc>
          <w:tcPr>
            <w:tcW w:w="2232" w:type="dxa"/>
            <w:tcMar>
              <w:top w:w="70" w:type="dxa"/>
              <w:left w:w="90" w:type="dxa"/>
              <w:bottom w:w="70" w:type="dxa"/>
              <w:right w:w="90" w:type="dxa"/>
            </w:tcMar>
            <w:vAlign w:val="center"/>
          </w:tcPr>
          <w:p w14:paraId="3A703C21" w14:textId="77777777" w:rsidR="00DD5E19" w:rsidRDefault="009A690C">
            <w:r>
              <w:rPr>
                <w:b/>
                <w:color w:val="333333"/>
                <w:sz w:val="17"/>
              </w:rPr>
              <w:t>WEX course</w:t>
            </w:r>
          </w:p>
        </w:tc>
        <w:sdt>
          <w:sdtPr>
            <w:id w:val="1665363012"/>
            <w:lock w:val="sdtLocked"/>
            <w:placeholder>
              <w:docPart w:val="F47FBBC9F04D421385ACD080106D0311"/>
            </w:placeholder>
            <w:showingPlcHdr/>
            <w:dropDownList>
              <w:listItem w:value="Choose an item."/>
              <w:listItem w:displayText="WEX 12A" w:value="WEX 12A"/>
            </w:dropDownList>
          </w:sdtPr>
          <w:sdtEndPr/>
          <w:sdtContent>
            <w:tc>
              <w:tcPr>
                <w:tcW w:w="2952" w:type="dxa"/>
                <w:shd w:val="clear" w:color="auto" w:fill="F2F2F2"/>
                <w:tcMar>
                  <w:top w:w="70" w:type="dxa"/>
                  <w:left w:w="90" w:type="dxa"/>
                  <w:bottom w:w="70" w:type="dxa"/>
                  <w:right w:w="90" w:type="dxa"/>
                </w:tcMar>
                <w:vAlign w:val="center"/>
              </w:tcPr>
              <w:p w14:paraId="7EBF7F19" w14:textId="4E4A0855" w:rsidR="00DD5E19" w:rsidRDefault="0088630D">
                <w:r>
                  <w:rPr>
                    <w:rStyle w:val="PlaceholderText"/>
                  </w:rPr>
                  <w:t>Select</w:t>
                </w:r>
                <w:r w:rsidRPr="00B07089">
                  <w:rPr>
                    <w:rStyle w:val="PlaceholderText"/>
                  </w:rPr>
                  <w:t>.</w:t>
                </w:r>
              </w:p>
            </w:tc>
          </w:sdtContent>
        </w:sdt>
        <w:tc>
          <w:tcPr>
            <w:tcW w:w="2232" w:type="dxa"/>
            <w:tcMar>
              <w:top w:w="70" w:type="dxa"/>
              <w:left w:w="90" w:type="dxa"/>
              <w:bottom w:w="70" w:type="dxa"/>
              <w:right w:w="90" w:type="dxa"/>
            </w:tcMar>
            <w:vAlign w:val="center"/>
          </w:tcPr>
          <w:p w14:paraId="137BDC5E" w14:textId="77777777" w:rsidR="00DD5E19" w:rsidRDefault="009A690C">
            <w:r>
              <w:rPr>
                <w:b/>
                <w:color w:val="333333"/>
                <w:sz w:val="17"/>
              </w:rPr>
              <w:t>Student grade</w:t>
            </w:r>
          </w:p>
        </w:tc>
        <w:sdt>
          <w:sdtPr>
            <w:id w:val="1095138222"/>
            <w:lock w:val="sdtLocked"/>
            <w:placeholder>
              <w:docPart w:val="15C4FF223C3543398BCFF55B93B43491"/>
            </w:placeholder>
            <w:showingPlcHdr/>
            <w:dropDownList>
              <w:listItem w:value="Choose an item."/>
              <w:listItem w:displayText="Grade 11" w:value="Grade 11"/>
              <w:listItem w:displayText="Grade 12" w:value="Grade 12"/>
            </w:dropDownList>
          </w:sdtPr>
          <w:sdtEndPr/>
          <w:sdtContent>
            <w:tc>
              <w:tcPr>
                <w:tcW w:w="2952" w:type="dxa"/>
                <w:shd w:val="clear" w:color="auto" w:fill="F2F2F2"/>
                <w:tcMar>
                  <w:top w:w="70" w:type="dxa"/>
                  <w:left w:w="90" w:type="dxa"/>
                  <w:bottom w:w="70" w:type="dxa"/>
                  <w:right w:w="90" w:type="dxa"/>
                </w:tcMar>
                <w:vAlign w:val="center"/>
              </w:tcPr>
              <w:p w14:paraId="11C1C669" w14:textId="10C77FDB" w:rsidR="00DD5E19" w:rsidRDefault="0088630D">
                <w:r>
                  <w:rPr>
                    <w:rStyle w:val="PlaceholderText"/>
                  </w:rPr>
                  <w:t>Select one</w:t>
                </w:r>
              </w:p>
            </w:tc>
          </w:sdtContent>
        </w:sdt>
      </w:tr>
      <w:tr w:rsidR="001168C7" w14:paraId="0ACB4487" w14:textId="77777777">
        <w:trPr>
          <w:jc w:val="center"/>
        </w:trPr>
        <w:tc>
          <w:tcPr>
            <w:tcW w:w="2232" w:type="dxa"/>
            <w:tcMar>
              <w:top w:w="70" w:type="dxa"/>
              <w:left w:w="90" w:type="dxa"/>
              <w:bottom w:w="70" w:type="dxa"/>
              <w:right w:w="90" w:type="dxa"/>
            </w:tcMar>
            <w:vAlign w:val="center"/>
          </w:tcPr>
          <w:p w14:paraId="3F3843CF" w14:textId="4011292A" w:rsidR="001168C7" w:rsidRDefault="001168C7">
            <w:pPr>
              <w:rPr>
                <w:b/>
                <w:color w:val="333333"/>
                <w:sz w:val="17"/>
              </w:rPr>
            </w:pPr>
            <w:r>
              <w:rPr>
                <w:b/>
                <w:color w:val="333333"/>
                <w:sz w:val="17"/>
              </w:rPr>
              <w:t>Job Title (if any)</w:t>
            </w:r>
          </w:p>
        </w:tc>
        <w:sdt>
          <w:sdtPr>
            <w:id w:val="-1843698784"/>
            <w:lock w:val="sdtLocked"/>
            <w:placeholder>
              <w:docPart w:val="92153B4644434CAEA065DE1D2685835B"/>
            </w:placeholder>
            <w:showingPlcHdr/>
            <w:text/>
          </w:sdtPr>
          <w:sdtEndPr/>
          <w:sdtContent>
            <w:tc>
              <w:tcPr>
                <w:tcW w:w="2952" w:type="dxa"/>
                <w:shd w:val="clear" w:color="auto" w:fill="F2F2F2"/>
                <w:tcMar>
                  <w:top w:w="70" w:type="dxa"/>
                  <w:left w:w="90" w:type="dxa"/>
                  <w:bottom w:w="70" w:type="dxa"/>
                  <w:right w:w="90" w:type="dxa"/>
                </w:tcMar>
                <w:vAlign w:val="center"/>
              </w:tcPr>
              <w:p w14:paraId="6C8E2ACC" w14:textId="261C259F" w:rsidR="001168C7" w:rsidRDefault="001168C7">
                <w:r w:rsidRPr="00B07089">
                  <w:rPr>
                    <w:rStyle w:val="PlaceholderText"/>
                  </w:rPr>
                  <w:t>Click or tap here to enter text.</w:t>
                </w:r>
              </w:p>
            </w:tc>
          </w:sdtContent>
        </w:sdt>
        <w:tc>
          <w:tcPr>
            <w:tcW w:w="2232" w:type="dxa"/>
            <w:tcMar>
              <w:top w:w="70" w:type="dxa"/>
              <w:left w:w="90" w:type="dxa"/>
              <w:bottom w:w="70" w:type="dxa"/>
              <w:right w:w="90" w:type="dxa"/>
            </w:tcMar>
            <w:vAlign w:val="center"/>
          </w:tcPr>
          <w:p w14:paraId="250CCE2B" w14:textId="77777777" w:rsidR="001168C7" w:rsidRDefault="001168C7">
            <w:pPr>
              <w:rPr>
                <w:b/>
                <w:color w:val="333333"/>
                <w:sz w:val="17"/>
              </w:rPr>
            </w:pPr>
          </w:p>
        </w:tc>
        <w:tc>
          <w:tcPr>
            <w:tcW w:w="2952" w:type="dxa"/>
            <w:shd w:val="clear" w:color="auto" w:fill="F2F2F2"/>
            <w:tcMar>
              <w:top w:w="70" w:type="dxa"/>
              <w:left w:w="90" w:type="dxa"/>
              <w:bottom w:w="70" w:type="dxa"/>
              <w:right w:w="90" w:type="dxa"/>
            </w:tcMar>
            <w:vAlign w:val="center"/>
          </w:tcPr>
          <w:p w14:paraId="774E1D69" w14:textId="77777777" w:rsidR="001168C7" w:rsidRDefault="001168C7"/>
        </w:tc>
      </w:tr>
    </w:tbl>
    <w:p w14:paraId="69FFEF01" w14:textId="77777777" w:rsidR="00DD5E19" w:rsidRDefault="00DD5E19">
      <w:pPr>
        <w:spacing w:after="0"/>
      </w:pPr>
    </w:p>
    <w:p w14:paraId="1A80F526" w14:textId="77777777" w:rsidR="00DD5E19" w:rsidRDefault="009A690C">
      <w:r>
        <w:rPr>
          <w:b/>
          <w:color w:val="006B3C"/>
          <w:sz w:val="20"/>
        </w:rPr>
        <w:t>Work schedule</w:t>
      </w:r>
      <w:r>
        <w:rPr>
          <w:sz w:val="17"/>
        </w:rPr>
        <w:t xml:space="preserve"> (subject to change based on operational needs and the student schedule)</w:t>
      </w:r>
    </w:p>
    <w:tbl>
      <w:tblPr>
        <w:tblStyle w:val="TableGrid"/>
        <w:tblW w:w="0" w:type="auto"/>
        <w:jc w:val="center"/>
        <w:tblLayout w:type="fixed"/>
        <w:tblLook w:val="04A0" w:firstRow="1" w:lastRow="0" w:firstColumn="1" w:lastColumn="0" w:noHBand="0" w:noVBand="1"/>
      </w:tblPr>
      <w:tblGrid>
        <w:gridCol w:w="936"/>
        <w:gridCol w:w="1325"/>
        <w:gridCol w:w="1325"/>
        <w:gridCol w:w="1325"/>
        <w:gridCol w:w="1325"/>
        <w:gridCol w:w="1325"/>
        <w:gridCol w:w="1325"/>
        <w:gridCol w:w="1325"/>
      </w:tblGrid>
      <w:tr w:rsidR="00DD5E19" w14:paraId="66FF6B55" w14:textId="77777777">
        <w:trPr>
          <w:jc w:val="center"/>
        </w:trPr>
        <w:tc>
          <w:tcPr>
            <w:tcW w:w="936" w:type="dxa"/>
            <w:shd w:val="clear" w:color="auto" w:fill="F3E6B8"/>
            <w:tcMar>
              <w:top w:w="70" w:type="dxa"/>
              <w:left w:w="90" w:type="dxa"/>
              <w:bottom w:w="70" w:type="dxa"/>
              <w:right w:w="90" w:type="dxa"/>
            </w:tcMar>
            <w:vAlign w:val="center"/>
          </w:tcPr>
          <w:p w14:paraId="604968FA" w14:textId="77777777" w:rsidR="00DD5E19" w:rsidRDefault="009A690C">
            <w:pPr>
              <w:jc w:val="center"/>
            </w:pPr>
            <w:r>
              <w:rPr>
                <w:b/>
                <w:color w:val="333333"/>
                <w:sz w:val="16"/>
              </w:rPr>
              <w:t>Day</w:t>
            </w:r>
          </w:p>
        </w:tc>
        <w:tc>
          <w:tcPr>
            <w:tcW w:w="1325" w:type="dxa"/>
            <w:shd w:val="clear" w:color="auto" w:fill="F3E6B8"/>
            <w:tcMar>
              <w:top w:w="70" w:type="dxa"/>
              <w:left w:w="90" w:type="dxa"/>
              <w:bottom w:w="70" w:type="dxa"/>
              <w:right w:w="90" w:type="dxa"/>
            </w:tcMar>
            <w:vAlign w:val="center"/>
          </w:tcPr>
          <w:p w14:paraId="7B4D252B" w14:textId="77777777" w:rsidR="00DD5E19" w:rsidRDefault="009A690C">
            <w:pPr>
              <w:jc w:val="center"/>
            </w:pPr>
            <w:r>
              <w:rPr>
                <w:b/>
                <w:color w:val="333333"/>
                <w:sz w:val="16"/>
              </w:rPr>
              <w:t>Monday</w:t>
            </w:r>
          </w:p>
        </w:tc>
        <w:tc>
          <w:tcPr>
            <w:tcW w:w="1325" w:type="dxa"/>
            <w:shd w:val="clear" w:color="auto" w:fill="F3E6B8"/>
            <w:tcMar>
              <w:top w:w="70" w:type="dxa"/>
              <w:left w:w="90" w:type="dxa"/>
              <w:bottom w:w="70" w:type="dxa"/>
              <w:right w:w="90" w:type="dxa"/>
            </w:tcMar>
            <w:vAlign w:val="center"/>
          </w:tcPr>
          <w:p w14:paraId="5997E778" w14:textId="77777777" w:rsidR="00DD5E19" w:rsidRDefault="009A690C">
            <w:pPr>
              <w:jc w:val="center"/>
            </w:pPr>
            <w:r>
              <w:rPr>
                <w:b/>
                <w:color w:val="333333"/>
                <w:sz w:val="16"/>
              </w:rPr>
              <w:t>Tuesday</w:t>
            </w:r>
          </w:p>
        </w:tc>
        <w:tc>
          <w:tcPr>
            <w:tcW w:w="1325" w:type="dxa"/>
            <w:shd w:val="clear" w:color="auto" w:fill="F3E6B8"/>
            <w:tcMar>
              <w:top w:w="70" w:type="dxa"/>
              <w:left w:w="90" w:type="dxa"/>
              <w:bottom w:w="70" w:type="dxa"/>
              <w:right w:w="90" w:type="dxa"/>
            </w:tcMar>
            <w:vAlign w:val="center"/>
          </w:tcPr>
          <w:p w14:paraId="3397C262" w14:textId="77777777" w:rsidR="00DD5E19" w:rsidRDefault="009A690C">
            <w:pPr>
              <w:jc w:val="center"/>
            </w:pPr>
            <w:r>
              <w:rPr>
                <w:b/>
                <w:color w:val="333333"/>
                <w:sz w:val="16"/>
              </w:rPr>
              <w:t>Wednesday</w:t>
            </w:r>
          </w:p>
        </w:tc>
        <w:tc>
          <w:tcPr>
            <w:tcW w:w="1325" w:type="dxa"/>
            <w:shd w:val="clear" w:color="auto" w:fill="F3E6B8"/>
            <w:tcMar>
              <w:top w:w="70" w:type="dxa"/>
              <w:left w:w="90" w:type="dxa"/>
              <w:bottom w:w="70" w:type="dxa"/>
              <w:right w:w="90" w:type="dxa"/>
            </w:tcMar>
            <w:vAlign w:val="center"/>
          </w:tcPr>
          <w:p w14:paraId="6008F0A2" w14:textId="77777777" w:rsidR="00DD5E19" w:rsidRDefault="009A690C">
            <w:pPr>
              <w:jc w:val="center"/>
            </w:pPr>
            <w:r>
              <w:rPr>
                <w:b/>
                <w:color w:val="333333"/>
                <w:sz w:val="16"/>
              </w:rPr>
              <w:t>Thursday</w:t>
            </w:r>
          </w:p>
        </w:tc>
        <w:tc>
          <w:tcPr>
            <w:tcW w:w="1325" w:type="dxa"/>
            <w:shd w:val="clear" w:color="auto" w:fill="F3E6B8"/>
            <w:tcMar>
              <w:top w:w="70" w:type="dxa"/>
              <w:left w:w="90" w:type="dxa"/>
              <w:bottom w:w="70" w:type="dxa"/>
              <w:right w:w="90" w:type="dxa"/>
            </w:tcMar>
            <w:vAlign w:val="center"/>
          </w:tcPr>
          <w:p w14:paraId="5204582F" w14:textId="77777777" w:rsidR="00DD5E19" w:rsidRDefault="009A690C">
            <w:pPr>
              <w:jc w:val="center"/>
            </w:pPr>
            <w:r>
              <w:rPr>
                <w:b/>
                <w:color w:val="333333"/>
                <w:sz w:val="16"/>
              </w:rPr>
              <w:t>Friday</w:t>
            </w:r>
          </w:p>
        </w:tc>
        <w:tc>
          <w:tcPr>
            <w:tcW w:w="1325" w:type="dxa"/>
            <w:shd w:val="clear" w:color="auto" w:fill="F3E6B8"/>
            <w:tcMar>
              <w:top w:w="70" w:type="dxa"/>
              <w:left w:w="90" w:type="dxa"/>
              <w:bottom w:w="70" w:type="dxa"/>
              <w:right w:w="90" w:type="dxa"/>
            </w:tcMar>
            <w:vAlign w:val="center"/>
          </w:tcPr>
          <w:p w14:paraId="0BB7DB0B" w14:textId="77777777" w:rsidR="00DD5E19" w:rsidRDefault="009A690C">
            <w:pPr>
              <w:jc w:val="center"/>
            </w:pPr>
            <w:r>
              <w:rPr>
                <w:b/>
                <w:color w:val="333333"/>
                <w:sz w:val="16"/>
              </w:rPr>
              <w:t>Saturday</w:t>
            </w:r>
          </w:p>
        </w:tc>
        <w:tc>
          <w:tcPr>
            <w:tcW w:w="1325" w:type="dxa"/>
            <w:shd w:val="clear" w:color="auto" w:fill="F3E6B8"/>
            <w:tcMar>
              <w:top w:w="70" w:type="dxa"/>
              <w:left w:w="90" w:type="dxa"/>
              <w:bottom w:w="70" w:type="dxa"/>
              <w:right w:w="90" w:type="dxa"/>
            </w:tcMar>
            <w:vAlign w:val="center"/>
          </w:tcPr>
          <w:p w14:paraId="275AF1EA" w14:textId="77777777" w:rsidR="00DD5E19" w:rsidRDefault="009A690C">
            <w:pPr>
              <w:jc w:val="center"/>
            </w:pPr>
            <w:r>
              <w:rPr>
                <w:b/>
                <w:color w:val="333333"/>
                <w:sz w:val="16"/>
              </w:rPr>
              <w:t>Sunday</w:t>
            </w:r>
          </w:p>
        </w:tc>
      </w:tr>
      <w:tr w:rsidR="00DD5E19" w14:paraId="172B1EC1" w14:textId="77777777">
        <w:trPr>
          <w:jc w:val="center"/>
        </w:trPr>
        <w:tc>
          <w:tcPr>
            <w:tcW w:w="936" w:type="dxa"/>
            <w:tcMar>
              <w:top w:w="70" w:type="dxa"/>
              <w:left w:w="90" w:type="dxa"/>
              <w:bottom w:w="70" w:type="dxa"/>
              <w:right w:w="90" w:type="dxa"/>
            </w:tcMar>
            <w:vAlign w:val="center"/>
          </w:tcPr>
          <w:p w14:paraId="6FC58719" w14:textId="77777777" w:rsidR="00DD5E19" w:rsidRDefault="009A690C">
            <w:r>
              <w:rPr>
                <w:b/>
                <w:color w:val="333333"/>
                <w:sz w:val="16"/>
              </w:rPr>
              <w:t>Start time</w:t>
            </w:r>
          </w:p>
        </w:tc>
        <w:sdt>
          <w:sdtPr>
            <w:id w:val="-525636599"/>
            <w:lock w:val="sdtLocked"/>
            <w:placeholder>
              <w:docPart w:val="43D6A4C00A98424B8B4613CCBD4C7B1F"/>
            </w:placeholder>
            <w:showingPlcHdr/>
            <w:text/>
          </w:sdtPr>
          <w:sdtEndPr/>
          <w:sdtContent>
            <w:tc>
              <w:tcPr>
                <w:tcW w:w="1325" w:type="dxa"/>
                <w:shd w:val="clear" w:color="auto" w:fill="F2F2F2"/>
                <w:tcMar>
                  <w:top w:w="70" w:type="dxa"/>
                  <w:left w:w="90" w:type="dxa"/>
                  <w:bottom w:w="70" w:type="dxa"/>
                  <w:right w:w="90" w:type="dxa"/>
                </w:tcMar>
                <w:vAlign w:val="center"/>
              </w:tcPr>
              <w:p w14:paraId="07DCC784" w14:textId="40FC87E9" w:rsidR="00DD5E19" w:rsidRDefault="00BD0B74">
                <w:r>
                  <w:rPr>
                    <w:rStyle w:val="PlaceholderText"/>
                  </w:rPr>
                  <w:t>Time</w:t>
                </w:r>
              </w:p>
            </w:tc>
          </w:sdtContent>
        </w:sdt>
        <w:sdt>
          <w:sdtPr>
            <w:id w:val="114023462"/>
            <w:lock w:val="sdtLocked"/>
            <w:placeholder>
              <w:docPart w:val="C5F59AB15D564DC3801C5871D9421775"/>
            </w:placeholder>
            <w:showingPlcHdr/>
            <w:text/>
          </w:sdtPr>
          <w:sdtEndPr/>
          <w:sdtContent>
            <w:tc>
              <w:tcPr>
                <w:tcW w:w="1325" w:type="dxa"/>
                <w:shd w:val="clear" w:color="auto" w:fill="F2F2F2"/>
                <w:tcMar>
                  <w:top w:w="70" w:type="dxa"/>
                  <w:left w:w="90" w:type="dxa"/>
                  <w:bottom w:w="70" w:type="dxa"/>
                  <w:right w:w="90" w:type="dxa"/>
                </w:tcMar>
                <w:vAlign w:val="center"/>
              </w:tcPr>
              <w:p w14:paraId="3BDEC920" w14:textId="2A2B8E3F" w:rsidR="00DD5E19" w:rsidRDefault="00BD0B74">
                <w:r>
                  <w:rPr>
                    <w:rStyle w:val="PlaceholderText"/>
                  </w:rPr>
                  <w:t>Time</w:t>
                </w:r>
              </w:p>
            </w:tc>
          </w:sdtContent>
        </w:sdt>
        <w:sdt>
          <w:sdtPr>
            <w:id w:val="400644633"/>
            <w:lock w:val="sdtLocked"/>
            <w:placeholder>
              <w:docPart w:val="260CBEFC7A8645B1BDFE3EB7ECACBF5A"/>
            </w:placeholder>
            <w:showingPlcHdr/>
            <w:text/>
          </w:sdtPr>
          <w:sdtEndPr/>
          <w:sdtContent>
            <w:tc>
              <w:tcPr>
                <w:tcW w:w="1325" w:type="dxa"/>
                <w:shd w:val="clear" w:color="auto" w:fill="F2F2F2"/>
                <w:tcMar>
                  <w:top w:w="70" w:type="dxa"/>
                  <w:left w:w="90" w:type="dxa"/>
                  <w:bottom w:w="70" w:type="dxa"/>
                  <w:right w:w="90" w:type="dxa"/>
                </w:tcMar>
                <w:vAlign w:val="center"/>
              </w:tcPr>
              <w:p w14:paraId="6CD6B6FA" w14:textId="4E3B4D6B" w:rsidR="00DD5E19" w:rsidRDefault="00A154B8">
                <w:r>
                  <w:rPr>
                    <w:rStyle w:val="PlaceholderText"/>
                  </w:rPr>
                  <w:t>Time</w:t>
                </w:r>
              </w:p>
            </w:tc>
          </w:sdtContent>
        </w:sdt>
        <w:sdt>
          <w:sdtPr>
            <w:id w:val="1656106564"/>
            <w:lock w:val="sdtLocked"/>
            <w:placeholder>
              <w:docPart w:val="2C87257AC1E0475F80912B5F047B7EB7"/>
            </w:placeholder>
            <w:showingPlcHdr/>
            <w:text/>
          </w:sdtPr>
          <w:sdtEndPr/>
          <w:sdtContent>
            <w:tc>
              <w:tcPr>
                <w:tcW w:w="1325" w:type="dxa"/>
                <w:shd w:val="clear" w:color="auto" w:fill="F2F2F2"/>
                <w:tcMar>
                  <w:top w:w="70" w:type="dxa"/>
                  <w:left w:w="90" w:type="dxa"/>
                  <w:bottom w:w="70" w:type="dxa"/>
                  <w:right w:w="90" w:type="dxa"/>
                </w:tcMar>
                <w:vAlign w:val="center"/>
              </w:tcPr>
              <w:p w14:paraId="0436734F" w14:textId="476FF26D" w:rsidR="00DD5E19" w:rsidRDefault="001835AA">
                <w:r>
                  <w:rPr>
                    <w:rStyle w:val="PlaceholderText"/>
                  </w:rPr>
                  <w:t>Time</w:t>
                </w:r>
              </w:p>
            </w:tc>
          </w:sdtContent>
        </w:sdt>
        <w:sdt>
          <w:sdtPr>
            <w:id w:val="-910079496"/>
            <w:lock w:val="sdtLocked"/>
            <w:placeholder>
              <w:docPart w:val="09CA7970F4F043F8B313814468E959AE"/>
            </w:placeholder>
            <w:showingPlcHdr/>
            <w:text/>
          </w:sdtPr>
          <w:sdtEndPr/>
          <w:sdtContent>
            <w:tc>
              <w:tcPr>
                <w:tcW w:w="1325" w:type="dxa"/>
                <w:shd w:val="clear" w:color="auto" w:fill="F2F2F2"/>
                <w:tcMar>
                  <w:top w:w="70" w:type="dxa"/>
                  <w:left w:w="90" w:type="dxa"/>
                  <w:bottom w:w="70" w:type="dxa"/>
                  <w:right w:w="90" w:type="dxa"/>
                </w:tcMar>
                <w:vAlign w:val="center"/>
              </w:tcPr>
              <w:p w14:paraId="37F25320" w14:textId="7314678F" w:rsidR="00DD5E19" w:rsidRDefault="001835AA">
                <w:r>
                  <w:rPr>
                    <w:rStyle w:val="PlaceholderText"/>
                  </w:rPr>
                  <w:t>Time</w:t>
                </w:r>
              </w:p>
            </w:tc>
          </w:sdtContent>
        </w:sdt>
        <w:sdt>
          <w:sdtPr>
            <w:id w:val="2107073887"/>
            <w:lock w:val="sdtLocked"/>
            <w:placeholder>
              <w:docPart w:val="F0BE431A109148E09174B938DE75E5A7"/>
            </w:placeholder>
            <w:showingPlcHdr/>
            <w:text/>
          </w:sdtPr>
          <w:sdtEndPr/>
          <w:sdtContent>
            <w:tc>
              <w:tcPr>
                <w:tcW w:w="1325" w:type="dxa"/>
                <w:shd w:val="clear" w:color="auto" w:fill="F2F2F2"/>
                <w:tcMar>
                  <w:top w:w="70" w:type="dxa"/>
                  <w:left w:w="90" w:type="dxa"/>
                  <w:bottom w:w="70" w:type="dxa"/>
                  <w:right w:w="90" w:type="dxa"/>
                </w:tcMar>
                <w:vAlign w:val="center"/>
              </w:tcPr>
              <w:p w14:paraId="666BB9A8" w14:textId="42808055" w:rsidR="00DD5E19" w:rsidRDefault="001835AA">
                <w:r>
                  <w:rPr>
                    <w:rStyle w:val="PlaceholderText"/>
                  </w:rPr>
                  <w:t>Time</w:t>
                </w:r>
              </w:p>
            </w:tc>
          </w:sdtContent>
        </w:sdt>
        <w:sdt>
          <w:sdtPr>
            <w:id w:val="-1310551723"/>
            <w:lock w:val="sdtLocked"/>
            <w:placeholder>
              <w:docPart w:val="409B9E7EF235456289912CB235E148CF"/>
            </w:placeholder>
            <w:showingPlcHdr/>
            <w:text/>
          </w:sdtPr>
          <w:sdtEndPr/>
          <w:sdtContent>
            <w:tc>
              <w:tcPr>
                <w:tcW w:w="1325" w:type="dxa"/>
                <w:shd w:val="clear" w:color="auto" w:fill="F2F2F2"/>
                <w:tcMar>
                  <w:top w:w="70" w:type="dxa"/>
                  <w:left w:w="90" w:type="dxa"/>
                  <w:bottom w:w="70" w:type="dxa"/>
                  <w:right w:w="90" w:type="dxa"/>
                </w:tcMar>
                <w:vAlign w:val="center"/>
              </w:tcPr>
              <w:p w14:paraId="4DBE435D" w14:textId="5819D4B4" w:rsidR="00DD5E19" w:rsidRDefault="0058294D">
                <w:r>
                  <w:rPr>
                    <w:rStyle w:val="PlaceholderText"/>
                  </w:rPr>
                  <w:t>Time</w:t>
                </w:r>
              </w:p>
            </w:tc>
          </w:sdtContent>
        </w:sdt>
      </w:tr>
      <w:tr w:rsidR="00DD5E19" w14:paraId="17F54AEB" w14:textId="77777777">
        <w:trPr>
          <w:jc w:val="center"/>
        </w:trPr>
        <w:tc>
          <w:tcPr>
            <w:tcW w:w="936" w:type="dxa"/>
            <w:tcMar>
              <w:top w:w="70" w:type="dxa"/>
              <w:left w:w="90" w:type="dxa"/>
              <w:bottom w:w="70" w:type="dxa"/>
              <w:right w:w="90" w:type="dxa"/>
            </w:tcMar>
            <w:vAlign w:val="center"/>
          </w:tcPr>
          <w:p w14:paraId="6C478F07" w14:textId="77777777" w:rsidR="00DD5E19" w:rsidRDefault="009A690C">
            <w:r>
              <w:rPr>
                <w:b/>
                <w:color w:val="333333"/>
                <w:sz w:val="16"/>
              </w:rPr>
              <w:t>End time</w:t>
            </w:r>
          </w:p>
        </w:tc>
        <w:sdt>
          <w:sdtPr>
            <w:id w:val="-1556848981"/>
            <w:lock w:val="sdtLocked"/>
            <w:placeholder>
              <w:docPart w:val="7C3418B635F140E7976D01E26843DF22"/>
            </w:placeholder>
            <w:showingPlcHdr/>
            <w:text/>
          </w:sdtPr>
          <w:sdtEndPr/>
          <w:sdtContent>
            <w:tc>
              <w:tcPr>
                <w:tcW w:w="1325" w:type="dxa"/>
                <w:shd w:val="clear" w:color="auto" w:fill="F2F2F2"/>
                <w:tcMar>
                  <w:top w:w="70" w:type="dxa"/>
                  <w:left w:w="90" w:type="dxa"/>
                  <w:bottom w:w="70" w:type="dxa"/>
                  <w:right w:w="90" w:type="dxa"/>
                </w:tcMar>
                <w:vAlign w:val="center"/>
              </w:tcPr>
              <w:p w14:paraId="1046F33C" w14:textId="5C0BE76F" w:rsidR="00DD5E19" w:rsidRDefault="008E528C">
                <w:r>
                  <w:rPr>
                    <w:rStyle w:val="PlaceholderText"/>
                  </w:rPr>
                  <w:t>Time</w:t>
                </w:r>
              </w:p>
            </w:tc>
          </w:sdtContent>
        </w:sdt>
        <w:sdt>
          <w:sdtPr>
            <w:id w:val="506874280"/>
            <w:lock w:val="sdtLocked"/>
            <w:placeholder>
              <w:docPart w:val="2383B822DC1143A083EDDCA179B13D1C"/>
            </w:placeholder>
            <w:showingPlcHdr/>
            <w:text/>
          </w:sdtPr>
          <w:sdtEndPr/>
          <w:sdtContent>
            <w:tc>
              <w:tcPr>
                <w:tcW w:w="1325" w:type="dxa"/>
                <w:shd w:val="clear" w:color="auto" w:fill="F2F2F2"/>
                <w:tcMar>
                  <w:top w:w="70" w:type="dxa"/>
                  <w:left w:w="90" w:type="dxa"/>
                  <w:bottom w:w="70" w:type="dxa"/>
                  <w:right w:w="90" w:type="dxa"/>
                </w:tcMar>
                <w:vAlign w:val="center"/>
              </w:tcPr>
              <w:p w14:paraId="0CEE09A9" w14:textId="153F6899" w:rsidR="00DD5E19" w:rsidRDefault="00A154B8">
                <w:r>
                  <w:rPr>
                    <w:rStyle w:val="PlaceholderText"/>
                  </w:rPr>
                  <w:t>Time</w:t>
                </w:r>
              </w:p>
            </w:tc>
          </w:sdtContent>
        </w:sdt>
        <w:sdt>
          <w:sdtPr>
            <w:id w:val="177553536"/>
            <w:lock w:val="sdtLocked"/>
            <w:placeholder>
              <w:docPart w:val="45316E674F574978A8CDA9ACB7846FFE"/>
            </w:placeholder>
            <w:showingPlcHdr/>
            <w:text/>
          </w:sdtPr>
          <w:sdtEndPr/>
          <w:sdtContent>
            <w:tc>
              <w:tcPr>
                <w:tcW w:w="1325" w:type="dxa"/>
                <w:shd w:val="clear" w:color="auto" w:fill="F2F2F2"/>
                <w:tcMar>
                  <w:top w:w="70" w:type="dxa"/>
                  <w:left w:w="90" w:type="dxa"/>
                  <w:bottom w:w="70" w:type="dxa"/>
                  <w:right w:w="90" w:type="dxa"/>
                </w:tcMar>
                <w:vAlign w:val="center"/>
              </w:tcPr>
              <w:p w14:paraId="22F5491A" w14:textId="11A38518" w:rsidR="00DD5E19" w:rsidRDefault="00A154B8">
                <w:r>
                  <w:rPr>
                    <w:rStyle w:val="PlaceholderText"/>
                  </w:rPr>
                  <w:t>Time</w:t>
                </w:r>
              </w:p>
            </w:tc>
          </w:sdtContent>
        </w:sdt>
        <w:sdt>
          <w:sdtPr>
            <w:id w:val="612942829"/>
            <w:lock w:val="sdtLocked"/>
            <w:placeholder>
              <w:docPart w:val="1D6831A185454C988F59FF9431296767"/>
            </w:placeholder>
            <w:showingPlcHdr/>
            <w:text/>
          </w:sdtPr>
          <w:sdtEndPr/>
          <w:sdtContent>
            <w:tc>
              <w:tcPr>
                <w:tcW w:w="1325" w:type="dxa"/>
                <w:shd w:val="clear" w:color="auto" w:fill="F2F2F2"/>
                <w:tcMar>
                  <w:top w:w="70" w:type="dxa"/>
                  <w:left w:w="90" w:type="dxa"/>
                  <w:bottom w:w="70" w:type="dxa"/>
                  <w:right w:w="90" w:type="dxa"/>
                </w:tcMar>
                <w:vAlign w:val="center"/>
              </w:tcPr>
              <w:p w14:paraId="37022078" w14:textId="62C5ED77" w:rsidR="00DD5E19" w:rsidRDefault="001835AA">
                <w:r>
                  <w:rPr>
                    <w:rStyle w:val="PlaceholderText"/>
                  </w:rPr>
                  <w:t>Time</w:t>
                </w:r>
              </w:p>
            </w:tc>
          </w:sdtContent>
        </w:sdt>
        <w:sdt>
          <w:sdtPr>
            <w:id w:val="620189741"/>
            <w:lock w:val="sdtLocked"/>
            <w:placeholder>
              <w:docPart w:val="0A1012AD53E548D392C591D946DF788A"/>
            </w:placeholder>
            <w:showingPlcHdr/>
            <w:text/>
          </w:sdtPr>
          <w:sdtEndPr/>
          <w:sdtContent>
            <w:tc>
              <w:tcPr>
                <w:tcW w:w="1325" w:type="dxa"/>
                <w:shd w:val="clear" w:color="auto" w:fill="F2F2F2"/>
                <w:tcMar>
                  <w:top w:w="70" w:type="dxa"/>
                  <w:left w:w="90" w:type="dxa"/>
                  <w:bottom w:w="70" w:type="dxa"/>
                  <w:right w:w="90" w:type="dxa"/>
                </w:tcMar>
                <w:vAlign w:val="center"/>
              </w:tcPr>
              <w:p w14:paraId="67A47402" w14:textId="5340D493" w:rsidR="00DD5E19" w:rsidRDefault="001835AA">
                <w:r>
                  <w:rPr>
                    <w:rStyle w:val="PlaceholderText"/>
                  </w:rPr>
                  <w:t>Time</w:t>
                </w:r>
              </w:p>
            </w:tc>
          </w:sdtContent>
        </w:sdt>
        <w:sdt>
          <w:sdtPr>
            <w:id w:val="-1286964100"/>
            <w:lock w:val="sdtLocked"/>
            <w:placeholder>
              <w:docPart w:val="C78142C572E34E9A8E9BF2EFF9EEFAB6"/>
            </w:placeholder>
            <w:showingPlcHdr/>
            <w:text/>
          </w:sdtPr>
          <w:sdtEndPr/>
          <w:sdtContent>
            <w:tc>
              <w:tcPr>
                <w:tcW w:w="1325" w:type="dxa"/>
                <w:shd w:val="clear" w:color="auto" w:fill="F2F2F2"/>
                <w:tcMar>
                  <w:top w:w="70" w:type="dxa"/>
                  <w:left w:w="90" w:type="dxa"/>
                  <w:bottom w:w="70" w:type="dxa"/>
                  <w:right w:w="90" w:type="dxa"/>
                </w:tcMar>
                <w:vAlign w:val="center"/>
              </w:tcPr>
              <w:p w14:paraId="2B035774" w14:textId="31320115" w:rsidR="00DD5E19" w:rsidRDefault="001835AA">
                <w:r>
                  <w:rPr>
                    <w:rStyle w:val="PlaceholderText"/>
                  </w:rPr>
                  <w:t>Time</w:t>
                </w:r>
              </w:p>
            </w:tc>
          </w:sdtContent>
        </w:sdt>
        <w:sdt>
          <w:sdtPr>
            <w:id w:val="-783035129"/>
            <w:lock w:val="sdtLocked"/>
            <w:placeholder>
              <w:docPart w:val="8228074B283045659A7E00AA894869F4"/>
            </w:placeholder>
            <w:showingPlcHdr/>
            <w:text/>
          </w:sdtPr>
          <w:sdtEndPr/>
          <w:sdtContent>
            <w:tc>
              <w:tcPr>
                <w:tcW w:w="1325" w:type="dxa"/>
                <w:shd w:val="clear" w:color="auto" w:fill="F2F2F2"/>
                <w:tcMar>
                  <w:top w:w="70" w:type="dxa"/>
                  <w:left w:w="90" w:type="dxa"/>
                  <w:bottom w:w="70" w:type="dxa"/>
                  <w:right w:w="90" w:type="dxa"/>
                </w:tcMar>
                <w:vAlign w:val="center"/>
              </w:tcPr>
              <w:p w14:paraId="3A3ED81B" w14:textId="2730676F" w:rsidR="00DD5E19" w:rsidRDefault="0058294D">
                <w:r>
                  <w:rPr>
                    <w:rStyle w:val="PlaceholderText"/>
                  </w:rPr>
                  <w:t>Time</w:t>
                </w:r>
              </w:p>
            </w:tc>
          </w:sdtContent>
        </w:sdt>
      </w:tr>
    </w:tbl>
    <w:p w14:paraId="07013AFA" w14:textId="77777777" w:rsidR="00DD5E19" w:rsidRDefault="00DD5E19">
      <w:pPr>
        <w:spacing w:after="0"/>
      </w:pPr>
    </w:p>
    <w:p w14:paraId="322D08CD" w14:textId="77777777" w:rsidR="00D4755D" w:rsidRDefault="00D4755D">
      <w:pPr>
        <w:spacing w:after="0"/>
      </w:pPr>
    </w:p>
    <w:tbl>
      <w:tblPr>
        <w:tblW w:w="0" w:type="auto"/>
        <w:jc w:val="center"/>
        <w:tblLook w:val="04A0" w:firstRow="1" w:lastRow="0" w:firstColumn="1" w:lastColumn="0" w:noHBand="0" w:noVBand="1"/>
      </w:tblPr>
      <w:tblGrid>
        <w:gridCol w:w="10656"/>
      </w:tblGrid>
      <w:tr w:rsidR="00DD5E19" w14:paraId="1BDA66D8" w14:textId="77777777">
        <w:trPr>
          <w:jc w:val="center"/>
        </w:trPr>
        <w:tc>
          <w:tcPr>
            <w:tcW w:w="10656" w:type="dxa"/>
            <w:shd w:val="clear" w:color="auto" w:fill="006B3C"/>
            <w:tcMar>
              <w:top w:w="70" w:type="dxa"/>
              <w:left w:w="90" w:type="dxa"/>
              <w:bottom w:w="70" w:type="dxa"/>
              <w:right w:w="90" w:type="dxa"/>
            </w:tcMar>
            <w:vAlign w:val="center"/>
          </w:tcPr>
          <w:p w14:paraId="55403913" w14:textId="77777777" w:rsidR="00DD5E19" w:rsidRDefault="009A690C">
            <w:r>
              <w:rPr>
                <w:b/>
                <w:color w:val="FFFFFF"/>
                <w:sz w:val="22"/>
              </w:rPr>
              <w:t>3. AGREEMENT TERMS</w:t>
            </w:r>
          </w:p>
        </w:tc>
      </w:tr>
    </w:tbl>
    <w:p w14:paraId="24A83740" w14:textId="77777777" w:rsidR="00DD5E19" w:rsidRDefault="00DD5E19">
      <w:pPr>
        <w:spacing w:after="0"/>
      </w:pPr>
    </w:p>
    <w:p w14:paraId="645C505D" w14:textId="77777777" w:rsidR="00DD5E19" w:rsidRDefault="009A690C">
      <w:pPr>
        <w:spacing w:after="140"/>
      </w:pPr>
      <w:r>
        <w:t>The parties agree to a Work Experience 12 placement (the “WEX placement”) for the student with the Worksite Employer on the following terms and conditions:</w:t>
      </w:r>
    </w:p>
    <w:p w14:paraId="4483EFE1" w14:textId="77777777" w:rsidR="00DD5E19" w:rsidRDefault="009A690C">
      <w:pPr>
        <w:keepNext/>
        <w:spacing w:after="60"/>
      </w:pPr>
      <w:r>
        <w:rPr>
          <w:b/>
          <w:color w:val="006B3C"/>
          <w:sz w:val="20"/>
        </w:rPr>
        <w:t>Supervision</w:t>
      </w:r>
    </w:p>
    <w:p w14:paraId="14965A64" w14:textId="0843373A" w:rsidR="00DD5E19" w:rsidRDefault="009A690C">
      <w:pPr>
        <w:spacing w:after="100" w:line="240" w:lineRule="auto"/>
      </w:pPr>
      <w:r>
        <w:rPr>
          <w:color w:val="333333"/>
        </w:rPr>
        <w:t>The Student agrees to be under the direct supervision of the Worksite Employer, and the Worksite Employer agrees to supervise the Student at all times during the WEX placement.</w:t>
      </w:r>
      <w:r>
        <w:rPr>
          <w:b/>
          <w:sz w:val="17"/>
        </w:rPr>
        <w:t xml:space="preserve">   Employer initials: </w:t>
      </w:r>
      <w:r>
        <w:rPr>
          <w:i/>
          <w:color w:val="777777"/>
          <w:sz w:val="17"/>
        </w:rPr>
        <w:t>[</w:t>
      </w:r>
      <w:sdt>
        <w:sdtPr>
          <w:rPr>
            <w:i/>
            <w:color w:val="777777"/>
            <w:sz w:val="17"/>
          </w:rPr>
          <w:id w:val="-1436584941"/>
          <w:lock w:val="sdtLocked"/>
          <w:placeholder>
            <w:docPart w:val="DE5DE8566CFB49E5BC89A2D2B525EA00"/>
          </w:placeholder>
          <w:showingPlcHdr/>
          <w:text/>
        </w:sdtPr>
        <w:sdtEndPr/>
        <w:sdtContent>
          <w:r w:rsidR="003F2945">
            <w:rPr>
              <w:rStyle w:val="PlaceholderText"/>
            </w:rPr>
            <w:t>Type initials</w:t>
          </w:r>
          <w:r w:rsidR="003F2945" w:rsidRPr="00B07089">
            <w:rPr>
              <w:rStyle w:val="PlaceholderText"/>
            </w:rPr>
            <w:t>.</w:t>
          </w:r>
        </w:sdtContent>
      </w:sdt>
      <w:r>
        <w:rPr>
          <w:i/>
          <w:color w:val="777777"/>
          <w:sz w:val="17"/>
        </w:rPr>
        <w:t>]</w:t>
      </w:r>
    </w:p>
    <w:p w14:paraId="67166506" w14:textId="77777777" w:rsidR="00DD5E19" w:rsidRDefault="009A690C">
      <w:pPr>
        <w:keepNext/>
        <w:spacing w:after="60"/>
      </w:pPr>
      <w:r>
        <w:rPr>
          <w:b/>
          <w:color w:val="006B3C"/>
          <w:sz w:val="20"/>
        </w:rPr>
        <w:t>Site safety orientation</w:t>
      </w:r>
    </w:p>
    <w:p w14:paraId="612E87F2" w14:textId="53EE845E" w:rsidR="00DD5E19" w:rsidRDefault="009A690C">
      <w:pPr>
        <w:spacing w:after="100" w:line="240" w:lineRule="auto"/>
        <w:rPr>
          <w:i/>
          <w:color w:val="777777"/>
          <w:sz w:val="17"/>
        </w:rPr>
      </w:pPr>
      <w:r>
        <w:rPr>
          <w:color w:val="333333"/>
        </w:rPr>
        <w:t>The Worksite Employer will provide the Student with site-specific and work-specific safety training and will not permit the Student to perform duties unless the Student has all safety equipment required for the tasks to be performed.</w:t>
      </w:r>
      <w:r>
        <w:rPr>
          <w:b/>
          <w:sz w:val="17"/>
        </w:rPr>
        <w:t xml:space="preserve">   Employer initials: </w:t>
      </w:r>
      <w:r>
        <w:rPr>
          <w:i/>
          <w:color w:val="777777"/>
          <w:sz w:val="17"/>
        </w:rPr>
        <w:t>[</w:t>
      </w:r>
      <w:sdt>
        <w:sdtPr>
          <w:rPr>
            <w:i/>
            <w:color w:val="777777"/>
            <w:sz w:val="17"/>
          </w:rPr>
          <w:id w:val="1238059769"/>
          <w:lock w:val="sdtLocked"/>
          <w:placeholder>
            <w:docPart w:val="0EDF33D48064450DAA808E51FC152ADF"/>
          </w:placeholder>
          <w:showingPlcHdr/>
          <w:text/>
        </w:sdtPr>
        <w:sdtEndPr/>
        <w:sdtContent>
          <w:r w:rsidR="003F2945">
            <w:rPr>
              <w:rStyle w:val="PlaceholderText"/>
            </w:rPr>
            <w:t>Type initials</w:t>
          </w:r>
        </w:sdtContent>
      </w:sdt>
      <w:r>
        <w:rPr>
          <w:i/>
          <w:color w:val="777777"/>
          <w:sz w:val="17"/>
        </w:rPr>
        <w:t>]</w:t>
      </w:r>
    </w:p>
    <w:p w14:paraId="2E949989" w14:textId="100742DA" w:rsidR="00DB70AE" w:rsidRPr="00DB70AE" w:rsidRDefault="00DB70AE">
      <w:pPr>
        <w:spacing w:after="100" w:line="240" w:lineRule="auto"/>
        <w:rPr>
          <w:b/>
          <w:bCs/>
          <w:iCs/>
        </w:rPr>
      </w:pPr>
      <w:r w:rsidRPr="00DB70AE">
        <w:rPr>
          <w:b/>
          <w:bCs/>
          <w:iCs/>
          <w:sz w:val="17"/>
        </w:rPr>
        <w:t>On-site safety orientation provided</w:t>
      </w:r>
      <w:r>
        <w:rPr>
          <w:b/>
          <w:bCs/>
          <w:iCs/>
          <w:color w:val="777777"/>
          <w:sz w:val="17"/>
        </w:rPr>
        <w:t xml:space="preserve">: </w:t>
      </w:r>
      <w:sdt>
        <w:sdtPr>
          <w:rPr>
            <w:b/>
            <w:bCs/>
            <w:iCs/>
            <w:color w:val="777777"/>
            <w:sz w:val="17"/>
          </w:rPr>
          <w:id w:val="-1707861322"/>
          <w:lock w:val="sdtLocked"/>
          <w:placeholder>
            <w:docPart w:val="833C8C4BC71B48E9BA9AA890AE9475D2"/>
          </w:placeholder>
          <w:showingPlcHdr/>
          <w:date>
            <w:dateFormat w:val="yyyy-MM-dd"/>
            <w:lid w:val="en-CA"/>
            <w:storeMappedDataAs w:val="dateTime"/>
            <w:calendar w:val="gregorian"/>
          </w:date>
        </w:sdtPr>
        <w:sdtEndPr/>
        <w:sdtContent>
          <w:r w:rsidRPr="00051482">
            <w:rPr>
              <w:rStyle w:val="PlaceholderText"/>
            </w:rPr>
            <w:t>Click or tap to enter a date.</w:t>
          </w:r>
        </w:sdtContent>
      </w:sdt>
    </w:p>
    <w:p w14:paraId="512236EA" w14:textId="77777777" w:rsidR="00DD5E19" w:rsidRDefault="009A690C">
      <w:pPr>
        <w:keepNext/>
        <w:spacing w:after="60"/>
      </w:pPr>
      <w:r>
        <w:rPr>
          <w:b/>
          <w:color w:val="006B3C"/>
          <w:sz w:val="20"/>
        </w:rPr>
        <w:t>Board/Authority access</w:t>
      </w:r>
    </w:p>
    <w:p w14:paraId="28A18D58" w14:textId="12DF4B52" w:rsidR="00DD5E19" w:rsidRDefault="009A690C">
      <w:pPr>
        <w:spacing w:after="100" w:line="240" w:lineRule="auto"/>
      </w:pPr>
      <w:r>
        <w:rPr>
          <w:color w:val="333333"/>
        </w:rPr>
        <w:t>The Worksite Employer agrees to allow Board of Education or Independent School Authority representatives access at any time to the worksite and the Student.</w:t>
      </w:r>
      <w:r>
        <w:rPr>
          <w:b/>
          <w:sz w:val="17"/>
        </w:rPr>
        <w:t xml:space="preserve">   Employer initials: </w:t>
      </w:r>
      <w:r>
        <w:rPr>
          <w:i/>
          <w:color w:val="777777"/>
          <w:sz w:val="17"/>
        </w:rPr>
        <w:t>[</w:t>
      </w:r>
      <w:sdt>
        <w:sdtPr>
          <w:rPr>
            <w:i/>
            <w:color w:val="777777"/>
            <w:sz w:val="17"/>
          </w:rPr>
          <w:id w:val="1242241"/>
          <w:lock w:val="sdtLocked"/>
          <w:placeholder>
            <w:docPart w:val="E367144175194343A38D7A9DB55B7AF1"/>
          </w:placeholder>
          <w:showingPlcHdr/>
          <w:text/>
        </w:sdtPr>
        <w:sdtEndPr/>
        <w:sdtContent>
          <w:r w:rsidR="00756333">
            <w:rPr>
              <w:rStyle w:val="PlaceholderText"/>
            </w:rPr>
            <w:t>Type initials</w:t>
          </w:r>
        </w:sdtContent>
      </w:sdt>
      <w:r>
        <w:rPr>
          <w:i/>
          <w:color w:val="777777"/>
          <w:sz w:val="17"/>
        </w:rPr>
        <w:t>]</w:t>
      </w:r>
    </w:p>
    <w:sdt>
      <w:sdtPr>
        <w:rPr>
          <w:b/>
          <w:color w:val="006B3C"/>
          <w:sz w:val="20"/>
        </w:rPr>
        <w:id w:val="1953275515"/>
        <w:lock w:val="contentLocked"/>
        <w:placeholder>
          <w:docPart w:val="DefaultPlaceholder_-1854013440"/>
        </w:placeholder>
        <w:group/>
      </w:sdtPr>
      <w:sdtEndPr>
        <w:rPr>
          <w:b w:val="0"/>
          <w:color w:val="auto"/>
          <w:sz w:val="18"/>
        </w:rPr>
      </w:sdtEndPr>
      <w:sdtContent>
        <w:p w14:paraId="58B836BE" w14:textId="05982E56" w:rsidR="00DD5E19" w:rsidRDefault="009A690C">
          <w:pPr>
            <w:keepNext/>
            <w:spacing w:after="60"/>
          </w:pPr>
          <w:r>
            <w:rPr>
              <w:b/>
              <w:color w:val="006B3C"/>
              <w:sz w:val="20"/>
            </w:rPr>
            <w:t>Transportation</w:t>
          </w:r>
          <w:r w:rsidR="003F2006">
            <w:rPr>
              <w:b/>
              <w:color w:val="006B3C"/>
              <w:sz w:val="20"/>
            </w:rPr>
            <w:t xml:space="preserve"> – filled out by the student</w:t>
          </w:r>
        </w:p>
        <w:p w14:paraId="2E1905B2" w14:textId="77777777" w:rsidR="00DD5E19" w:rsidRDefault="009A690C">
          <w:pPr>
            <w:spacing w:after="100" w:line="240" w:lineRule="auto"/>
          </w:pPr>
          <w:r>
            <w:rPr>
              <w:color w:val="333333"/>
            </w:rPr>
            <w:t>The parent(s)/guardian(s) and the Student are solely responsible for transportation to and from the worksite unless an exception is described below. If there is no exception, enter “Not applicable.”</w:t>
          </w:r>
        </w:p>
        <w:tbl>
          <w:tblPr>
            <w:tblStyle w:val="TableGrid"/>
            <w:tblW w:w="0" w:type="auto"/>
            <w:jc w:val="center"/>
            <w:tblLook w:val="04A0" w:firstRow="1" w:lastRow="0" w:firstColumn="1" w:lastColumn="0" w:noHBand="0" w:noVBand="1"/>
          </w:tblPr>
          <w:tblGrid>
            <w:gridCol w:w="10646"/>
          </w:tblGrid>
          <w:tr w:rsidR="00DD5E19" w14:paraId="3796D100" w14:textId="77777777" w:rsidTr="006F4C52">
            <w:trPr>
              <w:jc w:val="center"/>
            </w:trPr>
            <w:sdt>
              <w:sdtPr>
                <w:id w:val="-123921158"/>
                <w:lock w:val="sdtLocked"/>
                <w:placeholder>
                  <w:docPart w:val="04908BACFC97471EB3211034FDD835FE"/>
                </w:placeholder>
                <w:showingPlcHdr/>
                <w:text/>
              </w:sdtPr>
              <w:sdtContent>
                <w:tc>
                  <w:tcPr>
                    <w:tcW w:w="10646" w:type="dxa"/>
                    <w:shd w:val="clear" w:color="auto" w:fill="F2F2F2"/>
                    <w:tcMar>
                      <w:top w:w="70" w:type="dxa"/>
                      <w:left w:w="90" w:type="dxa"/>
                      <w:bottom w:w="70" w:type="dxa"/>
                      <w:right w:w="90" w:type="dxa"/>
                    </w:tcMar>
                    <w:vAlign w:val="center"/>
                  </w:tcPr>
                  <w:p w14:paraId="10FC3C02" w14:textId="6E8C09A2" w:rsidR="00DD5E19" w:rsidRDefault="00EA2706">
                    <w:r w:rsidRPr="00B07089">
                      <w:rPr>
                        <w:rStyle w:val="PlaceholderText"/>
                      </w:rPr>
                      <w:t>Click or tap here to enter text.</w:t>
                    </w:r>
                  </w:p>
                </w:tc>
              </w:sdtContent>
            </w:sdt>
          </w:tr>
          <w:tr w:rsidR="00DD5E19" w14:paraId="4063BEB4" w14:textId="77777777" w:rsidTr="006F4C52">
            <w:trPr>
              <w:jc w:val="center"/>
            </w:trPr>
            <w:sdt>
              <w:sdtPr>
                <w:id w:val="-851029015"/>
                <w:lock w:val="sdtLocked"/>
                <w:placeholder>
                  <w:docPart w:val="53052829002145CEBB185BFCCCCC1F6F"/>
                </w:placeholder>
                <w:showingPlcHdr/>
                <w:text/>
              </w:sdtPr>
              <w:sdtContent>
                <w:tc>
                  <w:tcPr>
                    <w:tcW w:w="10646" w:type="dxa"/>
                    <w:shd w:val="clear" w:color="auto" w:fill="F2F2F2"/>
                    <w:tcMar>
                      <w:top w:w="70" w:type="dxa"/>
                      <w:left w:w="90" w:type="dxa"/>
                      <w:bottom w:w="70" w:type="dxa"/>
                      <w:right w:w="90" w:type="dxa"/>
                    </w:tcMar>
                    <w:vAlign w:val="center"/>
                  </w:tcPr>
                  <w:p w14:paraId="2FDCB049" w14:textId="30048FE7" w:rsidR="00DD5E19" w:rsidRDefault="00EA2706">
                    <w:r w:rsidRPr="00B07089">
                      <w:rPr>
                        <w:rStyle w:val="PlaceholderText"/>
                      </w:rPr>
                      <w:t>Click or tap here to enter text.</w:t>
                    </w:r>
                  </w:p>
                </w:tc>
              </w:sdtContent>
            </w:sdt>
          </w:tr>
        </w:tbl>
        <w:p w14:paraId="4D97E598" w14:textId="77777777" w:rsidR="00DD5E19" w:rsidRDefault="00DD5E19">
          <w:pPr>
            <w:spacing w:after="0"/>
          </w:pPr>
        </w:p>
        <w:p w14:paraId="574FC8C4" w14:textId="1D605979" w:rsidR="00DD5E19" w:rsidRDefault="009A690C">
          <w:pPr>
            <w:keepNext/>
            <w:spacing w:after="60"/>
          </w:pPr>
          <w:r>
            <w:rPr>
              <w:b/>
              <w:color w:val="006B3C"/>
              <w:sz w:val="20"/>
            </w:rPr>
            <w:t>Student duties</w:t>
          </w:r>
          <w:r w:rsidR="003F2006">
            <w:rPr>
              <w:b/>
              <w:color w:val="006B3C"/>
              <w:sz w:val="20"/>
            </w:rPr>
            <w:t xml:space="preserve"> – filled out by the employer</w:t>
          </w:r>
        </w:p>
        <w:p w14:paraId="2AD5EB29" w14:textId="77777777" w:rsidR="00DD5E19" w:rsidRDefault="009A690C">
          <w:pPr>
            <w:spacing w:after="100" w:line="240" w:lineRule="auto"/>
          </w:pPr>
          <w:r>
            <w:rPr>
              <w:color w:val="333333"/>
            </w:rPr>
            <w:t>The Student agrees to perform, without payment, duties assigned by the Worksite Employer in consultation with the Board/Authority’s representatives. The Student agrees to comply with the employer’s rules and all applicable safety regulations. Describe duties, special rules, and restrictions below.</w:t>
          </w:r>
        </w:p>
        <w:tbl>
          <w:tblPr>
            <w:tblStyle w:val="TableGrid"/>
            <w:tblW w:w="0" w:type="auto"/>
            <w:jc w:val="center"/>
            <w:tblLook w:val="04A0" w:firstRow="1" w:lastRow="0" w:firstColumn="1" w:lastColumn="0" w:noHBand="0" w:noVBand="1"/>
          </w:tblPr>
          <w:tblGrid>
            <w:gridCol w:w="10646"/>
          </w:tblGrid>
          <w:tr w:rsidR="00DD5E19" w14:paraId="243E34C1" w14:textId="77777777">
            <w:trPr>
              <w:jc w:val="center"/>
            </w:trPr>
            <w:sdt>
              <w:sdtPr>
                <w:id w:val="-481007283"/>
                <w:lock w:val="sdtLocked"/>
                <w:placeholder>
                  <w:docPart w:val="823BFAB8028C4F3D935BD7D0172DBF59"/>
                </w:placeholder>
                <w:showingPlcHdr/>
                <w:text/>
              </w:sdtPr>
              <w:sdtContent>
                <w:tc>
                  <w:tcPr>
                    <w:tcW w:w="10656" w:type="dxa"/>
                    <w:shd w:val="clear" w:color="auto" w:fill="F2F2F2"/>
                    <w:tcMar>
                      <w:top w:w="70" w:type="dxa"/>
                      <w:left w:w="90" w:type="dxa"/>
                      <w:bottom w:w="70" w:type="dxa"/>
                      <w:right w:w="90" w:type="dxa"/>
                    </w:tcMar>
                    <w:vAlign w:val="center"/>
                  </w:tcPr>
                  <w:p w14:paraId="6BAB4335" w14:textId="7C3CB68C" w:rsidR="00DD5E19" w:rsidRDefault="00F322F6">
                    <w:r w:rsidRPr="00B07089">
                      <w:rPr>
                        <w:rStyle w:val="PlaceholderText"/>
                      </w:rPr>
                      <w:t>Click or tap here to enter text.</w:t>
                    </w:r>
                  </w:p>
                </w:tc>
              </w:sdtContent>
            </w:sdt>
          </w:tr>
          <w:tr w:rsidR="00DD5E19" w14:paraId="542E087E" w14:textId="77777777">
            <w:trPr>
              <w:jc w:val="center"/>
            </w:trPr>
            <w:sdt>
              <w:sdtPr>
                <w:id w:val="393938239"/>
                <w:lock w:val="sdtLocked"/>
                <w:placeholder>
                  <w:docPart w:val="F5C0A5085DEC480782ED01FBC1539A91"/>
                </w:placeholder>
                <w:showingPlcHdr/>
                <w:text/>
              </w:sdtPr>
              <w:sdtContent>
                <w:tc>
                  <w:tcPr>
                    <w:tcW w:w="10656" w:type="dxa"/>
                    <w:shd w:val="clear" w:color="auto" w:fill="F2F2F2"/>
                    <w:tcMar>
                      <w:top w:w="70" w:type="dxa"/>
                      <w:left w:w="90" w:type="dxa"/>
                      <w:bottom w:w="70" w:type="dxa"/>
                      <w:right w:w="90" w:type="dxa"/>
                    </w:tcMar>
                    <w:vAlign w:val="center"/>
                  </w:tcPr>
                  <w:p w14:paraId="017A8431" w14:textId="4DB39873" w:rsidR="00DD5E19" w:rsidRDefault="00F322F6">
                    <w:r w:rsidRPr="00B07089">
                      <w:rPr>
                        <w:rStyle w:val="PlaceholderText"/>
                      </w:rPr>
                      <w:t>Click or tap here to enter text.</w:t>
                    </w:r>
                  </w:p>
                </w:tc>
              </w:sdtContent>
            </w:sdt>
          </w:tr>
          <w:tr w:rsidR="00DD5E19" w14:paraId="383752A3" w14:textId="77777777">
            <w:trPr>
              <w:jc w:val="center"/>
            </w:trPr>
            <w:sdt>
              <w:sdtPr>
                <w:id w:val="-2118207875"/>
                <w:lock w:val="sdtLocked"/>
                <w:placeholder>
                  <w:docPart w:val="C2B84AA05EC3402D89846C2291227C2C"/>
                </w:placeholder>
                <w:showingPlcHdr/>
                <w:text/>
              </w:sdtPr>
              <w:sdtContent>
                <w:tc>
                  <w:tcPr>
                    <w:tcW w:w="10656" w:type="dxa"/>
                    <w:shd w:val="clear" w:color="auto" w:fill="F2F2F2"/>
                    <w:tcMar>
                      <w:top w:w="70" w:type="dxa"/>
                      <w:left w:w="90" w:type="dxa"/>
                      <w:bottom w:w="70" w:type="dxa"/>
                      <w:right w:w="90" w:type="dxa"/>
                    </w:tcMar>
                    <w:vAlign w:val="center"/>
                  </w:tcPr>
                  <w:p w14:paraId="0508A890" w14:textId="23EE79BD" w:rsidR="00DD5E19" w:rsidRDefault="00F322F6">
                    <w:r w:rsidRPr="00B07089">
                      <w:rPr>
                        <w:rStyle w:val="PlaceholderText"/>
                      </w:rPr>
                      <w:t>Click or tap here to enter text.</w:t>
                    </w:r>
                  </w:p>
                </w:tc>
              </w:sdtContent>
            </w:sdt>
          </w:tr>
        </w:tbl>
      </w:sdtContent>
    </w:sdt>
    <w:p w14:paraId="3D6A0524" w14:textId="77777777" w:rsidR="00DD5E19" w:rsidRDefault="00DD5E19">
      <w:pPr>
        <w:spacing w:after="0"/>
      </w:pPr>
    </w:p>
    <w:p w14:paraId="7CB248B3" w14:textId="1E719DBB" w:rsidR="00D4755D" w:rsidRPr="00D4755D" w:rsidRDefault="00D4755D" w:rsidP="00D4755D">
      <w:pPr>
        <w:keepNext/>
        <w:spacing w:after="60"/>
        <w:rPr>
          <w:b/>
          <w:color w:val="006B3C"/>
          <w:sz w:val="20"/>
        </w:rPr>
      </w:pPr>
      <w:r w:rsidRPr="00D4755D">
        <w:rPr>
          <w:b/>
          <w:color w:val="006B3C"/>
          <w:sz w:val="20"/>
        </w:rPr>
        <w:lastRenderedPageBreak/>
        <w:t xml:space="preserve">Please Check </w:t>
      </w:r>
      <w:proofErr w:type="gramStart"/>
      <w:r w:rsidRPr="00D4755D">
        <w:rPr>
          <w:b/>
          <w:color w:val="006B3C"/>
          <w:sz w:val="20"/>
        </w:rPr>
        <w:t xml:space="preserve">( </w:t>
      </w:r>
      <w:r w:rsidRPr="00D4755D">
        <w:rPr>
          <w:rFonts w:hint="eastAsia"/>
          <w:b/>
          <w:color w:val="006B3C"/>
          <w:sz w:val="20"/>
        </w:rPr>
        <w:t>√</w:t>
      </w:r>
      <w:proofErr w:type="gramEnd"/>
      <w:r w:rsidRPr="00D4755D">
        <w:rPr>
          <w:b/>
          <w:color w:val="006B3C"/>
          <w:sz w:val="20"/>
        </w:rPr>
        <w:t xml:space="preserve"> ) the Employability Skills that you </w:t>
      </w:r>
      <w:r>
        <w:rPr>
          <w:b/>
          <w:color w:val="006B3C"/>
          <w:sz w:val="20"/>
        </w:rPr>
        <w:t xml:space="preserve">will </w:t>
      </w:r>
      <w:r w:rsidRPr="00D4755D">
        <w:rPr>
          <w:b/>
          <w:color w:val="006B3C"/>
          <w:sz w:val="20"/>
        </w:rPr>
        <w:t xml:space="preserve">practice during your </w:t>
      </w:r>
      <w:r w:rsidR="00DB70AE" w:rsidRPr="00D4755D">
        <w:rPr>
          <w:b/>
          <w:color w:val="006B3C"/>
          <w:sz w:val="20"/>
        </w:rPr>
        <w:t>placement:</w:t>
      </w:r>
      <w:r w:rsidR="003F2006">
        <w:rPr>
          <w:b/>
          <w:color w:val="006B3C"/>
          <w:sz w:val="20"/>
        </w:rPr>
        <w:t xml:space="preserve"> - filled by student</w:t>
      </w:r>
    </w:p>
    <w:p w14:paraId="43463144" w14:textId="2898F47E" w:rsidR="00D4755D" w:rsidRPr="00D4755D" w:rsidRDefault="00DB7090" w:rsidP="00D4755D">
      <w:pPr>
        <w:keepNext/>
        <w:spacing w:after="60"/>
        <w:rPr>
          <w:bCs/>
          <w:sz w:val="20"/>
        </w:rPr>
      </w:pPr>
      <w:sdt>
        <w:sdtPr>
          <w:rPr>
            <w:bCs/>
            <w:sz w:val="20"/>
          </w:rPr>
          <w:id w:val="-603728757"/>
          <w:lock w:val="sdtLocked"/>
          <w14:checkbox>
            <w14:checked w14:val="0"/>
            <w14:checkedState w14:val="2612" w14:font="MS Gothic"/>
            <w14:uncheckedState w14:val="2610" w14:font="MS Gothic"/>
          </w14:checkbox>
        </w:sdtPr>
        <w:sdtEndPr/>
        <w:sdtContent>
          <w:r w:rsidR="005B4775">
            <w:rPr>
              <w:rFonts w:ascii="MS Gothic" w:eastAsia="MS Gothic" w:hAnsi="MS Gothic" w:hint="eastAsia"/>
              <w:bCs/>
              <w:sz w:val="20"/>
            </w:rPr>
            <w:t>☐</w:t>
          </w:r>
        </w:sdtContent>
      </w:sdt>
      <w:r w:rsidR="00D4755D" w:rsidRPr="00D4755D">
        <w:rPr>
          <w:bCs/>
          <w:sz w:val="20"/>
        </w:rPr>
        <w:t>Communication</w:t>
      </w:r>
    </w:p>
    <w:p w14:paraId="76DCCA21" w14:textId="0458FE43" w:rsidR="00D4755D" w:rsidRPr="00D4755D" w:rsidRDefault="00DB7090" w:rsidP="00D4755D">
      <w:pPr>
        <w:keepNext/>
        <w:spacing w:after="60"/>
        <w:rPr>
          <w:bCs/>
          <w:sz w:val="20"/>
        </w:rPr>
      </w:pPr>
      <w:sdt>
        <w:sdtPr>
          <w:rPr>
            <w:bCs/>
            <w:sz w:val="20"/>
          </w:rPr>
          <w:id w:val="1255166350"/>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Information Management</w:t>
      </w:r>
    </w:p>
    <w:p w14:paraId="0F433852" w14:textId="1A610643" w:rsidR="00D4755D" w:rsidRPr="00D4755D" w:rsidRDefault="00DB7090" w:rsidP="00D4755D">
      <w:pPr>
        <w:keepNext/>
        <w:spacing w:after="60"/>
        <w:rPr>
          <w:bCs/>
          <w:sz w:val="20"/>
        </w:rPr>
      </w:pPr>
      <w:sdt>
        <w:sdtPr>
          <w:rPr>
            <w:bCs/>
            <w:sz w:val="20"/>
          </w:rPr>
          <w:id w:val="-437295144"/>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Use of Numbers</w:t>
      </w:r>
    </w:p>
    <w:p w14:paraId="20D45DA9" w14:textId="5ED21505" w:rsidR="00D4755D" w:rsidRPr="00D4755D" w:rsidRDefault="00DB7090" w:rsidP="00D4755D">
      <w:pPr>
        <w:keepNext/>
        <w:spacing w:after="60"/>
        <w:rPr>
          <w:bCs/>
          <w:sz w:val="20"/>
        </w:rPr>
      </w:pPr>
      <w:sdt>
        <w:sdtPr>
          <w:rPr>
            <w:bCs/>
            <w:sz w:val="20"/>
          </w:rPr>
          <w:id w:val="-188686530"/>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Willingness to learn</w:t>
      </w:r>
    </w:p>
    <w:p w14:paraId="15821A7B" w14:textId="68AE2754" w:rsidR="00D4755D" w:rsidRPr="00D4755D" w:rsidRDefault="00DB7090" w:rsidP="00D4755D">
      <w:pPr>
        <w:keepNext/>
        <w:spacing w:after="60"/>
        <w:rPr>
          <w:bCs/>
          <w:sz w:val="20"/>
        </w:rPr>
      </w:pPr>
      <w:sdt>
        <w:sdtPr>
          <w:rPr>
            <w:bCs/>
            <w:sz w:val="20"/>
          </w:rPr>
          <w:id w:val="432947255"/>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Positive Attitude</w:t>
      </w:r>
    </w:p>
    <w:p w14:paraId="3B3EAD56" w14:textId="7B05547F" w:rsidR="00D4755D" w:rsidRPr="00D4755D" w:rsidRDefault="00DB7090" w:rsidP="00D4755D">
      <w:pPr>
        <w:keepNext/>
        <w:spacing w:after="60"/>
        <w:rPr>
          <w:bCs/>
          <w:sz w:val="20"/>
        </w:rPr>
      </w:pPr>
      <w:sdt>
        <w:sdtPr>
          <w:rPr>
            <w:bCs/>
            <w:sz w:val="20"/>
          </w:rPr>
          <w:id w:val="-1155760047"/>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Responsibility</w:t>
      </w:r>
    </w:p>
    <w:p w14:paraId="6E8C8F1C" w14:textId="400600C4" w:rsidR="00D4755D" w:rsidRPr="00D4755D" w:rsidRDefault="00DB7090" w:rsidP="00D4755D">
      <w:pPr>
        <w:keepNext/>
        <w:spacing w:after="60"/>
        <w:rPr>
          <w:bCs/>
          <w:sz w:val="20"/>
        </w:rPr>
      </w:pPr>
      <w:sdt>
        <w:sdtPr>
          <w:rPr>
            <w:bCs/>
            <w:sz w:val="20"/>
          </w:rPr>
          <w:id w:val="-959029053"/>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Adaptability</w:t>
      </w:r>
    </w:p>
    <w:p w14:paraId="0126545B" w14:textId="1A604A37" w:rsidR="00D4755D" w:rsidRPr="00D4755D" w:rsidRDefault="00DB7090" w:rsidP="00D4755D">
      <w:pPr>
        <w:keepNext/>
        <w:spacing w:after="60"/>
        <w:rPr>
          <w:bCs/>
          <w:sz w:val="20"/>
        </w:rPr>
      </w:pPr>
      <w:sdt>
        <w:sdtPr>
          <w:rPr>
            <w:bCs/>
            <w:sz w:val="20"/>
          </w:rPr>
          <w:id w:val="1470403698"/>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Workplace Safety</w:t>
      </w:r>
    </w:p>
    <w:p w14:paraId="367EC94D" w14:textId="5680059B" w:rsidR="00D4755D" w:rsidRPr="00D4755D" w:rsidRDefault="00DB7090" w:rsidP="00D4755D">
      <w:pPr>
        <w:keepNext/>
        <w:spacing w:after="60"/>
        <w:rPr>
          <w:bCs/>
          <w:sz w:val="20"/>
        </w:rPr>
      </w:pPr>
      <w:sdt>
        <w:sdtPr>
          <w:rPr>
            <w:bCs/>
            <w:sz w:val="20"/>
          </w:rPr>
          <w:id w:val="1420524145"/>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Working with Others</w:t>
      </w:r>
    </w:p>
    <w:p w14:paraId="38FD6930" w14:textId="188F74B1" w:rsidR="00D4755D" w:rsidRPr="00D4755D" w:rsidRDefault="00DB7090" w:rsidP="00D4755D">
      <w:pPr>
        <w:keepNext/>
        <w:spacing w:after="60"/>
        <w:rPr>
          <w:bCs/>
          <w:sz w:val="20"/>
        </w:rPr>
      </w:pPr>
      <w:sdt>
        <w:sdtPr>
          <w:rPr>
            <w:bCs/>
            <w:sz w:val="20"/>
          </w:rPr>
          <w:id w:val="1297418200"/>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Organized Planning</w:t>
      </w:r>
    </w:p>
    <w:p w14:paraId="6CB9300D" w14:textId="51CACBD1" w:rsidR="00D4755D" w:rsidRPr="00D4755D" w:rsidRDefault="00DB7090" w:rsidP="00D4755D">
      <w:pPr>
        <w:keepNext/>
        <w:spacing w:after="60"/>
        <w:rPr>
          <w:bCs/>
          <w:sz w:val="20"/>
        </w:rPr>
      </w:pPr>
      <w:sdt>
        <w:sdtPr>
          <w:rPr>
            <w:bCs/>
            <w:sz w:val="20"/>
          </w:rPr>
          <w:id w:val="-784111467"/>
          <w:lock w:val="sdtLocked"/>
          <w14:checkbox>
            <w14:checked w14:val="0"/>
            <w14:checkedState w14:val="2612" w14:font="MS Gothic"/>
            <w14:uncheckedState w14:val="2610" w14:font="MS Gothic"/>
          </w14:checkbox>
        </w:sdtPr>
        <w:sdtEndPr/>
        <w:sdtContent>
          <w:r w:rsidR="00D4755D">
            <w:rPr>
              <w:rFonts w:ascii="MS Gothic" w:eastAsia="MS Gothic" w:hAnsi="MS Gothic" w:hint="eastAsia"/>
              <w:bCs/>
              <w:sz w:val="20"/>
            </w:rPr>
            <w:t>☐</w:t>
          </w:r>
        </w:sdtContent>
      </w:sdt>
      <w:r w:rsidR="00D4755D" w:rsidRPr="00D4755D">
        <w:rPr>
          <w:bCs/>
          <w:sz w:val="20"/>
        </w:rPr>
        <w:t>Problem Solving</w:t>
      </w:r>
    </w:p>
    <w:p w14:paraId="0BCE1868" w14:textId="3ADD976F" w:rsidR="00D4755D" w:rsidRDefault="00DB7090" w:rsidP="00D4755D">
      <w:pPr>
        <w:keepNext/>
        <w:spacing w:after="60"/>
        <w:rPr>
          <w:bCs/>
          <w:sz w:val="20"/>
        </w:rPr>
      </w:pPr>
      <w:sdt>
        <w:sdtPr>
          <w:rPr>
            <w:bCs/>
            <w:sz w:val="20"/>
          </w:rPr>
          <w:id w:val="1458143149"/>
          <w:lock w:val="sdtLocked"/>
          <w14:checkbox>
            <w14:checked w14:val="0"/>
            <w14:checkedState w14:val="2612" w14:font="MS Gothic"/>
            <w14:uncheckedState w14:val="2610" w14:font="MS Gothic"/>
          </w14:checkbox>
        </w:sdtPr>
        <w:sdtEndPr/>
        <w:sdtContent>
          <w:r w:rsidR="00967A81">
            <w:rPr>
              <w:rFonts w:ascii="MS Gothic" w:eastAsia="MS Gothic" w:hAnsi="MS Gothic" w:hint="eastAsia"/>
              <w:bCs/>
              <w:sz w:val="20"/>
            </w:rPr>
            <w:t>☐</w:t>
          </w:r>
        </w:sdtContent>
      </w:sdt>
      <w:r w:rsidR="00D4755D" w:rsidRPr="00D4755D">
        <w:rPr>
          <w:bCs/>
          <w:sz w:val="20"/>
        </w:rPr>
        <w:t>Effective Time Management</w:t>
      </w:r>
    </w:p>
    <w:p w14:paraId="2530937B" w14:textId="77777777" w:rsidR="00D4755D" w:rsidRDefault="00D4755D" w:rsidP="00D4755D">
      <w:pPr>
        <w:keepNext/>
        <w:spacing w:after="60"/>
        <w:rPr>
          <w:bCs/>
          <w:sz w:val="20"/>
        </w:rPr>
      </w:pPr>
    </w:p>
    <w:sdt>
      <w:sdtPr>
        <w:rPr>
          <w:b/>
          <w:color w:val="006B3C"/>
          <w:sz w:val="20"/>
        </w:rPr>
        <w:id w:val="637770892"/>
        <w:lock w:val="contentLocked"/>
        <w:placeholder>
          <w:docPart w:val="DefaultPlaceholder_-1854013440"/>
        </w:placeholder>
        <w:group/>
      </w:sdtPr>
      <w:sdtEndPr>
        <w:rPr>
          <w:b w:val="0"/>
          <w:bCs/>
          <w:color w:val="auto"/>
        </w:rPr>
      </w:sdtEndPr>
      <w:sdtContent>
        <w:p w14:paraId="4132DE10" w14:textId="3262CA91" w:rsidR="00D4755D" w:rsidRDefault="00D4755D" w:rsidP="00D4755D">
          <w:pPr>
            <w:keepNext/>
            <w:spacing w:after="60"/>
            <w:rPr>
              <w:b/>
              <w:color w:val="006B3C"/>
              <w:sz w:val="20"/>
            </w:rPr>
          </w:pPr>
          <w:r w:rsidRPr="00D4755D">
            <w:rPr>
              <w:b/>
              <w:color w:val="006B3C"/>
              <w:sz w:val="20"/>
            </w:rPr>
            <w:t>List three (3) courses you have taken</w:t>
          </w:r>
          <w:r w:rsidR="00704557">
            <w:rPr>
              <w:b/>
              <w:color w:val="006B3C"/>
              <w:sz w:val="20"/>
            </w:rPr>
            <w:t xml:space="preserve"> (or will be taking this school year)</w:t>
          </w:r>
          <w:r w:rsidRPr="00D4755D">
            <w:rPr>
              <w:b/>
              <w:color w:val="006B3C"/>
              <w:sz w:val="20"/>
            </w:rPr>
            <w:t xml:space="preserve"> and describe how they relate to your workplace as indicated on</w:t>
          </w:r>
          <w:r w:rsidR="00704557">
            <w:rPr>
              <w:b/>
              <w:color w:val="006B3C"/>
              <w:sz w:val="20"/>
            </w:rPr>
            <w:t xml:space="preserve"> </w:t>
          </w:r>
          <w:r w:rsidRPr="00D4755D">
            <w:rPr>
              <w:b/>
              <w:color w:val="006B3C"/>
              <w:sz w:val="20"/>
            </w:rPr>
            <w:t>previous page:</w:t>
          </w:r>
          <w:r w:rsidR="003F2006">
            <w:rPr>
              <w:b/>
              <w:color w:val="006B3C"/>
              <w:sz w:val="20"/>
            </w:rPr>
            <w:t xml:space="preserve"> filled by student</w:t>
          </w:r>
        </w:p>
        <w:tbl>
          <w:tblPr>
            <w:tblStyle w:val="TableGrid"/>
            <w:tblW w:w="0" w:type="auto"/>
            <w:tblLook w:val="04A0" w:firstRow="1" w:lastRow="0" w:firstColumn="1" w:lastColumn="0" w:noHBand="0" w:noVBand="1"/>
          </w:tblPr>
          <w:tblGrid>
            <w:gridCol w:w="5323"/>
            <w:gridCol w:w="5323"/>
          </w:tblGrid>
          <w:tr w:rsidR="00D4755D" w14:paraId="2AE677AC" w14:textId="77777777" w:rsidTr="00D4755D">
            <w:tc>
              <w:tcPr>
                <w:tcW w:w="5323" w:type="dxa"/>
              </w:tcPr>
              <w:p w14:paraId="1B87313D" w14:textId="3CC929EF" w:rsidR="00D4755D" w:rsidRPr="00D4755D" w:rsidRDefault="00D4755D" w:rsidP="00D4755D">
                <w:pPr>
                  <w:keepNext/>
                  <w:spacing w:after="60"/>
                  <w:jc w:val="center"/>
                  <w:rPr>
                    <w:b/>
                    <w:sz w:val="20"/>
                  </w:rPr>
                </w:pPr>
                <w:r>
                  <w:rPr>
                    <w:b/>
                    <w:sz w:val="20"/>
                  </w:rPr>
                  <w:t>Course</w:t>
                </w:r>
              </w:p>
            </w:tc>
            <w:tc>
              <w:tcPr>
                <w:tcW w:w="5323" w:type="dxa"/>
              </w:tcPr>
              <w:p w14:paraId="2C78A1DD" w14:textId="4A143B75" w:rsidR="00D4755D" w:rsidRPr="00D4755D" w:rsidRDefault="00D4755D" w:rsidP="00D4755D">
                <w:pPr>
                  <w:keepNext/>
                  <w:spacing w:after="60"/>
                  <w:jc w:val="center"/>
                  <w:rPr>
                    <w:b/>
                    <w:sz w:val="20"/>
                  </w:rPr>
                </w:pPr>
                <w:r>
                  <w:rPr>
                    <w:b/>
                    <w:sz w:val="20"/>
                  </w:rPr>
                  <w:t>How it relates</w:t>
                </w:r>
              </w:p>
            </w:tc>
          </w:tr>
          <w:tr w:rsidR="00D4755D" w14:paraId="31B12C1F" w14:textId="77777777" w:rsidTr="00D4755D">
            <w:sdt>
              <w:sdtPr>
                <w:rPr>
                  <w:bCs/>
                  <w:sz w:val="20"/>
                </w:rPr>
                <w:id w:val="-966044109"/>
                <w:lock w:val="sdtLocked"/>
                <w:placeholder>
                  <w:docPart w:val="57D5D613BCA0464BAC82E66FF68B0E7B"/>
                </w:placeholder>
                <w:showingPlcHdr/>
                <w:text/>
              </w:sdtPr>
              <w:sdtContent>
                <w:tc>
                  <w:tcPr>
                    <w:tcW w:w="5323" w:type="dxa"/>
                  </w:tcPr>
                  <w:p w14:paraId="6689D9E6" w14:textId="163F56B8" w:rsidR="00D4755D" w:rsidRDefault="00F322F6" w:rsidP="00D4755D">
                    <w:pPr>
                      <w:keepNext/>
                      <w:spacing w:after="60"/>
                      <w:rPr>
                        <w:bCs/>
                        <w:sz w:val="20"/>
                      </w:rPr>
                    </w:pPr>
                    <w:r w:rsidRPr="00B07089">
                      <w:rPr>
                        <w:rStyle w:val="PlaceholderText"/>
                      </w:rPr>
                      <w:t>Click or tap here to enter text.</w:t>
                    </w:r>
                  </w:p>
                </w:tc>
              </w:sdtContent>
            </w:sdt>
            <w:sdt>
              <w:sdtPr>
                <w:rPr>
                  <w:bCs/>
                  <w:sz w:val="20"/>
                </w:rPr>
                <w:id w:val="-1333834570"/>
                <w:lock w:val="sdtLocked"/>
                <w:placeholder>
                  <w:docPart w:val="7F0D1120EE6348569682F32C2ACFDD25"/>
                </w:placeholder>
                <w:showingPlcHdr/>
                <w:text/>
              </w:sdtPr>
              <w:sdtContent>
                <w:tc>
                  <w:tcPr>
                    <w:tcW w:w="5323" w:type="dxa"/>
                  </w:tcPr>
                  <w:p w14:paraId="51793348" w14:textId="20A291D9" w:rsidR="00D4755D" w:rsidRDefault="00F322F6" w:rsidP="00D4755D">
                    <w:pPr>
                      <w:keepNext/>
                      <w:spacing w:after="60"/>
                      <w:rPr>
                        <w:bCs/>
                        <w:sz w:val="20"/>
                      </w:rPr>
                    </w:pPr>
                    <w:r w:rsidRPr="00B07089">
                      <w:rPr>
                        <w:rStyle w:val="PlaceholderText"/>
                      </w:rPr>
                      <w:t>Click or tap here to enter text.</w:t>
                    </w:r>
                  </w:p>
                </w:tc>
              </w:sdtContent>
            </w:sdt>
          </w:tr>
          <w:tr w:rsidR="00D4755D" w14:paraId="4DDFFD9F" w14:textId="77777777" w:rsidTr="00D4755D">
            <w:sdt>
              <w:sdtPr>
                <w:rPr>
                  <w:bCs/>
                  <w:sz w:val="20"/>
                </w:rPr>
                <w:id w:val="522529979"/>
                <w:lock w:val="sdtLocked"/>
                <w:placeholder>
                  <w:docPart w:val="EB56D64594F442368E69D69998142413"/>
                </w:placeholder>
                <w:showingPlcHdr/>
                <w:text/>
              </w:sdtPr>
              <w:sdtContent>
                <w:tc>
                  <w:tcPr>
                    <w:tcW w:w="5323" w:type="dxa"/>
                  </w:tcPr>
                  <w:p w14:paraId="74F6685E" w14:textId="218C181F" w:rsidR="00D4755D" w:rsidRDefault="00F322F6" w:rsidP="00D4755D">
                    <w:pPr>
                      <w:keepNext/>
                      <w:spacing w:after="60"/>
                      <w:rPr>
                        <w:bCs/>
                        <w:sz w:val="20"/>
                      </w:rPr>
                    </w:pPr>
                    <w:r w:rsidRPr="00B07089">
                      <w:rPr>
                        <w:rStyle w:val="PlaceholderText"/>
                      </w:rPr>
                      <w:t>Click or tap here to enter text.</w:t>
                    </w:r>
                  </w:p>
                </w:tc>
              </w:sdtContent>
            </w:sdt>
            <w:sdt>
              <w:sdtPr>
                <w:rPr>
                  <w:bCs/>
                  <w:sz w:val="20"/>
                </w:rPr>
                <w:id w:val="1953745743"/>
                <w:lock w:val="sdtLocked"/>
                <w:placeholder>
                  <w:docPart w:val="5C57D4EE5B1B495E8889F1E84565511A"/>
                </w:placeholder>
                <w:showingPlcHdr/>
                <w:text/>
              </w:sdtPr>
              <w:sdtContent>
                <w:tc>
                  <w:tcPr>
                    <w:tcW w:w="5323" w:type="dxa"/>
                  </w:tcPr>
                  <w:p w14:paraId="2C0EC673" w14:textId="79EB6158" w:rsidR="00D4755D" w:rsidRDefault="00F322F6" w:rsidP="00D4755D">
                    <w:pPr>
                      <w:keepNext/>
                      <w:spacing w:after="60"/>
                      <w:rPr>
                        <w:bCs/>
                        <w:sz w:val="20"/>
                      </w:rPr>
                    </w:pPr>
                    <w:r w:rsidRPr="00B07089">
                      <w:rPr>
                        <w:rStyle w:val="PlaceholderText"/>
                      </w:rPr>
                      <w:t>Click or tap here to enter text.</w:t>
                    </w:r>
                  </w:p>
                </w:tc>
              </w:sdtContent>
            </w:sdt>
          </w:tr>
          <w:tr w:rsidR="00D4755D" w14:paraId="39C1AD77" w14:textId="77777777" w:rsidTr="00D4755D">
            <w:sdt>
              <w:sdtPr>
                <w:rPr>
                  <w:bCs/>
                  <w:sz w:val="20"/>
                </w:rPr>
                <w:id w:val="-2002645484"/>
                <w:lock w:val="sdtLocked"/>
                <w:placeholder>
                  <w:docPart w:val="0BF7966B20A547B5B8D1445C9A809A6E"/>
                </w:placeholder>
                <w:showingPlcHdr/>
                <w:text/>
              </w:sdtPr>
              <w:sdtContent>
                <w:tc>
                  <w:tcPr>
                    <w:tcW w:w="5323" w:type="dxa"/>
                  </w:tcPr>
                  <w:p w14:paraId="2511A06B" w14:textId="280BDE05" w:rsidR="00D4755D" w:rsidRDefault="00F322F6" w:rsidP="00D4755D">
                    <w:pPr>
                      <w:keepNext/>
                      <w:spacing w:after="60"/>
                      <w:rPr>
                        <w:bCs/>
                        <w:sz w:val="20"/>
                      </w:rPr>
                    </w:pPr>
                    <w:r w:rsidRPr="00B07089">
                      <w:rPr>
                        <w:rStyle w:val="PlaceholderText"/>
                      </w:rPr>
                      <w:t>Click or tap here to enter text.</w:t>
                    </w:r>
                  </w:p>
                </w:tc>
              </w:sdtContent>
            </w:sdt>
            <w:sdt>
              <w:sdtPr>
                <w:rPr>
                  <w:bCs/>
                  <w:sz w:val="20"/>
                </w:rPr>
                <w:id w:val="272137456"/>
                <w:lock w:val="sdtLocked"/>
                <w:placeholder>
                  <w:docPart w:val="DC6BFA6F66F04D79B5CE854E25FADF06"/>
                </w:placeholder>
                <w:showingPlcHdr/>
                <w:text/>
              </w:sdtPr>
              <w:sdtContent>
                <w:tc>
                  <w:tcPr>
                    <w:tcW w:w="5323" w:type="dxa"/>
                  </w:tcPr>
                  <w:p w14:paraId="3043F2AD" w14:textId="2BCC800D" w:rsidR="00D4755D" w:rsidRDefault="00F322F6" w:rsidP="00D4755D">
                    <w:pPr>
                      <w:keepNext/>
                      <w:spacing w:after="60"/>
                      <w:rPr>
                        <w:bCs/>
                        <w:sz w:val="20"/>
                      </w:rPr>
                    </w:pPr>
                    <w:r w:rsidRPr="00B07089">
                      <w:rPr>
                        <w:rStyle w:val="PlaceholderText"/>
                      </w:rPr>
                      <w:t>Click or tap here to enter text.</w:t>
                    </w:r>
                  </w:p>
                </w:tc>
              </w:sdtContent>
            </w:sdt>
          </w:tr>
        </w:tbl>
      </w:sdtContent>
    </w:sdt>
    <w:p w14:paraId="79B3CA0E" w14:textId="77777777" w:rsidR="00D4755D" w:rsidRDefault="00D4755D">
      <w:pPr>
        <w:keepNext/>
        <w:spacing w:after="60"/>
        <w:rPr>
          <w:b/>
          <w:color w:val="006B3C"/>
          <w:sz w:val="20"/>
        </w:rPr>
      </w:pPr>
    </w:p>
    <w:p w14:paraId="27540C53" w14:textId="7C8AF3B1" w:rsidR="00DD5E19" w:rsidRDefault="009A690C">
      <w:pPr>
        <w:keepNext/>
        <w:spacing w:after="60"/>
      </w:pPr>
      <w:r>
        <w:rPr>
          <w:b/>
          <w:color w:val="006B3C"/>
          <w:sz w:val="20"/>
        </w:rPr>
        <w:t>Evaluation</w:t>
      </w:r>
    </w:p>
    <w:p w14:paraId="5E698240" w14:textId="77777777" w:rsidR="00DD5E19" w:rsidRDefault="009A690C">
      <w:pPr>
        <w:spacing w:after="100" w:line="240" w:lineRule="auto"/>
      </w:pPr>
      <w:r>
        <w:rPr>
          <w:color w:val="333333"/>
        </w:rPr>
        <w:t>When requested by the Board/Authority, the Worksite Employer will evaluate the Student’s performance and consult with Board/Authority representatives about the evaluation.</w:t>
      </w:r>
    </w:p>
    <w:p w14:paraId="10B6B0A3" w14:textId="77777777" w:rsidR="00DD5E19" w:rsidRDefault="009A690C">
      <w:pPr>
        <w:keepNext/>
        <w:spacing w:after="60"/>
      </w:pPr>
      <w:r>
        <w:rPr>
          <w:b/>
          <w:color w:val="006B3C"/>
          <w:sz w:val="20"/>
        </w:rPr>
        <w:t>Workers’ Compensation Act injury coverage</w:t>
      </w:r>
    </w:p>
    <w:p w14:paraId="4BA31975" w14:textId="77777777" w:rsidR="00DD5E19" w:rsidRDefault="009A690C">
      <w:pPr>
        <w:spacing w:after="100" w:line="240" w:lineRule="auto"/>
      </w:pPr>
      <w:r>
        <w:rPr>
          <w:color w:val="333333"/>
        </w:rPr>
        <w:t>Students in a WEX placement at a standard worksite are covered by the Workers’ Compensation Act and are considered workers of the Government of British Columbia for Workers’ Compensation purposes only, subject to the Workers’ Compensation Coverage Order.</w:t>
      </w:r>
    </w:p>
    <w:p w14:paraId="4B1478D7" w14:textId="77777777" w:rsidR="00DD5E19" w:rsidRDefault="009A690C">
      <w:pPr>
        <w:keepNext/>
        <w:spacing w:after="60"/>
      </w:pPr>
      <w:r>
        <w:rPr>
          <w:b/>
          <w:color w:val="006B3C"/>
          <w:sz w:val="20"/>
        </w:rPr>
        <w:t>Notice of injury</w:t>
      </w:r>
    </w:p>
    <w:p w14:paraId="6B6CBA0D" w14:textId="25CF2E6E" w:rsidR="00DD5E19" w:rsidRDefault="009A690C">
      <w:pPr>
        <w:spacing w:after="100" w:line="240" w:lineRule="auto"/>
      </w:pPr>
      <w:r>
        <w:rPr>
          <w:color w:val="333333"/>
        </w:rPr>
        <w:t>If a Student is injured, the Worksite Employer will immediately report the occurrence to Angela Griffin, WEX Coordinator, Immaculata High School, at 250-762-2730 (school) or 250-215-5225 (cell).</w:t>
      </w:r>
      <w:r>
        <w:rPr>
          <w:b/>
          <w:sz w:val="17"/>
        </w:rPr>
        <w:t xml:space="preserve">   Employer initials:</w:t>
      </w:r>
      <w:r w:rsidR="00CF5340">
        <w:rPr>
          <w:b/>
          <w:sz w:val="17"/>
        </w:rPr>
        <w:t xml:space="preserve"> </w:t>
      </w:r>
      <w:sdt>
        <w:sdtPr>
          <w:rPr>
            <w:i/>
            <w:color w:val="777777"/>
            <w:sz w:val="17"/>
          </w:rPr>
          <w:id w:val="1344291207"/>
          <w:lock w:val="sdtLocked"/>
          <w:placeholder>
            <w:docPart w:val="86ABE75EAD5B4610983E02FAE98C7595"/>
          </w:placeholder>
          <w:showingPlcHdr/>
          <w:text/>
        </w:sdtPr>
        <w:sdtEndPr/>
        <w:sdtContent>
          <w:r w:rsidR="00CF5340" w:rsidRPr="00B07089">
            <w:rPr>
              <w:rStyle w:val="PlaceholderText"/>
            </w:rPr>
            <w:t>Click or tap here to enter text.</w:t>
          </w:r>
        </w:sdtContent>
      </w:sdt>
      <w:r w:rsidR="00CF5340">
        <w:rPr>
          <w:i/>
          <w:color w:val="777777"/>
          <w:sz w:val="17"/>
        </w:rPr>
        <w:t xml:space="preserve"> </w:t>
      </w:r>
    </w:p>
    <w:p w14:paraId="7306B57D" w14:textId="77777777" w:rsidR="00DD5E19" w:rsidRDefault="00DD5E19">
      <w:pPr>
        <w:spacing w:after="0"/>
      </w:pPr>
    </w:p>
    <w:tbl>
      <w:tblPr>
        <w:tblW w:w="0" w:type="auto"/>
        <w:jc w:val="center"/>
        <w:tblLook w:val="04A0" w:firstRow="1" w:lastRow="0" w:firstColumn="1" w:lastColumn="0" w:noHBand="0" w:noVBand="1"/>
      </w:tblPr>
      <w:tblGrid>
        <w:gridCol w:w="10656"/>
      </w:tblGrid>
      <w:tr w:rsidR="00DD5E19" w14:paraId="7B4C799A" w14:textId="77777777">
        <w:trPr>
          <w:jc w:val="center"/>
        </w:trPr>
        <w:tc>
          <w:tcPr>
            <w:tcW w:w="10656" w:type="dxa"/>
            <w:shd w:val="clear" w:color="auto" w:fill="006B3C"/>
            <w:tcMar>
              <w:top w:w="70" w:type="dxa"/>
              <w:left w:w="90" w:type="dxa"/>
              <w:bottom w:w="70" w:type="dxa"/>
              <w:right w:w="90" w:type="dxa"/>
            </w:tcMar>
            <w:vAlign w:val="center"/>
          </w:tcPr>
          <w:p w14:paraId="636D8321" w14:textId="77777777" w:rsidR="00DD5E19" w:rsidRDefault="009A690C">
            <w:r>
              <w:rPr>
                <w:b/>
                <w:color w:val="FFFFFF"/>
                <w:sz w:val="22"/>
              </w:rPr>
              <w:t>4. ADDITIONAL CONDITIONS</w:t>
            </w:r>
          </w:p>
        </w:tc>
      </w:tr>
    </w:tbl>
    <w:p w14:paraId="3FE2095F" w14:textId="77777777" w:rsidR="00DD5E19" w:rsidRDefault="00DD5E19">
      <w:pPr>
        <w:spacing w:after="0"/>
      </w:pPr>
    </w:p>
    <w:p w14:paraId="5D8E683D" w14:textId="77777777" w:rsidR="00DD5E19" w:rsidRDefault="009A690C">
      <w:pPr>
        <w:keepNext/>
        <w:spacing w:after="60"/>
      </w:pPr>
      <w:r>
        <w:rPr>
          <w:b/>
          <w:color w:val="006B3C"/>
          <w:sz w:val="20"/>
        </w:rPr>
        <w:t>Insurance</w:t>
      </w:r>
    </w:p>
    <w:p w14:paraId="3B41C720" w14:textId="77777777" w:rsidR="00DD5E19" w:rsidRDefault="009A690C">
      <w:pPr>
        <w:spacing w:after="100" w:line="240" w:lineRule="auto"/>
      </w:pPr>
      <w:r>
        <w:rPr>
          <w:color w:val="333333"/>
        </w:rPr>
        <w:t>The Board/Authority shall maintain liability coverage to protect the Board/Authority, its employees, and the Student during the performance of this agreement.</w:t>
      </w:r>
    </w:p>
    <w:p w14:paraId="6580DDBB" w14:textId="77777777" w:rsidR="00DD5E19" w:rsidRDefault="009A690C">
      <w:pPr>
        <w:keepNext/>
        <w:spacing w:after="60"/>
      </w:pPr>
      <w:r>
        <w:rPr>
          <w:b/>
          <w:color w:val="006B3C"/>
          <w:sz w:val="20"/>
        </w:rPr>
        <w:t>Minimum age</w:t>
      </w:r>
    </w:p>
    <w:p w14:paraId="1BC7373C" w14:textId="77777777" w:rsidR="00DD5E19" w:rsidRDefault="009A690C">
      <w:pPr>
        <w:spacing w:after="100" w:line="240" w:lineRule="auto"/>
      </w:pPr>
      <w:r>
        <w:rPr>
          <w:color w:val="333333"/>
        </w:rPr>
        <w:t>The parent(s)/guardian(s) warrant that the Student is at least 14 years of age on the date of this agreement.</w:t>
      </w:r>
    </w:p>
    <w:p w14:paraId="449ECCA4" w14:textId="77777777" w:rsidR="00DD5E19" w:rsidRDefault="009A690C">
      <w:pPr>
        <w:keepNext/>
        <w:spacing w:after="60"/>
      </w:pPr>
      <w:r>
        <w:rPr>
          <w:b/>
          <w:color w:val="006B3C"/>
          <w:sz w:val="20"/>
        </w:rPr>
        <w:t>Effect on employees</w:t>
      </w:r>
    </w:p>
    <w:p w14:paraId="1B1D933C" w14:textId="77777777" w:rsidR="00DD5E19" w:rsidRDefault="009A690C">
      <w:pPr>
        <w:spacing w:after="100" w:line="240" w:lineRule="auto"/>
      </w:pPr>
      <w:r>
        <w:rPr>
          <w:color w:val="333333"/>
        </w:rPr>
        <w:t>The placement will not affect the job security of any employee or the employer’s hiring practices. The Student is in addition to the employer’s full complement of employees and will not replace an employee.</w:t>
      </w:r>
    </w:p>
    <w:p w14:paraId="58A62E9A" w14:textId="77777777" w:rsidR="00DD5E19" w:rsidRDefault="009A690C">
      <w:pPr>
        <w:keepNext/>
        <w:spacing w:after="60"/>
      </w:pPr>
      <w:r>
        <w:rPr>
          <w:b/>
          <w:color w:val="006B3C"/>
          <w:sz w:val="20"/>
        </w:rPr>
        <w:t>Scope of duties</w:t>
      </w:r>
    </w:p>
    <w:p w14:paraId="7A56A08F" w14:textId="77777777" w:rsidR="00DD5E19" w:rsidRDefault="009A690C">
      <w:pPr>
        <w:spacing w:after="100" w:line="240" w:lineRule="auto"/>
      </w:pPr>
      <w:r>
        <w:rPr>
          <w:color w:val="333333"/>
        </w:rPr>
        <w:t>The Worksite Employer will not require the Student to perform any task unless it may reasonably be expected to be within the Student’s training and abilities.</w:t>
      </w:r>
    </w:p>
    <w:p w14:paraId="685A8D40" w14:textId="77777777" w:rsidR="00DD5E19" w:rsidRDefault="009A690C">
      <w:pPr>
        <w:keepNext/>
        <w:spacing w:after="60"/>
      </w:pPr>
      <w:r>
        <w:rPr>
          <w:b/>
          <w:color w:val="006B3C"/>
          <w:sz w:val="20"/>
        </w:rPr>
        <w:lastRenderedPageBreak/>
        <w:t>Indemnity</w:t>
      </w:r>
    </w:p>
    <w:p w14:paraId="74E9C177" w14:textId="77777777" w:rsidR="00DD5E19" w:rsidRDefault="009A690C">
      <w:pPr>
        <w:spacing w:after="100" w:line="240" w:lineRule="auto"/>
      </w:pPr>
      <w:r>
        <w:rPr>
          <w:color w:val="333333"/>
        </w:rPr>
        <w:t>The Board/Authority agrees to indemnify and hold harmless the Worksite Employer, its employees and agents from claims arising from negligent acts or omissions of the Board/Authority, its employees, or the Student, unless those acts or omissions are directed or occasioned by the Worksite Employer, its employees, or agents.</w:t>
      </w:r>
    </w:p>
    <w:p w14:paraId="46AFDDAD" w14:textId="77777777" w:rsidR="00DD5E19" w:rsidRDefault="009A690C">
      <w:pPr>
        <w:keepNext/>
        <w:spacing w:after="60"/>
      </w:pPr>
      <w:r>
        <w:rPr>
          <w:b/>
          <w:color w:val="006B3C"/>
          <w:sz w:val="20"/>
        </w:rPr>
        <w:t>Reference</w:t>
      </w:r>
    </w:p>
    <w:p w14:paraId="63D821F8" w14:textId="77777777" w:rsidR="00DD5E19" w:rsidRDefault="009A690C">
      <w:pPr>
        <w:spacing w:after="100" w:line="240" w:lineRule="auto"/>
      </w:pPr>
      <w:r>
        <w:rPr>
          <w:color w:val="333333"/>
        </w:rPr>
        <w:t>In this agreement, a reference to the Board/Authority includes its officers, employees, or representatives acting within the scope of their employment.</w:t>
      </w:r>
    </w:p>
    <w:p w14:paraId="759C050D" w14:textId="77777777" w:rsidR="00DD5E19" w:rsidRDefault="009A690C">
      <w:pPr>
        <w:keepNext/>
        <w:spacing w:after="60"/>
      </w:pPr>
      <w:r>
        <w:rPr>
          <w:b/>
          <w:color w:val="006B3C"/>
          <w:sz w:val="20"/>
        </w:rPr>
        <w:t>Confidentiality</w:t>
      </w:r>
    </w:p>
    <w:p w14:paraId="7D7ABB61" w14:textId="77777777" w:rsidR="00DD5E19" w:rsidRDefault="009A690C">
      <w:pPr>
        <w:spacing w:after="100" w:line="240" w:lineRule="auto"/>
      </w:pPr>
      <w:r>
        <w:rPr>
          <w:color w:val="333333"/>
        </w:rPr>
        <w:t>All parties agree to maintain in strict confidence information that comes to their knowledge during the WEX placement.</w:t>
      </w:r>
    </w:p>
    <w:p w14:paraId="68737B96" w14:textId="77777777" w:rsidR="00DD5E19" w:rsidRDefault="009A690C">
      <w:pPr>
        <w:keepNext/>
        <w:spacing w:after="60"/>
      </w:pPr>
      <w:r>
        <w:rPr>
          <w:b/>
          <w:color w:val="006B3C"/>
          <w:sz w:val="20"/>
        </w:rPr>
        <w:t>Termination</w:t>
      </w:r>
    </w:p>
    <w:p w14:paraId="3159135E" w14:textId="77777777" w:rsidR="00DD5E19" w:rsidRDefault="009A690C">
      <w:pPr>
        <w:spacing w:after="100" w:line="240" w:lineRule="auto"/>
        <w:rPr>
          <w:color w:val="333333"/>
        </w:rPr>
      </w:pPr>
      <w:r>
        <w:rPr>
          <w:color w:val="333333"/>
        </w:rPr>
        <w:t>Any party may end this agreement at any time by providing written notice to all other parties at the addresses listed in this agreement.</w:t>
      </w:r>
    </w:p>
    <w:p w14:paraId="15EA58B5" w14:textId="77777777" w:rsidR="00C371D4" w:rsidRDefault="00C371D4">
      <w:pPr>
        <w:spacing w:after="100" w:line="240" w:lineRule="auto"/>
      </w:pPr>
    </w:p>
    <w:tbl>
      <w:tblPr>
        <w:tblW w:w="0" w:type="auto"/>
        <w:jc w:val="center"/>
        <w:tblLook w:val="04A0" w:firstRow="1" w:lastRow="0" w:firstColumn="1" w:lastColumn="0" w:noHBand="0" w:noVBand="1"/>
      </w:tblPr>
      <w:tblGrid>
        <w:gridCol w:w="10656"/>
      </w:tblGrid>
      <w:tr w:rsidR="00DD5E19" w14:paraId="20757037" w14:textId="77777777">
        <w:trPr>
          <w:jc w:val="center"/>
        </w:trPr>
        <w:tc>
          <w:tcPr>
            <w:tcW w:w="10656" w:type="dxa"/>
            <w:shd w:val="clear" w:color="auto" w:fill="006B3C"/>
            <w:tcMar>
              <w:top w:w="70" w:type="dxa"/>
              <w:left w:w="90" w:type="dxa"/>
              <w:bottom w:w="70" w:type="dxa"/>
              <w:right w:w="90" w:type="dxa"/>
            </w:tcMar>
            <w:vAlign w:val="center"/>
          </w:tcPr>
          <w:p w14:paraId="4148C9E0" w14:textId="77777777" w:rsidR="00DD5E19" w:rsidRDefault="009A690C">
            <w:r>
              <w:rPr>
                <w:b/>
                <w:color w:val="FFFFFF"/>
                <w:sz w:val="22"/>
              </w:rPr>
              <w:t>5. FINAL ACKNOWLEDGEMENT AND SIGNATURES</w:t>
            </w:r>
          </w:p>
        </w:tc>
      </w:tr>
    </w:tbl>
    <w:p w14:paraId="545EBFA7" w14:textId="77777777" w:rsidR="00DD5E19" w:rsidRDefault="00DD5E19">
      <w:pPr>
        <w:spacing w:after="0"/>
      </w:pPr>
    </w:p>
    <w:p w14:paraId="51EB430F" w14:textId="26D63DBE" w:rsidR="00DD5E19" w:rsidRDefault="009A690C" w:rsidP="0089094F">
      <w:pPr>
        <w:spacing w:after="120"/>
      </w:pPr>
      <w:r>
        <w:t>By signing below, each party confirms that they have read, understood, and agree to the terms of this Work Experience Placement Agreement.</w:t>
      </w:r>
      <w:r w:rsidR="0089094F">
        <w:t xml:space="preserve"> </w:t>
      </w:r>
      <w:r w:rsidR="0089094F" w:rsidRPr="0089094F">
        <w:rPr>
          <w:b/>
          <w:bCs/>
          <w:i/>
          <w:iCs/>
        </w:rPr>
        <w:t>In addition</w:t>
      </w:r>
      <w:r w:rsidR="0089094F">
        <w:t>, the student agrees that it is their responsibility to check in with the Work Experience Facilitator on a regular basis and complete the course by the required due date.</w:t>
      </w:r>
    </w:p>
    <w:tbl>
      <w:tblPr>
        <w:tblStyle w:val="TableGrid"/>
        <w:tblW w:w="0" w:type="auto"/>
        <w:jc w:val="center"/>
        <w:tblLayout w:type="fixed"/>
        <w:tblLook w:val="04A0" w:firstRow="1" w:lastRow="0" w:firstColumn="1" w:lastColumn="0" w:noHBand="0" w:noVBand="1"/>
      </w:tblPr>
      <w:tblGrid>
        <w:gridCol w:w="2016"/>
        <w:gridCol w:w="3456"/>
        <w:gridCol w:w="1728"/>
        <w:gridCol w:w="3168"/>
      </w:tblGrid>
      <w:tr w:rsidR="00DD5E19" w14:paraId="2BB35AEB" w14:textId="77777777">
        <w:trPr>
          <w:jc w:val="center"/>
        </w:trPr>
        <w:tc>
          <w:tcPr>
            <w:tcW w:w="2016" w:type="dxa"/>
            <w:tcMar>
              <w:top w:w="70" w:type="dxa"/>
              <w:left w:w="90" w:type="dxa"/>
              <w:bottom w:w="70" w:type="dxa"/>
              <w:right w:w="90" w:type="dxa"/>
            </w:tcMar>
            <w:vAlign w:val="center"/>
          </w:tcPr>
          <w:p w14:paraId="497864AD" w14:textId="77777777" w:rsidR="00DD5E19" w:rsidRDefault="009A690C">
            <w:r>
              <w:rPr>
                <w:b/>
                <w:color w:val="333333"/>
                <w:sz w:val="17"/>
              </w:rPr>
              <w:t>Employer name (printed)</w:t>
            </w:r>
          </w:p>
        </w:tc>
        <w:sdt>
          <w:sdtPr>
            <w:id w:val="-1488160836"/>
            <w:lock w:val="sdtLocked"/>
            <w:placeholder>
              <w:docPart w:val="07DC4C41DAF642F1B00A6BB9CA4E3ADB"/>
            </w:placeholder>
            <w:showingPlcHdr/>
            <w:text/>
          </w:sdtPr>
          <w:sdtEndPr/>
          <w:sdtContent>
            <w:tc>
              <w:tcPr>
                <w:tcW w:w="3456" w:type="dxa"/>
                <w:shd w:val="clear" w:color="auto" w:fill="F2F2F2"/>
                <w:tcMar>
                  <w:top w:w="70" w:type="dxa"/>
                  <w:left w:w="90" w:type="dxa"/>
                  <w:bottom w:w="70" w:type="dxa"/>
                  <w:right w:w="90" w:type="dxa"/>
                </w:tcMar>
                <w:vAlign w:val="center"/>
              </w:tcPr>
              <w:p w14:paraId="2ABB0C9A" w14:textId="1666986D" w:rsidR="00DD5E19" w:rsidRDefault="005B328B">
                <w:r>
                  <w:rPr>
                    <w:rStyle w:val="PlaceholderText"/>
                  </w:rPr>
                  <w:t>Employer printed name</w:t>
                </w:r>
                <w:r w:rsidRPr="00B07089">
                  <w:rPr>
                    <w:rStyle w:val="PlaceholderText"/>
                  </w:rPr>
                  <w:t>.</w:t>
                </w:r>
              </w:p>
            </w:tc>
          </w:sdtContent>
        </w:sdt>
        <w:tc>
          <w:tcPr>
            <w:tcW w:w="1728" w:type="dxa"/>
            <w:tcMar>
              <w:top w:w="70" w:type="dxa"/>
              <w:left w:w="90" w:type="dxa"/>
              <w:bottom w:w="70" w:type="dxa"/>
              <w:right w:w="90" w:type="dxa"/>
            </w:tcMar>
            <w:vAlign w:val="center"/>
          </w:tcPr>
          <w:p w14:paraId="64DF3BEC" w14:textId="77777777" w:rsidR="00DD5E19" w:rsidRDefault="009A690C">
            <w:r>
              <w:rPr>
                <w:b/>
                <w:color w:val="333333"/>
                <w:sz w:val="17"/>
              </w:rPr>
              <w:t>Date</w:t>
            </w:r>
          </w:p>
        </w:tc>
        <w:sdt>
          <w:sdtPr>
            <w:id w:val="1804499684"/>
            <w:lock w:val="sdtLocked"/>
            <w:placeholder>
              <w:docPart w:val="37F7BC41E3EE4486A1001FBB8B0CE8DE"/>
            </w:placeholder>
            <w:showingPlcHdr/>
            <w:date>
              <w:dateFormat w:val="yyyy-MM-dd"/>
              <w:lid w:val="en-CA"/>
              <w:storeMappedDataAs w:val="dateTime"/>
              <w:calendar w:val="gregorian"/>
            </w:date>
          </w:sdtPr>
          <w:sdtEndPr/>
          <w:sdtContent>
            <w:tc>
              <w:tcPr>
                <w:tcW w:w="3168" w:type="dxa"/>
                <w:shd w:val="clear" w:color="auto" w:fill="F2F2F2"/>
                <w:tcMar>
                  <w:top w:w="70" w:type="dxa"/>
                  <w:left w:w="90" w:type="dxa"/>
                  <w:bottom w:w="70" w:type="dxa"/>
                  <w:right w:w="90" w:type="dxa"/>
                </w:tcMar>
                <w:vAlign w:val="center"/>
              </w:tcPr>
              <w:p w14:paraId="630AAD9D" w14:textId="75AAE56A" w:rsidR="00DD5E19" w:rsidRDefault="007D44C9">
                <w:r w:rsidRPr="00B07089">
                  <w:rPr>
                    <w:rStyle w:val="PlaceholderText"/>
                  </w:rPr>
                  <w:t>Click or tap to enter a date.</w:t>
                </w:r>
              </w:p>
            </w:tc>
          </w:sdtContent>
        </w:sdt>
      </w:tr>
      <w:tr w:rsidR="00DD5E19" w14:paraId="0102B061" w14:textId="77777777">
        <w:trPr>
          <w:jc w:val="center"/>
        </w:trPr>
        <w:tc>
          <w:tcPr>
            <w:tcW w:w="2016" w:type="dxa"/>
            <w:tcMar>
              <w:top w:w="70" w:type="dxa"/>
              <w:left w:w="90" w:type="dxa"/>
              <w:bottom w:w="70" w:type="dxa"/>
              <w:right w:w="90" w:type="dxa"/>
            </w:tcMar>
            <w:vAlign w:val="center"/>
          </w:tcPr>
          <w:p w14:paraId="1AB3BF04" w14:textId="77777777" w:rsidR="00DD5E19" w:rsidRDefault="009A690C">
            <w:r>
              <w:rPr>
                <w:b/>
                <w:color w:val="333333"/>
                <w:sz w:val="17"/>
              </w:rPr>
              <w:t>Employer signature</w:t>
            </w:r>
          </w:p>
        </w:tc>
        <w:sdt>
          <w:sdtPr>
            <w:id w:val="47423962"/>
            <w:lock w:val="sdtLocked"/>
            <w:placeholder>
              <w:docPart w:val="2961823634BA4D44B87964386D2D0F4A"/>
            </w:placeholder>
            <w:showingPlcHdr/>
            <w:text/>
          </w:sdtPr>
          <w:sdtEndPr/>
          <w:sdtContent>
            <w:tc>
              <w:tcPr>
                <w:tcW w:w="3456" w:type="dxa"/>
                <w:shd w:val="clear" w:color="auto" w:fill="F2F2F2"/>
                <w:tcMar>
                  <w:top w:w="70" w:type="dxa"/>
                  <w:left w:w="90" w:type="dxa"/>
                  <w:bottom w:w="70" w:type="dxa"/>
                  <w:right w:w="90" w:type="dxa"/>
                </w:tcMar>
                <w:vAlign w:val="center"/>
              </w:tcPr>
              <w:p w14:paraId="7CB3C787" w14:textId="7F0DAD69" w:rsidR="00DD5E19" w:rsidRDefault="008F6296">
                <w:r>
                  <w:rPr>
                    <w:rStyle w:val="PlaceholderText"/>
                  </w:rPr>
                  <w:t>Printed name or e-signature</w:t>
                </w:r>
                <w:r w:rsidRPr="00B07089">
                  <w:rPr>
                    <w:rStyle w:val="PlaceholderText"/>
                  </w:rPr>
                  <w:t>.</w:t>
                </w:r>
              </w:p>
            </w:tc>
          </w:sdtContent>
        </w:sdt>
        <w:tc>
          <w:tcPr>
            <w:tcW w:w="4896" w:type="dxa"/>
            <w:gridSpan w:val="2"/>
            <w:shd w:val="clear" w:color="auto" w:fill="FFFFFF"/>
          </w:tcPr>
          <w:p w14:paraId="17FA8666" w14:textId="77777777" w:rsidR="00DD5E19" w:rsidRDefault="00DD5E19"/>
        </w:tc>
      </w:tr>
      <w:tr w:rsidR="00DD5E19" w14:paraId="29BD60E3" w14:textId="77777777">
        <w:trPr>
          <w:jc w:val="center"/>
        </w:trPr>
        <w:tc>
          <w:tcPr>
            <w:tcW w:w="2016" w:type="dxa"/>
            <w:tcMar>
              <w:top w:w="70" w:type="dxa"/>
              <w:left w:w="90" w:type="dxa"/>
              <w:bottom w:w="70" w:type="dxa"/>
              <w:right w:w="90" w:type="dxa"/>
            </w:tcMar>
            <w:vAlign w:val="center"/>
          </w:tcPr>
          <w:p w14:paraId="5F352AFD" w14:textId="77777777" w:rsidR="00DD5E19" w:rsidRDefault="009A690C">
            <w:r>
              <w:rPr>
                <w:b/>
                <w:color w:val="333333"/>
                <w:sz w:val="17"/>
              </w:rPr>
              <w:t>Student name (printed)</w:t>
            </w:r>
          </w:p>
        </w:tc>
        <w:tc>
          <w:tcPr>
            <w:tcW w:w="3456" w:type="dxa"/>
            <w:shd w:val="clear" w:color="auto" w:fill="F2F2F2"/>
            <w:tcMar>
              <w:top w:w="70" w:type="dxa"/>
              <w:left w:w="90" w:type="dxa"/>
              <w:bottom w:w="70" w:type="dxa"/>
              <w:right w:w="90" w:type="dxa"/>
            </w:tcMar>
            <w:vAlign w:val="center"/>
          </w:tcPr>
          <w:p w14:paraId="15BF1D22" w14:textId="3EA196E9" w:rsidR="00DD5E19" w:rsidRDefault="00DB7090">
            <w:sdt>
              <w:sdtPr>
                <w:id w:val="994993039"/>
                <w:lock w:val="sdtLocked"/>
                <w:placeholder>
                  <w:docPart w:val="FC2E0717ADBC4CEE8CC99A7B657818C9"/>
                </w:placeholder>
                <w:showingPlcHdr/>
                <w:text/>
              </w:sdtPr>
              <w:sdtEndPr/>
              <w:sdtContent>
                <w:r w:rsidR="008F6296">
                  <w:rPr>
                    <w:rStyle w:val="PlaceholderText"/>
                  </w:rPr>
                  <w:t>Student printed name</w:t>
                </w:r>
              </w:sdtContent>
            </w:sdt>
            <w:r w:rsidR="00CF5340">
              <w:t>.</w:t>
            </w:r>
          </w:p>
        </w:tc>
        <w:tc>
          <w:tcPr>
            <w:tcW w:w="1728" w:type="dxa"/>
            <w:tcMar>
              <w:top w:w="70" w:type="dxa"/>
              <w:left w:w="90" w:type="dxa"/>
              <w:bottom w:w="70" w:type="dxa"/>
              <w:right w:w="90" w:type="dxa"/>
            </w:tcMar>
            <w:vAlign w:val="center"/>
          </w:tcPr>
          <w:p w14:paraId="5FCD4B89" w14:textId="77777777" w:rsidR="00DD5E19" w:rsidRDefault="009A690C">
            <w:r>
              <w:rPr>
                <w:b/>
                <w:color w:val="333333"/>
                <w:sz w:val="17"/>
              </w:rPr>
              <w:t>Date</w:t>
            </w:r>
          </w:p>
        </w:tc>
        <w:sdt>
          <w:sdtPr>
            <w:id w:val="-1217961789"/>
            <w:lock w:val="sdtLocked"/>
            <w:placeholder>
              <w:docPart w:val="B3B833ABD7F64DA7BE8A1A8993EDC2D0"/>
            </w:placeholder>
            <w:showingPlcHdr/>
            <w:date>
              <w:dateFormat w:val="yyyy-MM-dd"/>
              <w:lid w:val="en-CA"/>
              <w:storeMappedDataAs w:val="dateTime"/>
              <w:calendar w:val="gregorian"/>
            </w:date>
          </w:sdtPr>
          <w:sdtEndPr/>
          <w:sdtContent>
            <w:tc>
              <w:tcPr>
                <w:tcW w:w="3168" w:type="dxa"/>
                <w:shd w:val="clear" w:color="auto" w:fill="F2F2F2"/>
                <w:tcMar>
                  <w:top w:w="70" w:type="dxa"/>
                  <w:left w:w="90" w:type="dxa"/>
                  <w:bottom w:w="70" w:type="dxa"/>
                  <w:right w:w="90" w:type="dxa"/>
                </w:tcMar>
                <w:vAlign w:val="center"/>
              </w:tcPr>
              <w:p w14:paraId="61D7AAB9" w14:textId="3508E4A7" w:rsidR="00DD5E19" w:rsidRDefault="007D44C9">
                <w:r w:rsidRPr="00B07089">
                  <w:rPr>
                    <w:rStyle w:val="PlaceholderText"/>
                  </w:rPr>
                  <w:t>Click or tap to enter a date.</w:t>
                </w:r>
              </w:p>
            </w:tc>
          </w:sdtContent>
        </w:sdt>
      </w:tr>
      <w:tr w:rsidR="00DD5E19" w14:paraId="3FE37DCC" w14:textId="77777777">
        <w:trPr>
          <w:jc w:val="center"/>
        </w:trPr>
        <w:tc>
          <w:tcPr>
            <w:tcW w:w="2016" w:type="dxa"/>
            <w:tcMar>
              <w:top w:w="70" w:type="dxa"/>
              <w:left w:w="90" w:type="dxa"/>
              <w:bottom w:w="70" w:type="dxa"/>
              <w:right w:w="90" w:type="dxa"/>
            </w:tcMar>
            <w:vAlign w:val="center"/>
          </w:tcPr>
          <w:p w14:paraId="613AAA99" w14:textId="77777777" w:rsidR="00DD5E19" w:rsidRDefault="009A690C">
            <w:r>
              <w:rPr>
                <w:b/>
                <w:color w:val="333333"/>
                <w:sz w:val="17"/>
              </w:rPr>
              <w:t>Student signature</w:t>
            </w:r>
          </w:p>
        </w:tc>
        <w:tc>
          <w:tcPr>
            <w:tcW w:w="3456" w:type="dxa"/>
            <w:shd w:val="clear" w:color="auto" w:fill="F2F2F2"/>
            <w:tcMar>
              <w:top w:w="70" w:type="dxa"/>
              <w:left w:w="90" w:type="dxa"/>
              <w:bottom w:w="70" w:type="dxa"/>
              <w:right w:w="90" w:type="dxa"/>
            </w:tcMar>
            <w:vAlign w:val="center"/>
          </w:tcPr>
          <w:p w14:paraId="22AF8A06" w14:textId="58273EBC" w:rsidR="00DD5E19" w:rsidRDefault="00DB7090">
            <w:sdt>
              <w:sdtPr>
                <w:id w:val="511493112"/>
                <w:lock w:val="sdtLocked"/>
                <w:placeholder>
                  <w:docPart w:val="0BFD7D2B444F412194C2FB9337187CB5"/>
                </w:placeholder>
                <w:showingPlcHdr/>
                <w:text/>
              </w:sdtPr>
              <w:sdtEndPr/>
              <w:sdtContent>
                <w:r w:rsidR="008F6296">
                  <w:rPr>
                    <w:rStyle w:val="PlaceholderText"/>
                  </w:rPr>
                  <w:t>Student name or e-signature</w:t>
                </w:r>
              </w:sdtContent>
            </w:sdt>
            <w:r w:rsidR="00CF5340">
              <w:t>.</w:t>
            </w:r>
          </w:p>
        </w:tc>
        <w:tc>
          <w:tcPr>
            <w:tcW w:w="4896" w:type="dxa"/>
            <w:gridSpan w:val="2"/>
            <w:shd w:val="clear" w:color="auto" w:fill="FFFFFF"/>
          </w:tcPr>
          <w:p w14:paraId="434EC4DF" w14:textId="77777777" w:rsidR="00DD5E19" w:rsidRDefault="00DD5E19"/>
        </w:tc>
      </w:tr>
      <w:tr w:rsidR="00DD5E19" w14:paraId="383C2EBA" w14:textId="77777777">
        <w:trPr>
          <w:jc w:val="center"/>
        </w:trPr>
        <w:tc>
          <w:tcPr>
            <w:tcW w:w="2016" w:type="dxa"/>
            <w:tcMar>
              <w:top w:w="70" w:type="dxa"/>
              <w:left w:w="90" w:type="dxa"/>
              <w:bottom w:w="70" w:type="dxa"/>
              <w:right w:w="90" w:type="dxa"/>
            </w:tcMar>
            <w:vAlign w:val="center"/>
          </w:tcPr>
          <w:p w14:paraId="155DCC56" w14:textId="77777777" w:rsidR="00DD5E19" w:rsidRDefault="009A690C">
            <w:r>
              <w:rPr>
                <w:b/>
                <w:color w:val="333333"/>
                <w:sz w:val="17"/>
              </w:rPr>
              <w:t>School representative</w:t>
            </w:r>
          </w:p>
        </w:tc>
        <w:tc>
          <w:tcPr>
            <w:tcW w:w="3456" w:type="dxa"/>
            <w:shd w:val="clear" w:color="auto" w:fill="F2F2F2"/>
            <w:tcMar>
              <w:top w:w="70" w:type="dxa"/>
              <w:left w:w="90" w:type="dxa"/>
              <w:bottom w:w="70" w:type="dxa"/>
              <w:right w:w="90" w:type="dxa"/>
            </w:tcMar>
            <w:vAlign w:val="center"/>
          </w:tcPr>
          <w:p w14:paraId="4A74AED2" w14:textId="0AB71A6D" w:rsidR="00DD5E19" w:rsidRDefault="00DD5E19"/>
        </w:tc>
        <w:tc>
          <w:tcPr>
            <w:tcW w:w="1728" w:type="dxa"/>
            <w:tcMar>
              <w:top w:w="70" w:type="dxa"/>
              <w:left w:w="90" w:type="dxa"/>
              <w:bottom w:w="70" w:type="dxa"/>
              <w:right w:w="90" w:type="dxa"/>
            </w:tcMar>
            <w:vAlign w:val="center"/>
          </w:tcPr>
          <w:p w14:paraId="7963953D" w14:textId="77777777" w:rsidR="00DD5E19" w:rsidRDefault="009A690C">
            <w:r>
              <w:rPr>
                <w:b/>
                <w:color w:val="333333"/>
                <w:sz w:val="17"/>
              </w:rPr>
              <w:t>Date</w:t>
            </w:r>
          </w:p>
        </w:tc>
        <w:tc>
          <w:tcPr>
            <w:tcW w:w="3168" w:type="dxa"/>
            <w:shd w:val="clear" w:color="auto" w:fill="F2F2F2"/>
            <w:tcMar>
              <w:top w:w="70" w:type="dxa"/>
              <w:left w:w="90" w:type="dxa"/>
              <w:bottom w:w="70" w:type="dxa"/>
              <w:right w:w="90" w:type="dxa"/>
            </w:tcMar>
            <w:vAlign w:val="center"/>
          </w:tcPr>
          <w:p w14:paraId="7C613506" w14:textId="181483B2" w:rsidR="00DD5E19" w:rsidRDefault="00DD5E19"/>
        </w:tc>
      </w:tr>
    </w:tbl>
    <w:p w14:paraId="77D95FAC" w14:textId="72007123" w:rsidR="00DD5E19" w:rsidRDefault="00DD5E19">
      <w:pPr>
        <w:spacing w:before="140"/>
      </w:pPr>
    </w:p>
    <w:sectPr w:rsidR="00DD5E19" w:rsidSect="00034616">
      <w:footerReference w:type="default" r:id="rId10"/>
      <w:pgSz w:w="12240" w:h="15840"/>
      <w:pgMar w:top="504"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60F7" w14:textId="77777777" w:rsidR="00DB7090" w:rsidRDefault="00DB7090">
      <w:pPr>
        <w:spacing w:after="0" w:line="240" w:lineRule="auto"/>
      </w:pPr>
      <w:r>
        <w:separator/>
      </w:r>
    </w:p>
  </w:endnote>
  <w:endnote w:type="continuationSeparator" w:id="0">
    <w:p w14:paraId="234EAFD1" w14:textId="77777777" w:rsidR="00DB7090" w:rsidRDefault="00DB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6671" w14:textId="77777777" w:rsidR="00DD5E19" w:rsidRDefault="009A690C">
    <w:pPr>
      <w:pStyle w:val="Footer"/>
      <w:jc w:val="center"/>
    </w:pPr>
    <w:r>
      <w:rPr>
        <w:color w:val="666666"/>
        <w:sz w:val="16"/>
      </w:rPr>
      <w:t xml:space="preserve">Immaculata Regional High </w:t>
    </w:r>
    <w:proofErr w:type="gramStart"/>
    <w:r>
      <w:rPr>
        <w:color w:val="666666"/>
        <w:sz w:val="16"/>
      </w:rPr>
      <w:t>School  |</w:t>
    </w:r>
    <w:proofErr w:type="gramEnd"/>
    <w:r>
      <w:rPr>
        <w:color w:val="666666"/>
        <w:sz w:val="16"/>
      </w:rPr>
      <w:t xml:space="preserve">  Work Experience </w:t>
    </w:r>
    <w:proofErr w:type="gramStart"/>
    <w:r>
      <w:rPr>
        <w:color w:val="666666"/>
        <w:sz w:val="16"/>
      </w:rPr>
      <w:t>12  |</w:t>
    </w:r>
    <w:proofErr w:type="gramEnd"/>
    <w:r>
      <w:rPr>
        <w:color w:val="666666"/>
        <w:sz w:val="16"/>
      </w:rPr>
      <w:t xml:space="preserve">  Reusable Master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0E9C5" w14:textId="77777777" w:rsidR="00DB7090" w:rsidRDefault="00DB7090">
      <w:pPr>
        <w:spacing w:after="0" w:line="240" w:lineRule="auto"/>
      </w:pPr>
      <w:r>
        <w:separator/>
      </w:r>
    </w:p>
  </w:footnote>
  <w:footnote w:type="continuationSeparator" w:id="0">
    <w:p w14:paraId="4014FA7E" w14:textId="77777777" w:rsidR="00DB7090" w:rsidRDefault="00DB70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2264871">
    <w:abstractNumId w:val="8"/>
  </w:num>
  <w:num w:numId="2" w16cid:durableId="1370685619">
    <w:abstractNumId w:val="6"/>
  </w:num>
  <w:num w:numId="3" w16cid:durableId="924073976">
    <w:abstractNumId w:val="5"/>
  </w:num>
  <w:num w:numId="4" w16cid:durableId="1598904965">
    <w:abstractNumId w:val="4"/>
  </w:num>
  <w:num w:numId="5" w16cid:durableId="203442159">
    <w:abstractNumId w:val="7"/>
  </w:num>
  <w:num w:numId="6" w16cid:durableId="630551289">
    <w:abstractNumId w:val="3"/>
  </w:num>
  <w:num w:numId="7" w16cid:durableId="406266945">
    <w:abstractNumId w:val="2"/>
  </w:num>
  <w:num w:numId="8" w16cid:durableId="1367678930">
    <w:abstractNumId w:val="1"/>
  </w:num>
  <w:num w:numId="9" w16cid:durableId="829715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dcKHzEhMNbQt5qBjmVHUDuQ7uKiN9+FYyifvvfZgzCG8lY9PdSIMHa+1w4DEzWdZ4LROP2ek+AMKjHzejSc82g==" w:salt="yR9dEE4VNVmzHQVquI6Ywg=="/>
  <w:autoFormatOverride/>
  <w:styleLockTheme/>
  <w:styleLockQFSet/>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607"/>
    <w:rsid w:val="00027207"/>
    <w:rsid w:val="00034616"/>
    <w:rsid w:val="00051A9D"/>
    <w:rsid w:val="0006063C"/>
    <w:rsid w:val="00071FA4"/>
    <w:rsid w:val="000837D6"/>
    <w:rsid w:val="00091F7F"/>
    <w:rsid w:val="000B67B9"/>
    <w:rsid w:val="000D132F"/>
    <w:rsid w:val="000E4BA1"/>
    <w:rsid w:val="000F14E6"/>
    <w:rsid w:val="001106C1"/>
    <w:rsid w:val="001168C7"/>
    <w:rsid w:val="001215E3"/>
    <w:rsid w:val="00126BC3"/>
    <w:rsid w:val="0015074B"/>
    <w:rsid w:val="00166982"/>
    <w:rsid w:val="001835AA"/>
    <w:rsid w:val="001C1FC6"/>
    <w:rsid w:val="001E2524"/>
    <w:rsid w:val="001F61FA"/>
    <w:rsid w:val="0025342F"/>
    <w:rsid w:val="0029639D"/>
    <w:rsid w:val="002A54CA"/>
    <w:rsid w:val="00326F90"/>
    <w:rsid w:val="00397DF4"/>
    <w:rsid w:val="003F2006"/>
    <w:rsid w:val="003F2945"/>
    <w:rsid w:val="004055F1"/>
    <w:rsid w:val="0041587B"/>
    <w:rsid w:val="0046174A"/>
    <w:rsid w:val="004E20C8"/>
    <w:rsid w:val="005063D7"/>
    <w:rsid w:val="0058294D"/>
    <w:rsid w:val="005A63C6"/>
    <w:rsid w:val="005B328B"/>
    <w:rsid w:val="005B4775"/>
    <w:rsid w:val="0066416E"/>
    <w:rsid w:val="006A3816"/>
    <w:rsid w:val="006B3D3F"/>
    <w:rsid w:val="006B6A99"/>
    <w:rsid w:val="006F4C52"/>
    <w:rsid w:val="00704557"/>
    <w:rsid w:val="0073289B"/>
    <w:rsid w:val="0074558C"/>
    <w:rsid w:val="00756333"/>
    <w:rsid w:val="007A33F5"/>
    <w:rsid w:val="007C55A4"/>
    <w:rsid w:val="007D44C9"/>
    <w:rsid w:val="007E02DF"/>
    <w:rsid w:val="007E488D"/>
    <w:rsid w:val="00806E2A"/>
    <w:rsid w:val="0088630D"/>
    <w:rsid w:val="0089094F"/>
    <w:rsid w:val="008D6FD7"/>
    <w:rsid w:val="008E528C"/>
    <w:rsid w:val="008F6296"/>
    <w:rsid w:val="00906492"/>
    <w:rsid w:val="0095736E"/>
    <w:rsid w:val="00967A81"/>
    <w:rsid w:val="009917CE"/>
    <w:rsid w:val="009A690C"/>
    <w:rsid w:val="009C256C"/>
    <w:rsid w:val="009F16AC"/>
    <w:rsid w:val="00A154B8"/>
    <w:rsid w:val="00A423B1"/>
    <w:rsid w:val="00A625F1"/>
    <w:rsid w:val="00A83A77"/>
    <w:rsid w:val="00AA1D8D"/>
    <w:rsid w:val="00AE2A20"/>
    <w:rsid w:val="00AF378B"/>
    <w:rsid w:val="00B47730"/>
    <w:rsid w:val="00BD0B74"/>
    <w:rsid w:val="00C371D4"/>
    <w:rsid w:val="00C413C3"/>
    <w:rsid w:val="00C64B48"/>
    <w:rsid w:val="00C77E06"/>
    <w:rsid w:val="00C92268"/>
    <w:rsid w:val="00CB0544"/>
    <w:rsid w:val="00CB0664"/>
    <w:rsid w:val="00CD4569"/>
    <w:rsid w:val="00CE5A11"/>
    <w:rsid w:val="00CF226A"/>
    <w:rsid w:val="00CF5340"/>
    <w:rsid w:val="00D4755D"/>
    <w:rsid w:val="00D6005F"/>
    <w:rsid w:val="00DB4CCE"/>
    <w:rsid w:val="00DB7090"/>
    <w:rsid w:val="00DB70AE"/>
    <w:rsid w:val="00DD5E19"/>
    <w:rsid w:val="00DF281C"/>
    <w:rsid w:val="00E43D37"/>
    <w:rsid w:val="00E624DE"/>
    <w:rsid w:val="00EA2706"/>
    <w:rsid w:val="00F11E2C"/>
    <w:rsid w:val="00F322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30085"/>
  <w14:defaultImageDpi w14:val="300"/>
  <w15:docId w15:val="{FD4370E2-C649-43C6-BF3E-640159CE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1106C1"/>
    <w:rPr>
      <w:color w:val="666666"/>
    </w:rPr>
  </w:style>
  <w:style w:type="character" w:styleId="Hyperlink">
    <w:name w:val="Hyperlink"/>
    <w:basedOn w:val="DefaultParagraphFont"/>
    <w:uiPriority w:val="99"/>
    <w:unhideWhenUsed/>
    <w:rsid w:val="001F61FA"/>
    <w:rPr>
      <w:color w:val="0000FF" w:themeColor="hyperlink"/>
      <w:u w:val="single"/>
    </w:rPr>
  </w:style>
  <w:style w:type="character" w:styleId="UnresolvedMention">
    <w:name w:val="Unresolved Mention"/>
    <w:basedOn w:val="DefaultParagraphFont"/>
    <w:uiPriority w:val="99"/>
    <w:semiHidden/>
    <w:unhideWhenUsed/>
    <w:rsid w:val="001F6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griffin@cisnd.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6580DD2-D67B-4DD1-81A4-C69A3140C579}"/>
      </w:docPartPr>
      <w:docPartBody>
        <w:p w:rsidR="00B25FFB" w:rsidRDefault="000B0E6A">
          <w:r w:rsidRPr="00B07089">
            <w:rPr>
              <w:rStyle w:val="PlaceholderText"/>
            </w:rPr>
            <w:t>Click or tap here to enter text.</w:t>
          </w:r>
        </w:p>
      </w:docPartBody>
    </w:docPart>
    <w:docPart>
      <w:docPartPr>
        <w:name w:val="2EF2F3F4FB614ED395ED2CAA747C3F21"/>
        <w:category>
          <w:name w:val="General"/>
          <w:gallery w:val="placeholder"/>
        </w:category>
        <w:types>
          <w:type w:val="bbPlcHdr"/>
        </w:types>
        <w:behaviors>
          <w:behavior w:val="content"/>
        </w:behaviors>
        <w:guid w:val="{15546491-F047-468E-8C16-22CD20C86029}"/>
      </w:docPartPr>
      <w:docPartBody>
        <w:p w:rsidR="00B25FFB" w:rsidRDefault="005A79AA" w:rsidP="005A79AA">
          <w:pPr>
            <w:pStyle w:val="2EF2F3F4FB614ED395ED2CAA747C3F214"/>
          </w:pPr>
          <w:r w:rsidRPr="00397DF4">
            <w:rPr>
              <w:color w:val="595959" w:themeColor="text1" w:themeTint="A6"/>
            </w:rPr>
            <w:t>Type student name</w:t>
          </w:r>
          <w:r w:rsidRPr="00397DF4">
            <w:rPr>
              <w:rStyle w:val="PlaceholderText"/>
              <w:color w:val="595959" w:themeColor="text1" w:themeTint="A6"/>
            </w:rPr>
            <w:t>.</w:t>
          </w:r>
        </w:p>
      </w:docPartBody>
    </w:docPart>
    <w:docPart>
      <w:docPartPr>
        <w:name w:val="4E00C1340B6C4101B61B3C8F62932006"/>
        <w:category>
          <w:name w:val="General"/>
          <w:gallery w:val="placeholder"/>
        </w:category>
        <w:types>
          <w:type w:val="bbPlcHdr"/>
        </w:types>
        <w:behaviors>
          <w:behavior w:val="content"/>
        </w:behaviors>
        <w:guid w:val="{E4E1376A-C67F-4766-BE6D-0A57377C8FC6}"/>
      </w:docPartPr>
      <w:docPartBody>
        <w:p w:rsidR="00B25FFB" w:rsidRDefault="005A79AA" w:rsidP="005A79AA">
          <w:pPr>
            <w:pStyle w:val="4E00C1340B6C4101B61B3C8F629320064"/>
          </w:pPr>
          <w:r w:rsidRPr="00397DF4">
            <w:rPr>
              <w:color w:val="595959" w:themeColor="text1" w:themeTint="A6"/>
            </w:rPr>
            <w:t>Type student address</w:t>
          </w:r>
          <w:r w:rsidRPr="00397DF4">
            <w:rPr>
              <w:rStyle w:val="PlaceholderText"/>
              <w:color w:val="595959" w:themeColor="text1" w:themeTint="A6"/>
            </w:rPr>
            <w:t>.</w:t>
          </w:r>
        </w:p>
      </w:docPartBody>
    </w:docPart>
    <w:docPart>
      <w:docPartPr>
        <w:name w:val="38A6143D1A4C494A9762F3A8C88C880D"/>
        <w:category>
          <w:name w:val="General"/>
          <w:gallery w:val="placeholder"/>
        </w:category>
        <w:types>
          <w:type w:val="bbPlcHdr"/>
        </w:types>
        <w:behaviors>
          <w:behavior w:val="content"/>
        </w:behaviors>
        <w:guid w:val="{BB28B695-2F30-4A84-90E1-7F85DAF6CB22}"/>
      </w:docPartPr>
      <w:docPartBody>
        <w:p w:rsidR="00B25FFB" w:rsidRDefault="005A79AA" w:rsidP="005A79AA">
          <w:pPr>
            <w:pStyle w:val="38A6143D1A4C494A9762F3A8C88C880D4"/>
          </w:pPr>
          <w:r>
            <w:rPr>
              <w:rStyle w:val="PlaceholderText"/>
            </w:rPr>
            <w:t>Type cell number</w:t>
          </w:r>
        </w:p>
      </w:docPartBody>
    </w:docPart>
    <w:docPart>
      <w:docPartPr>
        <w:name w:val="A6BBDCF34B3C46E5A0B8C99B7FE8C0A6"/>
        <w:category>
          <w:name w:val="General"/>
          <w:gallery w:val="placeholder"/>
        </w:category>
        <w:types>
          <w:type w:val="bbPlcHdr"/>
        </w:types>
        <w:behaviors>
          <w:behavior w:val="content"/>
        </w:behaviors>
        <w:guid w:val="{8CB83CF5-E8EC-4D84-90D2-AF044279962A}"/>
      </w:docPartPr>
      <w:docPartBody>
        <w:p w:rsidR="00B25FFB" w:rsidRDefault="005A79AA" w:rsidP="005A79AA">
          <w:pPr>
            <w:pStyle w:val="A6BBDCF34B3C46E5A0B8C99B7FE8C0A64"/>
          </w:pPr>
          <w:r>
            <w:rPr>
              <w:rStyle w:val="PlaceholderText"/>
            </w:rPr>
            <w:t>Type email</w:t>
          </w:r>
        </w:p>
      </w:docPartBody>
    </w:docPart>
    <w:docPart>
      <w:docPartPr>
        <w:name w:val="178FEA489CAA428C92B9D7B869FF8368"/>
        <w:category>
          <w:name w:val="General"/>
          <w:gallery w:val="placeholder"/>
        </w:category>
        <w:types>
          <w:type w:val="bbPlcHdr"/>
        </w:types>
        <w:behaviors>
          <w:behavior w:val="content"/>
        </w:behaviors>
        <w:guid w:val="{D58310C6-AED8-4B4D-B627-B871B4F3532D}"/>
      </w:docPartPr>
      <w:docPartBody>
        <w:p w:rsidR="00B25FFB" w:rsidRDefault="005A79AA" w:rsidP="005A79AA">
          <w:pPr>
            <w:pStyle w:val="178FEA489CAA428C92B9D7B869FF83684"/>
          </w:pPr>
          <w:r>
            <w:rPr>
              <w:rStyle w:val="PlaceholderText"/>
            </w:rPr>
            <w:t>Type full legal name or e-signture</w:t>
          </w:r>
        </w:p>
      </w:docPartBody>
    </w:docPart>
    <w:docPart>
      <w:docPartPr>
        <w:name w:val="518CA9F7BB544CF49823FE80DC093387"/>
        <w:category>
          <w:name w:val="General"/>
          <w:gallery w:val="placeholder"/>
        </w:category>
        <w:types>
          <w:type w:val="bbPlcHdr"/>
        </w:types>
        <w:behaviors>
          <w:behavior w:val="content"/>
        </w:behaviors>
        <w:guid w:val="{D3423E32-0C8D-4D97-A068-4D58F6F831FC}"/>
      </w:docPartPr>
      <w:docPartBody>
        <w:p w:rsidR="00B25FFB" w:rsidRDefault="005A79AA" w:rsidP="005A79AA">
          <w:pPr>
            <w:pStyle w:val="518CA9F7BB544CF49823FE80DC0933874"/>
          </w:pPr>
          <w:r w:rsidRPr="00397DF4">
            <w:rPr>
              <w:color w:val="595959" w:themeColor="text1" w:themeTint="A6"/>
            </w:rPr>
            <w:t xml:space="preserve">Type </w:t>
          </w:r>
          <w:r w:rsidRPr="00397DF4">
            <w:rPr>
              <w:rStyle w:val="PlaceholderText"/>
              <w:color w:val="595959" w:themeColor="text1" w:themeTint="A6"/>
            </w:rPr>
            <w:t>Parent name.</w:t>
          </w:r>
        </w:p>
      </w:docPartBody>
    </w:docPart>
    <w:docPart>
      <w:docPartPr>
        <w:name w:val="4B90AA0D5D464741800ADA6761F65A51"/>
        <w:category>
          <w:name w:val="General"/>
          <w:gallery w:val="placeholder"/>
        </w:category>
        <w:types>
          <w:type w:val="bbPlcHdr"/>
        </w:types>
        <w:behaviors>
          <w:behavior w:val="content"/>
        </w:behaviors>
        <w:guid w:val="{6B614E6F-7EDE-418F-9507-21DF7CF500A2}"/>
      </w:docPartPr>
      <w:docPartBody>
        <w:p w:rsidR="00B25FFB" w:rsidRDefault="005A79AA" w:rsidP="005A79AA">
          <w:pPr>
            <w:pStyle w:val="4B90AA0D5D464741800ADA6761F65A514"/>
          </w:pPr>
          <w:r>
            <w:rPr>
              <w:rStyle w:val="PlaceholderText"/>
            </w:rPr>
            <w:t>Type contact No</w:t>
          </w:r>
          <w:r w:rsidRPr="00B07089">
            <w:rPr>
              <w:rStyle w:val="PlaceholderText"/>
            </w:rPr>
            <w:t>.</w:t>
          </w:r>
        </w:p>
      </w:docPartBody>
    </w:docPart>
    <w:docPart>
      <w:docPartPr>
        <w:name w:val="7B727C1C2CA24315A420D61E56F1F3BB"/>
        <w:category>
          <w:name w:val="General"/>
          <w:gallery w:val="placeholder"/>
        </w:category>
        <w:types>
          <w:type w:val="bbPlcHdr"/>
        </w:types>
        <w:behaviors>
          <w:behavior w:val="content"/>
        </w:behaviors>
        <w:guid w:val="{5BA3E1F4-E5E1-45FC-9CFA-9F6BD541421E}"/>
      </w:docPartPr>
      <w:docPartBody>
        <w:p w:rsidR="00B25FFB" w:rsidRDefault="005A79AA" w:rsidP="005A79AA">
          <w:pPr>
            <w:pStyle w:val="7B727C1C2CA24315A420D61E56F1F3BB4"/>
          </w:pPr>
          <w:r>
            <w:rPr>
              <w:rStyle w:val="PlaceholderText"/>
            </w:rPr>
            <w:t>Type address</w:t>
          </w:r>
          <w:r w:rsidRPr="00B07089">
            <w:rPr>
              <w:rStyle w:val="PlaceholderText"/>
            </w:rPr>
            <w:t>.</w:t>
          </w:r>
        </w:p>
      </w:docPartBody>
    </w:docPart>
    <w:docPart>
      <w:docPartPr>
        <w:name w:val="766A07C28385478F83109E7CCF3B9379"/>
        <w:category>
          <w:name w:val="General"/>
          <w:gallery w:val="placeholder"/>
        </w:category>
        <w:types>
          <w:type w:val="bbPlcHdr"/>
        </w:types>
        <w:behaviors>
          <w:behavior w:val="content"/>
        </w:behaviors>
        <w:guid w:val="{553561CE-2B21-497F-A361-32E9D505FA01}"/>
      </w:docPartPr>
      <w:docPartBody>
        <w:p w:rsidR="00B25FFB" w:rsidRDefault="005A79AA" w:rsidP="005A79AA">
          <w:pPr>
            <w:pStyle w:val="766A07C28385478F83109E7CCF3B93794"/>
          </w:pPr>
          <w:r>
            <w:rPr>
              <w:rStyle w:val="PlaceholderText"/>
            </w:rPr>
            <w:t>Type email</w:t>
          </w:r>
        </w:p>
      </w:docPartBody>
    </w:docPart>
    <w:docPart>
      <w:docPartPr>
        <w:name w:val="9EFE6A3D257F4862B224AF530612185E"/>
        <w:category>
          <w:name w:val="General"/>
          <w:gallery w:val="placeholder"/>
        </w:category>
        <w:types>
          <w:type w:val="bbPlcHdr"/>
        </w:types>
        <w:behaviors>
          <w:behavior w:val="content"/>
        </w:behaviors>
        <w:guid w:val="{FCF60E8A-E44D-4491-AF5B-87090B9A176C}"/>
      </w:docPartPr>
      <w:docPartBody>
        <w:p w:rsidR="00B25FFB" w:rsidRDefault="005A79AA" w:rsidP="005A79AA">
          <w:pPr>
            <w:pStyle w:val="9EFE6A3D257F4862B224AF530612185E4"/>
          </w:pPr>
          <w:r>
            <w:rPr>
              <w:rStyle w:val="PlaceholderText"/>
            </w:rPr>
            <w:t xml:space="preserve"> Type full legal name or e-signature</w:t>
          </w:r>
        </w:p>
      </w:docPartBody>
    </w:docPart>
    <w:docPart>
      <w:docPartPr>
        <w:name w:val="2DF77DFB181F4654AC4636C03601097A"/>
        <w:category>
          <w:name w:val="General"/>
          <w:gallery w:val="placeholder"/>
        </w:category>
        <w:types>
          <w:type w:val="bbPlcHdr"/>
        </w:types>
        <w:behaviors>
          <w:behavior w:val="content"/>
        </w:behaviors>
        <w:guid w:val="{8DE2761E-5E14-4507-B000-EF9D2AC86330}"/>
      </w:docPartPr>
      <w:docPartBody>
        <w:p w:rsidR="00B25FFB" w:rsidRDefault="001724F1" w:rsidP="001724F1">
          <w:pPr>
            <w:pStyle w:val="2DF77DFB181F4654AC4636C03601097A"/>
          </w:pPr>
          <w:r>
            <w:rPr>
              <w:rStyle w:val="PlaceholderText"/>
            </w:rPr>
            <w:t>Type business name</w:t>
          </w:r>
        </w:p>
      </w:docPartBody>
    </w:docPart>
    <w:docPart>
      <w:docPartPr>
        <w:name w:val="2888F1CB9BA64705966D14A328694B2E"/>
        <w:category>
          <w:name w:val="General"/>
          <w:gallery w:val="placeholder"/>
        </w:category>
        <w:types>
          <w:type w:val="bbPlcHdr"/>
        </w:types>
        <w:behaviors>
          <w:behavior w:val="content"/>
        </w:behaviors>
        <w:guid w:val="{11495120-F1EC-4307-A8E9-057BA2F03A82}"/>
      </w:docPartPr>
      <w:docPartBody>
        <w:p w:rsidR="00B25FFB" w:rsidRDefault="005A79AA" w:rsidP="005A79AA">
          <w:pPr>
            <w:pStyle w:val="2888F1CB9BA64705966D14A328694B2E4"/>
          </w:pPr>
          <w:r>
            <w:rPr>
              <w:rStyle w:val="PlaceholderText"/>
            </w:rPr>
            <w:t>Type account no.</w:t>
          </w:r>
        </w:p>
      </w:docPartBody>
    </w:docPart>
    <w:docPart>
      <w:docPartPr>
        <w:name w:val="F3A563B63BD9436291F26F549423086D"/>
        <w:category>
          <w:name w:val="General"/>
          <w:gallery w:val="placeholder"/>
        </w:category>
        <w:types>
          <w:type w:val="bbPlcHdr"/>
        </w:types>
        <w:behaviors>
          <w:behavior w:val="content"/>
        </w:behaviors>
        <w:guid w:val="{32DCB07B-9703-4C85-B21F-B6CFD22C4177}"/>
      </w:docPartPr>
      <w:docPartBody>
        <w:p w:rsidR="00B25FFB" w:rsidRDefault="005A79AA" w:rsidP="005A79AA">
          <w:pPr>
            <w:pStyle w:val="F3A563B63BD9436291F26F549423086D4"/>
          </w:pPr>
          <w:r>
            <w:rPr>
              <w:rStyle w:val="PlaceholderText"/>
            </w:rPr>
            <w:t>Type business address</w:t>
          </w:r>
          <w:r w:rsidRPr="00B07089">
            <w:rPr>
              <w:rStyle w:val="PlaceholderText"/>
            </w:rPr>
            <w:t>.</w:t>
          </w:r>
        </w:p>
      </w:docPartBody>
    </w:docPart>
    <w:docPart>
      <w:docPartPr>
        <w:name w:val="FA6E2D5254434CEFA9F2FF98BA4FD825"/>
        <w:category>
          <w:name w:val="General"/>
          <w:gallery w:val="placeholder"/>
        </w:category>
        <w:types>
          <w:type w:val="bbPlcHdr"/>
        </w:types>
        <w:behaviors>
          <w:behavior w:val="content"/>
        </w:behaviors>
        <w:guid w:val="{408953BD-168C-4528-8BE2-AA49B5F760F6}"/>
      </w:docPartPr>
      <w:docPartBody>
        <w:p w:rsidR="00B25FFB" w:rsidRDefault="005A79AA" w:rsidP="005A79AA">
          <w:pPr>
            <w:pStyle w:val="FA6E2D5254434CEFA9F2FF98BA4FD8254"/>
          </w:pPr>
          <w:r>
            <w:rPr>
              <w:rStyle w:val="PlaceholderText"/>
            </w:rPr>
            <w:t>Type supervisor name</w:t>
          </w:r>
        </w:p>
      </w:docPartBody>
    </w:docPart>
    <w:docPart>
      <w:docPartPr>
        <w:name w:val="821372F7FD564C9A8BE6FA2362BB20F1"/>
        <w:category>
          <w:name w:val="General"/>
          <w:gallery w:val="placeholder"/>
        </w:category>
        <w:types>
          <w:type w:val="bbPlcHdr"/>
        </w:types>
        <w:behaviors>
          <w:behavior w:val="content"/>
        </w:behaviors>
        <w:guid w:val="{9178BDEF-53D5-44E1-9E23-E21C5578AA01}"/>
      </w:docPartPr>
      <w:docPartBody>
        <w:p w:rsidR="00B25FFB" w:rsidRDefault="005A79AA" w:rsidP="005A79AA">
          <w:pPr>
            <w:pStyle w:val="821372F7FD564C9A8BE6FA2362BB20F14"/>
          </w:pPr>
          <w:r>
            <w:rPr>
              <w:rStyle w:val="PlaceholderText"/>
            </w:rPr>
            <w:t>Type business phone</w:t>
          </w:r>
          <w:r w:rsidRPr="00B07089">
            <w:rPr>
              <w:rStyle w:val="PlaceholderText"/>
            </w:rPr>
            <w:t>.</w:t>
          </w:r>
        </w:p>
      </w:docPartBody>
    </w:docPart>
    <w:docPart>
      <w:docPartPr>
        <w:name w:val="B2F409FCBF4747708363E1D3D7280B4F"/>
        <w:category>
          <w:name w:val="General"/>
          <w:gallery w:val="placeholder"/>
        </w:category>
        <w:types>
          <w:type w:val="bbPlcHdr"/>
        </w:types>
        <w:behaviors>
          <w:behavior w:val="content"/>
        </w:behaviors>
        <w:guid w:val="{542EC8F0-EF0D-4BC5-B5D8-3C89162773F8}"/>
      </w:docPartPr>
      <w:docPartBody>
        <w:p w:rsidR="00B25FFB" w:rsidRDefault="005A79AA" w:rsidP="005A79AA">
          <w:pPr>
            <w:pStyle w:val="B2F409FCBF4747708363E1D3D7280B4F4"/>
          </w:pPr>
          <w:r w:rsidRPr="00CF5340">
            <w:rPr>
              <w:color w:val="595959" w:themeColor="text1" w:themeTint="A6"/>
            </w:rPr>
            <w:t xml:space="preserve">Type </w:t>
          </w:r>
          <w:r w:rsidRPr="00CF5340">
            <w:rPr>
              <w:rStyle w:val="PlaceholderText"/>
              <w:color w:val="595959" w:themeColor="text1" w:themeTint="A6"/>
            </w:rPr>
            <w:t>full legal name or e-signature</w:t>
          </w:r>
        </w:p>
      </w:docPartBody>
    </w:docPart>
    <w:docPart>
      <w:docPartPr>
        <w:name w:val="00B29636A9584DB98B0BCEA64D747746"/>
        <w:category>
          <w:name w:val="General"/>
          <w:gallery w:val="placeholder"/>
        </w:category>
        <w:types>
          <w:type w:val="bbPlcHdr"/>
        </w:types>
        <w:behaviors>
          <w:behavior w:val="content"/>
        </w:behaviors>
        <w:guid w:val="{7B05FB75-8C3C-4A42-BE35-7BCB960EC413}"/>
      </w:docPartPr>
      <w:docPartBody>
        <w:p w:rsidR="00B25FFB" w:rsidRDefault="005A79AA" w:rsidP="005A79AA">
          <w:pPr>
            <w:pStyle w:val="00B29636A9584DB98B0BCEA64D7477464"/>
          </w:pPr>
          <w:r>
            <w:rPr>
              <w:rStyle w:val="PlaceholderText"/>
            </w:rPr>
            <w:t>Type business email</w:t>
          </w:r>
        </w:p>
      </w:docPartBody>
    </w:docPart>
    <w:docPart>
      <w:docPartPr>
        <w:name w:val="AE58AF41B9244D04A5F7A0DBD9A7CD28"/>
        <w:category>
          <w:name w:val="General"/>
          <w:gallery w:val="placeholder"/>
        </w:category>
        <w:types>
          <w:type w:val="bbPlcHdr"/>
        </w:types>
        <w:behaviors>
          <w:behavior w:val="content"/>
        </w:behaviors>
        <w:guid w:val="{507214D0-B5BD-46FE-9BD2-E4E8F4953F76}"/>
      </w:docPartPr>
      <w:docPartBody>
        <w:p w:rsidR="00B25FFB" w:rsidRDefault="005A79AA" w:rsidP="005A79AA">
          <w:pPr>
            <w:pStyle w:val="AE58AF41B9244D04A5F7A0DBD9A7CD282"/>
          </w:pPr>
          <w:r w:rsidRPr="00CF5340">
            <w:rPr>
              <w:color w:val="595959" w:themeColor="text1" w:themeTint="A6"/>
            </w:rPr>
            <w:t>Placement start date</w:t>
          </w:r>
        </w:p>
      </w:docPartBody>
    </w:docPart>
    <w:docPart>
      <w:docPartPr>
        <w:name w:val="585FEDAA96764324A132935FBF1E66ED"/>
        <w:category>
          <w:name w:val="General"/>
          <w:gallery w:val="placeholder"/>
        </w:category>
        <w:types>
          <w:type w:val="bbPlcHdr"/>
        </w:types>
        <w:behaviors>
          <w:behavior w:val="content"/>
        </w:behaviors>
        <w:guid w:val="{07747968-1922-42A5-8256-9DF01C29577B}"/>
      </w:docPartPr>
      <w:docPartBody>
        <w:p w:rsidR="00B25FFB" w:rsidRDefault="005A79AA" w:rsidP="005A79AA">
          <w:pPr>
            <w:pStyle w:val="585FEDAA96764324A132935FBF1E66ED4"/>
          </w:pPr>
          <w:r>
            <w:rPr>
              <w:rStyle w:val="PlaceholderText"/>
            </w:rPr>
            <w:t>Placement end date</w:t>
          </w:r>
          <w:r w:rsidRPr="00B07089">
            <w:rPr>
              <w:rStyle w:val="PlaceholderText"/>
            </w:rPr>
            <w:t>.</w:t>
          </w:r>
        </w:p>
      </w:docPartBody>
    </w:docPart>
    <w:docPart>
      <w:docPartPr>
        <w:name w:val="F47FBBC9F04D421385ACD080106D0311"/>
        <w:category>
          <w:name w:val="General"/>
          <w:gallery w:val="placeholder"/>
        </w:category>
        <w:types>
          <w:type w:val="bbPlcHdr"/>
        </w:types>
        <w:behaviors>
          <w:behavior w:val="content"/>
        </w:behaviors>
        <w:guid w:val="{A1DC92EA-0C2B-4A28-81E9-AFA640F72ED9}"/>
      </w:docPartPr>
      <w:docPartBody>
        <w:p w:rsidR="00B25FFB" w:rsidRDefault="005A79AA" w:rsidP="005A79AA">
          <w:pPr>
            <w:pStyle w:val="F47FBBC9F04D421385ACD080106D03114"/>
          </w:pPr>
          <w:r>
            <w:rPr>
              <w:rStyle w:val="PlaceholderText"/>
            </w:rPr>
            <w:t>Select</w:t>
          </w:r>
          <w:r w:rsidRPr="00B07089">
            <w:rPr>
              <w:rStyle w:val="PlaceholderText"/>
            </w:rPr>
            <w:t>.</w:t>
          </w:r>
        </w:p>
      </w:docPartBody>
    </w:docPart>
    <w:docPart>
      <w:docPartPr>
        <w:name w:val="15C4FF223C3543398BCFF55B93B43491"/>
        <w:category>
          <w:name w:val="General"/>
          <w:gallery w:val="placeholder"/>
        </w:category>
        <w:types>
          <w:type w:val="bbPlcHdr"/>
        </w:types>
        <w:behaviors>
          <w:behavior w:val="content"/>
        </w:behaviors>
        <w:guid w:val="{9737AF7D-1B3F-4ECC-BDBC-1B1D21107466}"/>
      </w:docPartPr>
      <w:docPartBody>
        <w:p w:rsidR="00B25FFB" w:rsidRDefault="005A79AA" w:rsidP="005A79AA">
          <w:pPr>
            <w:pStyle w:val="15C4FF223C3543398BCFF55B93B434914"/>
          </w:pPr>
          <w:r>
            <w:rPr>
              <w:rStyle w:val="PlaceholderText"/>
            </w:rPr>
            <w:t>Select one</w:t>
          </w:r>
        </w:p>
      </w:docPartBody>
    </w:docPart>
    <w:docPart>
      <w:docPartPr>
        <w:name w:val="43D6A4C00A98424B8B4613CCBD4C7B1F"/>
        <w:category>
          <w:name w:val="General"/>
          <w:gallery w:val="placeholder"/>
        </w:category>
        <w:types>
          <w:type w:val="bbPlcHdr"/>
        </w:types>
        <w:behaviors>
          <w:behavior w:val="content"/>
        </w:behaviors>
        <w:guid w:val="{FDB54417-B5C0-4C47-AEFC-A828A9AC78A7}"/>
      </w:docPartPr>
      <w:docPartBody>
        <w:p w:rsidR="00B25FFB" w:rsidRDefault="005A79AA" w:rsidP="005A79AA">
          <w:pPr>
            <w:pStyle w:val="43D6A4C00A98424B8B4613CCBD4C7B1F4"/>
          </w:pPr>
          <w:r>
            <w:rPr>
              <w:rStyle w:val="PlaceholderText"/>
            </w:rPr>
            <w:t>Time</w:t>
          </w:r>
        </w:p>
      </w:docPartBody>
    </w:docPart>
    <w:docPart>
      <w:docPartPr>
        <w:name w:val="C5F59AB15D564DC3801C5871D9421775"/>
        <w:category>
          <w:name w:val="General"/>
          <w:gallery w:val="placeholder"/>
        </w:category>
        <w:types>
          <w:type w:val="bbPlcHdr"/>
        </w:types>
        <w:behaviors>
          <w:behavior w:val="content"/>
        </w:behaviors>
        <w:guid w:val="{7A69C68F-04DC-4CEC-B606-40F9FD0D74E6}"/>
      </w:docPartPr>
      <w:docPartBody>
        <w:p w:rsidR="00B25FFB" w:rsidRDefault="005A79AA" w:rsidP="005A79AA">
          <w:pPr>
            <w:pStyle w:val="C5F59AB15D564DC3801C5871D94217754"/>
          </w:pPr>
          <w:r>
            <w:rPr>
              <w:rStyle w:val="PlaceholderText"/>
            </w:rPr>
            <w:t>Time</w:t>
          </w:r>
        </w:p>
      </w:docPartBody>
    </w:docPart>
    <w:docPart>
      <w:docPartPr>
        <w:name w:val="260CBEFC7A8645B1BDFE3EB7ECACBF5A"/>
        <w:category>
          <w:name w:val="General"/>
          <w:gallery w:val="placeholder"/>
        </w:category>
        <w:types>
          <w:type w:val="bbPlcHdr"/>
        </w:types>
        <w:behaviors>
          <w:behavior w:val="content"/>
        </w:behaviors>
        <w:guid w:val="{11D48F86-BE1A-4D6D-A360-5A476A29F044}"/>
      </w:docPartPr>
      <w:docPartBody>
        <w:p w:rsidR="00B25FFB" w:rsidRDefault="005A79AA" w:rsidP="005A79AA">
          <w:pPr>
            <w:pStyle w:val="260CBEFC7A8645B1BDFE3EB7ECACBF5A4"/>
          </w:pPr>
          <w:r>
            <w:rPr>
              <w:rStyle w:val="PlaceholderText"/>
            </w:rPr>
            <w:t>Time</w:t>
          </w:r>
        </w:p>
      </w:docPartBody>
    </w:docPart>
    <w:docPart>
      <w:docPartPr>
        <w:name w:val="2C87257AC1E0475F80912B5F047B7EB7"/>
        <w:category>
          <w:name w:val="General"/>
          <w:gallery w:val="placeholder"/>
        </w:category>
        <w:types>
          <w:type w:val="bbPlcHdr"/>
        </w:types>
        <w:behaviors>
          <w:behavior w:val="content"/>
        </w:behaviors>
        <w:guid w:val="{FBF0A3D5-E80F-4BEF-946C-61C0FFD94AB4}"/>
      </w:docPartPr>
      <w:docPartBody>
        <w:p w:rsidR="00B25FFB" w:rsidRDefault="005A79AA" w:rsidP="005A79AA">
          <w:pPr>
            <w:pStyle w:val="2C87257AC1E0475F80912B5F047B7EB74"/>
          </w:pPr>
          <w:r>
            <w:rPr>
              <w:rStyle w:val="PlaceholderText"/>
            </w:rPr>
            <w:t>Time</w:t>
          </w:r>
        </w:p>
      </w:docPartBody>
    </w:docPart>
    <w:docPart>
      <w:docPartPr>
        <w:name w:val="09CA7970F4F043F8B313814468E959AE"/>
        <w:category>
          <w:name w:val="General"/>
          <w:gallery w:val="placeholder"/>
        </w:category>
        <w:types>
          <w:type w:val="bbPlcHdr"/>
        </w:types>
        <w:behaviors>
          <w:behavior w:val="content"/>
        </w:behaviors>
        <w:guid w:val="{8A916C49-AFA3-433F-A12C-6163E54907D1}"/>
      </w:docPartPr>
      <w:docPartBody>
        <w:p w:rsidR="00B25FFB" w:rsidRDefault="005A79AA" w:rsidP="005A79AA">
          <w:pPr>
            <w:pStyle w:val="09CA7970F4F043F8B313814468E959AE4"/>
          </w:pPr>
          <w:r>
            <w:rPr>
              <w:rStyle w:val="PlaceholderText"/>
            </w:rPr>
            <w:t>Time</w:t>
          </w:r>
        </w:p>
      </w:docPartBody>
    </w:docPart>
    <w:docPart>
      <w:docPartPr>
        <w:name w:val="F0BE431A109148E09174B938DE75E5A7"/>
        <w:category>
          <w:name w:val="General"/>
          <w:gallery w:val="placeholder"/>
        </w:category>
        <w:types>
          <w:type w:val="bbPlcHdr"/>
        </w:types>
        <w:behaviors>
          <w:behavior w:val="content"/>
        </w:behaviors>
        <w:guid w:val="{E7A07E02-6E0A-4B5C-84AF-E85A6746ED24}"/>
      </w:docPartPr>
      <w:docPartBody>
        <w:p w:rsidR="00B25FFB" w:rsidRDefault="005A79AA" w:rsidP="005A79AA">
          <w:pPr>
            <w:pStyle w:val="F0BE431A109148E09174B938DE75E5A74"/>
          </w:pPr>
          <w:r>
            <w:rPr>
              <w:rStyle w:val="PlaceholderText"/>
            </w:rPr>
            <w:t>Time</w:t>
          </w:r>
        </w:p>
      </w:docPartBody>
    </w:docPart>
    <w:docPart>
      <w:docPartPr>
        <w:name w:val="409B9E7EF235456289912CB235E148CF"/>
        <w:category>
          <w:name w:val="General"/>
          <w:gallery w:val="placeholder"/>
        </w:category>
        <w:types>
          <w:type w:val="bbPlcHdr"/>
        </w:types>
        <w:behaviors>
          <w:behavior w:val="content"/>
        </w:behaviors>
        <w:guid w:val="{29F8BC6D-3CE3-45E0-B95E-FEFF23F26B98}"/>
      </w:docPartPr>
      <w:docPartBody>
        <w:p w:rsidR="00B25FFB" w:rsidRDefault="005A79AA" w:rsidP="005A79AA">
          <w:pPr>
            <w:pStyle w:val="409B9E7EF235456289912CB235E148CF4"/>
          </w:pPr>
          <w:r>
            <w:rPr>
              <w:rStyle w:val="PlaceholderText"/>
            </w:rPr>
            <w:t>Time</w:t>
          </w:r>
        </w:p>
      </w:docPartBody>
    </w:docPart>
    <w:docPart>
      <w:docPartPr>
        <w:name w:val="7C3418B635F140E7976D01E26843DF22"/>
        <w:category>
          <w:name w:val="General"/>
          <w:gallery w:val="placeholder"/>
        </w:category>
        <w:types>
          <w:type w:val="bbPlcHdr"/>
        </w:types>
        <w:behaviors>
          <w:behavior w:val="content"/>
        </w:behaviors>
        <w:guid w:val="{809FC429-2CC0-455D-8424-4C1ED93B1C8D}"/>
      </w:docPartPr>
      <w:docPartBody>
        <w:p w:rsidR="00B25FFB" w:rsidRDefault="005A79AA" w:rsidP="005A79AA">
          <w:pPr>
            <w:pStyle w:val="7C3418B635F140E7976D01E26843DF224"/>
          </w:pPr>
          <w:r>
            <w:rPr>
              <w:rStyle w:val="PlaceholderText"/>
            </w:rPr>
            <w:t>Time</w:t>
          </w:r>
        </w:p>
      </w:docPartBody>
    </w:docPart>
    <w:docPart>
      <w:docPartPr>
        <w:name w:val="2383B822DC1143A083EDDCA179B13D1C"/>
        <w:category>
          <w:name w:val="General"/>
          <w:gallery w:val="placeholder"/>
        </w:category>
        <w:types>
          <w:type w:val="bbPlcHdr"/>
        </w:types>
        <w:behaviors>
          <w:behavior w:val="content"/>
        </w:behaviors>
        <w:guid w:val="{B7F093A7-E96C-4C5B-8673-E4CE79FBB4FA}"/>
      </w:docPartPr>
      <w:docPartBody>
        <w:p w:rsidR="00B25FFB" w:rsidRDefault="005A79AA" w:rsidP="005A79AA">
          <w:pPr>
            <w:pStyle w:val="2383B822DC1143A083EDDCA179B13D1C4"/>
          </w:pPr>
          <w:r>
            <w:rPr>
              <w:rStyle w:val="PlaceholderText"/>
            </w:rPr>
            <w:t>Time</w:t>
          </w:r>
        </w:p>
      </w:docPartBody>
    </w:docPart>
    <w:docPart>
      <w:docPartPr>
        <w:name w:val="45316E674F574978A8CDA9ACB7846FFE"/>
        <w:category>
          <w:name w:val="General"/>
          <w:gallery w:val="placeholder"/>
        </w:category>
        <w:types>
          <w:type w:val="bbPlcHdr"/>
        </w:types>
        <w:behaviors>
          <w:behavior w:val="content"/>
        </w:behaviors>
        <w:guid w:val="{71193FF3-CD44-4820-AC62-32201937ACD4}"/>
      </w:docPartPr>
      <w:docPartBody>
        <w:p w:rsidR="00B25FFB" w:rsidRDefault="005A79AA" w:rsidP="005A79AA">
          <w:pPr>
            <w:pStyle w:val="45316E674F574978A8CDA9ACB7846FFE4"/>
          </w:pPr>
          <w:r>
            <w:rPr>
              <w:rStyle w:val="PlaceholderText"/>
            </w:rPr>
            <w:t>Time</w:t>
          </w:r>
        </w:p>
      </w:docPartBody>
    </w:docPart>
    <w:docPart>
      <w:docPartPr>
        <w:name w:val="1D6831A185454C988F59FF9431296767"/>
        <w:category>
          <w:name w:val="General"/>
          <w:gallery w:val="placeholder"/>
        </w:category>
        <w:types>
          <w:type w:val="bbPlcHdr"/>
        </w:types>
        <w:behaviors>
          <w:behavior w:val="content"/>
        </w:behaviors>
        <w:guid w:val="{341FC667-27A0-4751-83B6-8CBE9C509158}"/>
      </w:docPartPr>
      <w:docPartBody>
        <w:p w:rsidR="00B25FFB" w:rsidRDefault="005A79AA" w:rsidP="005A79AA">
          <w:pPr>
            <w:pStyle w:val="1D6831A185454C988F59FF94312967674"/>
          </w:pPr>
          <w:r>
            <w:rPr>
              <w:rStyle w:val="PlaceholderText"/>
            </w:rPr>
            <w:t>Time</w:t>
          </w:r>
        </w:p>
      </w:docPartBody>
    </w:docPart>
    <w:docPart>
      <w:docPartPr>
        <w:name w:val="0A1012AD53E548D392C591D946DF788A"/>
        <w:category>
          <w:name w:val="General"/>
          <w:gallery w:val="placeholder"/>
        </w:category>
        <w:types>
          <w:type w:val="bbPlcHdr"/>
        </w:types>
        <w:behaviors>
          <w:behavior w:val="content"/>
        </w:behaviors>
        <w:guid w:val="{A94D892F-8244-46DC-9643-2EECEFDB4300}"/>
      </w:docPartPr>
      <w:docPartBody>
        <w:p w:rsidR="00B25FFB" w:rsidRDefault="005A79AA" w:rsidP="005A79AA">
          <w:pPr>
            <w:pStyle w:val="0A1012AD53E548D392C591D946DF788A4"/>
          </w:pPr>
          <w:r>
            <w:rPr>
              <w:rStyle w:val="PlaceholderText"/>
            </w:rPr>
            <w:t>Time</w:t>
          </w:r>
        </w:p>
      </w:docPartBody>
    </w:docPart>
    <w:docPart>
      <w:docPartPr>
        <w:name w:val="C78142C572E34E9A8E9BF2EFF9EEFAB6"/>
        <w:category>
          <w:name w:val="General"/>
          <w:gallery w:val="placeholder"/>
        </w:category>
        <w:types>
          <w:type w:val="bbPlcHdr"/>
        </w:types>
        <w:behaviors>
          <w:behavior w:val="content"/>
        </w:behaviors>
        <w:guid w:val="{A4BBC95C-1119-49AF-A1CD-4BD8E41C66FE}"/>
      </w:docPartPr>
      <w:docPartBody>
        <w:p w:rsidR="00B25FFB" w:rsidRDefault="005A79AA" w:rsidP="005A79AA">
          <w:pPr>
            <w:pStyle w:val="C78142C572E34E9A8E9BF2EFF9EEFAB64"/>
          </w:pPr>
          <w:r>
            <w:rPr>
              <w:rStyle w:val="PlaceholderText"/>
            </w:rPr>
            <w:t>Time</w:t>
          </w:r>
        </w:p>
      </w:docPartBody>
    </w:docPart>
    <w:docPart>
      <w:docPartPr>
        <w:name w:val="8228074B283045659A7E00AA894869F4"/>
        <w:category>
          <w:name w:val="General"/>
          <w:gallery w:val="placeholder"/>
        </w:category>
        <w:types>
          <w:type w:val="bbPlcHdr"/>
        </w:types>
        <w:behaviors>
          <w:behavior w:val="content"/>
        </w:behaviors>
        <w:guid w:val="{6AF1FF3D-ABF1-48E5-8094-61716BA003B0}"/>
      </w:docPartPr>
      <w:docPartBody>
        <w:p w:rsidR="00B25FFB" w:rsidRDefault="005A79AA" w:rsidP="005A79AA">
          <w:pPr>
            <w:pStyle w:val="8228074B283045659A7E00AA894869F44"/>
          </w:pPr>
          <w:r>
            <w:rPr>
              <w:rStyle w:val="PlaceholderText"/>
            </w:rPr>
            <w:t>Time</w:t>
          </w:r>
        </w:p>
      </w:docPartBody>
    </w:docPart>
    <w:docPart>
      <w:docPartPr>
        <w:name w:val="DE5DE8566CFB49E5BC89A2D2B525EA00"/>
        <w:category>
          <w:name w:val="General"/>
          <w:gallery w:val="placeholder"/>
        </w:category>
        <w:types>
          <w:type w:val="bbPlcHdr"/>
        </w:types>
        <w:behaviors>
          <w:behavior w:val="content"/>
        </w:behaviors>
        <w:guid w:val="{53873376-0BE0-4B25-A20F-752ABBD9CFE6}"/>
      </w:docPartPr>
      <w:docPartBody>
        <w:p w:rsidR="00B25FFB" w:rsidRDefault="005A79AA" w:rsidP="005A79AA">
          <w:pPr>
            <w:pStyle w:val="DE5DE8566CFB49E5BC89A2D2B525EA004"/>
          </w:pPr>
          <w:r>
            <w:rPr>
              <w:rStyle w:val="PlaceholderText"/>
            </w:rPr>
            <w:t>Type initials</w:t>
          </w:r>
          <w:r w:rsidRPr="00B07089">
            <w:rPr>
              <w:rStyle w:val="PlaceholderText"/>
            </w:rPr>
            <w:t>.</w:t>
          </w:r>
        </w:p>
      </w:docPartBody>
    </w:docPart>
    <w:docPart>
      <w:docPartPr>
        <w:name w:val="0EDF33D48064450DAA808E51FC152ADF"/>
        <w:category>
          <w:name w:val="General"/>
          <w:gallery w:val="placeholder"/>
        </w:category>
        <w:types>
          <w:type w:val="bbPlcHdr"/>
        </w:types>
        <w:behaviors>
          <w:behavior w:val="content"/>
        </w:behaviors>
        <w:guid w:val="{DBE60722-32A9-4170-9C0A-67DF178BA5F4}"/>
      </w:docPartPr>
      <w:docPartBody>
        <w:p w:rsidR="00B25FFB" w:rsidRDefault="005A79AA" w:rsidP="005A79AA">
          <w:pPr>
            <w:pStyle w:val="0EDF33D48064450DAA808E51FC152ADF4"/>
          </w:pPr>
          <w:r>
            <w:rPr>
              <w:rStyle w:val="PlaceholderText"/>
            </w:rPr>
            <w:t>Type initials</w:t>
          </w:r>
        </w:p>
      </w:docPartBody>
    </w:docPart>
    <w:docPart>
      <w:docPartPr>
        <w:name w:val="E367144175194343A38D7A9DB55B7AF1"/>
        <w:category>
          <w:name w:val="General"/>
          <w:gallery w:val="placeholder"/>
        </w:category>
        <w:types>
          <w:type w:val="bbPlcHdr"/>
        </w:types>
        <w:behaviors>
          <w:behavior w:val="content"/>
        </w:behaviors>
        <w:guid w:val="{7E326EF9-0BEB-4CBE-87AF-1571E9021681}"/>
      </w:docPartPr>
      <w:docPartBody>
        <w:p w:rsidR="00B25FFB" w:rsidRDefault="005A79AA" w:rsidP="005A79AA">
          <w:pPr>
            <w:pStyle w:val="E367144175194343A38D7A9DB55B7AF14"/>
          </w:pPr>
          <w:r>
            <w:rPr>
              <w:rStyle w:val="PlaceholderText"/>
            </w:rPr>
            <w:t>Type initials</w:t>
          </w:r>
        </w:p>
      </w:docPartBody>
    </w:docPart>
    <w:docPart>
      <w:docPartPr>
        <w:name w:val="07DC4C41DAF642F1B00A6BB9CA4E3ADB"/>
        <w:category>
          <w:name w:val="General"/>
          <w:gallery w:val="placeholder"/>
        </w:category>
        <w:types>
          <w:type w:val="bbPlcHdr"/>
        </w:types>
        <w:behaviors>
          <w:behavior w:val="content"/>
        </w:behaviors>
        <w:guid w:val="{744B6D11-1FAB-44C9-AC34-B6D3332AA79E}"/>
      </w:docPartPr>
      <w:docPartBody>
        <w:p w:rsidR="00B25FFB" w:rsidRDefault="005A79AA" w:rsidP="005A79AA">
          <w:pPr>
            <w:pStyle w:val="07DC4C41DAF642F1B00A6BB9CA4E3ADB4"/>
          </w:pPr>
          <w:r>
            <w:rPr>
              <w:rStyle w:val="PlaceholderText"/>
            </w:rPr>
            <w:t>Employer printed name</w:t>
          </w:r>
          <w:r w:rsidRPr="00B07089">
            <w:rPr>
              <w:rStyle w:val="PlaceholderText"/>
            </w:rPr>
            <w:t>.</w:t>
          </w:r>
        </w:p>
      </w:docPartBody>
    </w:docPart>
    <w:docPart>
      <w:docPartPr>
        <w:name w:val="37F7BC41E3EE4486A1001FBB8B0CE8DE"/>
        <w:category>
          <w:name w:val="General"/>
          <w:gallery w:val="placeholder"/>
        </w:category>
        <w:types>
          <w:type w:val="bbPlcHdr"/>
        </w:types>
        <w:behaviors>
          <w:behavior w:val="content"/>
        </w:behaviors>
        <w:guid w:val="{A7A95CE0-3DB8-470E-94C9-D63E52862034}"/>
      </w:docPartPr>
      <w:docPartBody>
        <w:p w:rsidR="00B25FFB" w:rsidRDefault="005A79AA" w:rsidP="005A79AA">
          <w:pPr>
            <w:pStyle w:val="37F7BC41E3EE4486A1001FBB8B0CE8DE4"/>
          </w:pPr>
          <w:r w:rsidRPr="00B07089">
            <w:rPr>
              <w:rStyle w:val="PlaceholderText"/>
            </w:rPr>
            <w:t>Click or tap to enter a date.</w:t>
          </w:r>
        </w:p>
      </w:docPartBody>
    </w:docPart>
    <w:docPart>
      <w:docPartPr>
        <w:name w:val="2961823634BA4D44B87964386D2D0F4A"/>
        <w:category>
          <w:name w:val="General"/>
          <w:gallery w:val="placeholder"/>
        </w:category>
        <w:types>
          <w:type w:val="bbPlcHdr"/>
        </w:types>
        <w:behaviors>
          <w:behavior w:val="content"/>
        </w:behaviors>
        <w:guid w:val="{510D0492-DCCF-4D76-AA49-B166293E5641}"/>
      </w:docPartPr>
      <w:docPartBody>
        <w:p w:rsidR="00B25FFB" w:rsidRDefault="005A79AA" w:rsidP="005A79AA">
          <w:pPr>
            <w:pStyle w:val="2961823634BA4D44B87964386D2D0F4A4"/>
          </w:pPr>
          <w:r>
            <w:rPr>
              <w:rStyle w:val="PlaceholderText"/>
            </w:rPr>
            <w:t>Printed name or e-signature</w:t>
          </w:r>
          <w:r w:rsidRPr="00B07089">
            <w:rPr>
              <w:rStyle w:val="PlaceholderText"/>
            </w:rPr>
            <w:t>.</w:t>
          </w:r>
        </w:p>
      </w:docPartBody>
    </w:docPart>
    <w:docPart>
      <w:docPartPr>
        <w:name w:val="FC2E0717ADBC4CEE8CC99A7B657818C9"/>
        <w:category>
          <w:name w:val="General"/>
          <w:gallery w:val="placeholder"/>
        </w:category>
        <w:types>
          <w:type w:val="bbPlcHdr"/>
        </w:types>
        <w:behaviors>
          <w:behavior w:val="content"/>
        </w:behaviors>
        <w:guid w:val="{FD051EF4-43D2-4B6F-87E7-623B22EEDACB}"/>
      </w:docPartPr>
      <w:docPartBody>
        <w:p w:rsidR="00B25FFB" w:rsidRDefault="005A79AA" w:rsidP="005A79AA">
          <w:pPr>
            <w:pStyle w:val="FC2E0717ADBC4CEE8CC99A7B657818C94"/>
          </w:pPr>
          <w:r>
            <w:rPr>
              <w:rStyle w:val="PlaceholderText"/>
            </w:rPr>
            <w:t>Student printed name</w:t>
          </w:r>
        </w:p>
      </w:docPartBody>
    </w:docPart>
    <w:docPart>
      <w:docPartPr>
        <w:name w:val="B3B833ABD7F64DA7BE8A1A8993EDC2D0"/>
        <w:category>
          <w:name w:val="General"/>
          <w:gallery w:val="placeholder"/>
        </w:category>
        <w:types>
          <w:type w:val="bbPlcHdr"/>
        </w:types>
        <w:behaviors>
          <w:behavior w:val="content"/>
        </w:behaviors>
        <w:guid w:val="{689FDD18-CF44-495F-83AA-64F03885DCE9}"/>
      </w:docPartPr>
      <w:docPartBody>
        <w:p w:rsidR="00B25FFB" w:rsidRDefault="005A79AA" w:rsidP="005A79AA">
          <w:pPr>
            <w:pStyle w:val="B3B833ABD7F64DA7BE8A1A8993EDC2D04"/>
          </w:pPr>
          <w:r w:rsidRPr="00B07089">
            <w:rPr>
              <w:rStyle w:val="PlaceholderText"/>
            </w:rPr>
            <w:t>Click or tap to enter a date.</w:t>
          </w:r>
        </w:p>
      </w:docPartBody>
    </w:docPart>
    <w:docPart>
      <w:docPartPr>
        <w:name w:val="0BFD7D2B444F412194C2FB9337187CB5"/>
        <w:category>
          <w:name w:val="General"/>
          <w:gallery w:val="placeholder"/>
        </w:category>
        <w:types>
          <w:type w:val="bbPlcHdr"/>
        </w:types>
        <w:behaviors>
          <w:behavior w:val="content"/>
        </w:behaviors>
        <w:guid w:val="{BCFBFFEB-8F83-4DF3-A72F-29DC66679626}"/>
      </w:docPartPr>
      <w:docPartBody>
        <w:p w:rsidR="00B25FFB" w:rsidRDefault="005A79AA" w:rsidP="005A79AA">
          <w:pPr>
            <w:pStyle w:val="0BFD7D2B444F412194C2FB9337187CB54"/>
          </w:pPr>
          <w:r>
            <w:rPr>
              <w:rStyle w:val="PlaceholderText"/>
            </w:rPr>
            <w:t>Student name or e-signature</w:t>
          </w:r>
        </w:p>
      </w:docPartBody>
    </w:docPart>
    <w:docPart>
      <w:docPartPr>
        <w:name w:val="F807B557A55E47F58470C9D44D0772B7"/>
        <w:category>
          <w:name w:val="General"/>
          <w:gallery w:val="placeholder"/>
        </w:category>
        <w:types>
          <w:type w:val="bbPlcHdr"/>
        </w:types>
        <w:behaviors>
          <w:behavior w:val="content"/>
        </w:behaviors>
        <w:guid w:val="{CDAD9AB9-A2EC-45AA-AF10-D33E351277FB}"/>
      </w:docPartPr>
      <w:docPartBody>
        <w:p w:rsidR="00B25FFB" w:rsidRDefault="005A79AA" w:rsidP="005A79AA">
          <w:pPr>
            <w:pStyle w:val="F807B557A55E47F58470C9D44D0772B74"/>
          </w:pPr>
          <w:r w:rsidRPr="00B07089">
            <w:rPr>
              <w:rStyle w:val="PlaceholderText"/>
            </w:rPr>
            <w:t>Click or tap to enter a date.</w:t>
          </w:r>
        </w:p>
      </w:docPartBody>
    </w:docPart>
    <w:docPart>
      <w:docPartPr>
        <w:name w:val="4C39D2C4B3F444A880CB9832C05C1C89"/>
        <w:category>
          <w:name w:val="General"/>
          <w:gallery w:val="placeholder"/>
        </w:category>
        <w:types>
          <w:type w:val="bbPlcHdr"/>
        </w:types>
        <w:behaviors>
          <w:behavior w:val="content"/>
        </w:behaviors>
        <w:guid w:val="{A4026863-ED87-422B-BF17-9C3FA30BDB14}"/>
      </w:docPartPr>
      <w:docPartBody>
        <w:p w:rsidR="00B25FFB" w:rsidRDefault="005A79AA" w:rsidP="005A79AA">
          <w:pPr>
            <w:pStyle w:val="4C39D2C4B3F444A880CB9832C05C1C894"/>
          </w:pPr>
          <w:r w:rsidRPr="00B07089">
            <w:rPr>
              <w:rStyle w:val="PlaceholderText"/>
            </w:rPr>
            <w:t>Click or tap to enter a date.</w:t>
          </w:r>
        </w:p>
      </w:docPartBody>
    </w:docPart>
    <w:docPart>
      <w:docPartPr>
        <w:name w:val="6C275E7257364F73B418FC07BABF6D43"/>
        <w:category>
          <w:name w:val="General"/>
          <w:gallery w:val="placeholder"/>
        </w:category>
        <w:types>
          <w:type w:val="bbPlcHdr"/>
        </w:types>
        <w:behaviors>
          <w:behavior w:val="content"/>
        </w:behaviors>
        <w:guid w:val="{CBA24367-0CB3-4F71-B3C1-050E14B5C4AA}"/>
      </w:docPartPr>
      <w:docPartBody>
        <w:p w:rsidR="00B25FFB" w:rsidRDefault="005A79AA" w:rsidP="005A79AA">
          <w:pPr>
            <w:pStyle w:val="6C275E7257364F73B418FC07BABF6D434"/>
          </w:pPr>
          <w:r w:rsidRPr="00B07089">
            <w:rPr>
              <w:rStyle w:val="PlaceholderText"/>
            </w:rPr>
            <w:t>Click or tap to enter a date.</w:t>
          </w:r>
        </w:p>
      </w:docPartBody>
    </w:docPart>
    <w:docPart>
      <w:docPartPr>
        <w:name w:val="92153B4644434CAEA065DE1D2685835B"/>
        <w:category>
          <w:name w:val="General"/>
          <w:gallery w:val="placeholder"/>
        </w:category>
        <w:types>
          <w:type w:val="bbPlcHdr"/>
        </w:types>
        <w:behaviors>
          <w:behavior w:val="content"/>
        </w:behaviors>
        <w:guid w:val="{A27E82A4-CB25-4BE2-87C7-47CDC5339E69}"/>
      </w:docPartPr>
      <w:docPartBody>
        <w:p w:rsidR="000918F9" w:rsidRDefault="005A79AA" w:rsidP="005A79AA">
          <w:pPr>
            <w:pStyle w:val="92153B4644434CAEA065DE1D2685835B3"/>
          </w:pPr>
          <w:r w:rsidRPr="00B07089">
            <w:rPr>
              <w:rStyle w:val="PlaceholderText"/>
            </w:rPr>
            <w:t>Click or tap here to enter text.</w:t>
          </w:r>
        </w:p>
      </w:docPartBody>
    </w:docPart>
    <w:docPart>
      <w:docPartPr>
        <w:name w:val="833C8C4BC71B48E9BA9AA890AE9475D2"/>
        <w:category>
          <w:name w:val="General"/>
          <w:gallery w:val="placeholder"/>
        </w:category>
        <w:types>
          <w:type w:val="bbPlcHdr"/>
        </w:types>
        <w:behaviors>
          <w:behavior w:val="content"/>
        </w:behaviors>
        <w:guid w:val="{770BFE85-2641-4FBB-8D3A-285C01F46BD0}"/>
      </w:docPartPr>
      <w:docPartBody>
        <w:p w:rsidR="000918F9" w:rsidRDefault="005A79AA" w:rsidP="005A79AA">
          <w:pPr>
            <w:pStyle w:val="833C8C4BC71B48E9BA9AA890AE9475D23"/>
          </w:pPr>
          <w:r w:rsidRPr="00051482">
            <w:rPr>
              <w:rStyle w:val="PlaceholderText"/>
            </w:rPr>
            <w:t>Click or tap to enter a date.</w:t>
          </w:r>
        </w:p>
      </w:docPartBody>
    </w:docPart>
    <w:docPart>
      <w:docPartPr>
        <w:name w:val="9CCEF90CB980437E98976BEE33CD7EAF"/>
        <w:category>
          <w:name w:val="General"/>
          <w:gallery w:val="placeholder"/>
        </w:category>
        <w:types>
          <w:type w:val="bbPlcHdr"/>
        </w:types>
        <w:behaviors>
          <w:behavior w:val="content"/>
        </w:behaviors>
        <w:guid w:val="{5BD13C39-13B7-4F83-889D-97B5B77938E2}"/>
      </w:docPartPr>
      <w:docPartBody>
        <w:p w:rsidR="002F55E4" w:rsidRDefault="005A79AA" w:rsidP="005A79AA">
          <w:pPr>
            <w:pStyle w:val="9CCEF90CB980437E98976BEE33CD7EAF2"/>
          </w:pPr>
          <w:r w:rsidRPr="00A4313B">
            <w:rPr>
              <w:rStyle w:val="PlaceholderText"/>
            </w:rPr>
            <w:t>Click or tap to enter a date.</w:t>
          </w:r>
        </w:p>
      </w:docPartBody>
    </w:docPart>
    <w:docPart>
      <w:docPartPr>
        <w:name w:val="04908BACFC97471EB3211034FDD835FE"/>
        <w:category>
          <w:name w:val="General"/>
          <w:gallery w:val="placeholder"/>
        </w:category>
        <w:types>
          <w:type w:val="bbPlcHdr"/>
        </w:types>
        <w:behaviors>
          <w:behavior w:val="content"/>
        </w:behaviors>
        <w:guid w:val="{9787E9AE-3972-4161-8E95-FB03BE1C19B3}"/>
      </w:docPartPr>
      <w:docPartBody>
        <w:p w:rsidR="002F55E4" w:rsidRDefault="005A79AA" w:rsidP="005A79AA">
          <w:pPr>
            <w:pStyle w:val="04908BACFC97471EB3211034FDD835FE2"/>
          </w:pPr>
          <w:r w:rsidRPr="00B07089">
            <w:rPr>
              <w:rStyle w:val="PlaceholderText"/>
            </w:rPr>
            <w:t>Click or tap here to enter text.</w:t>
          </w:r>
        </w:p>
      </w:docPartBody>
    </w:docPart>
    <w:docPart>
      <w:docPartPr>
        <w:name w:val="53052829002145CEBB185BFCCCCC1F6F"/>
        <w:category>
          <w:name w:val="General"/>
          <w:gallery w:val="placeholder"/>
        </w:category>
        <w:types>
          <w:type w:val="bbPlcHdr"/>
        </w:types>
        <w:behaviors>
          <w:behavior w:val="content"/>
        </w:behaviors>
        <w:guid w:val="{A6C2CD83-B32B-45A6-9188-FFCDF0F32F46}"/>
      </w:docPartPr>
      <w:docPartBody>
        <w:p w:rsidR="002F55E4" w:rsidRDefault="005A79AA" w:rsidP="005A79AA">
          <w:pPr>
            <w:pStyle w:val="53052829002145CEBB185BFCCCCC1F6F2"/>
          </w:pPr>
          <w:r w:rsidRPr="00B07089">
            <w:rPr>
              <w:rStyle w:val="PlaceholderText"/>
            </w:rPr>
            <w:t>Click or tap here to enter text.</w:t>
          </w:r>
        </w:p>
      </w:docPartBody>
    </w:docPart>
    <w:docPart>
      <w:docPartPr>
        <w:name w:val="823BFAB8028C4F3D935BD7D0172DBF59"/>
        <w:category>
          <w:name w:val="General"/>
          <w:gallery w:val="placeholder"/>
        </w:category>
        <w:types>
          <w:type w:val="bbPlcHdr"/>
        </w:types>
        <w:behaviors>
          <w:behavior w:val="content"/>
        </w:behaviors>
        <w:guid w:val="{120C23E0-CE36-4B82-9ECA-40AA6F90AC01}"/>
      </w:docPartPr>
      <w:docPartBody>
        <w:p w:rsidR="002F55E4" w:rsidRDefault="005A79AA" w:rsidP="005A79AA">
          <w:pPr>
            <w:pStyle w:val="823BFAB8028C4F3D935BD7D0172DBF592"/>
          </w:pPr>
          <w:r w:rsidRPr="00B07089">
            <w:rPr>
              <w:rStyle w:val="PlaceholderText"/>
            </w:rPr>
            <w:t>Click or tap here to enter text.</w:t>
          </w:r>
        </w:p>
      </w:docPartBody>
    </w:docPart>
    <w:docPart>
      <w:docPartPr>
        <w:name w:val="F5C0A5085DEC480782ED01FBC1539A91"/>
        <w:category>
          <w:name w:val="General"/>
          <w:gallery w:val="placeholder"/>
        </w:category>
        <w:types>
          <w:type w:val="bbPlcHdr"/>
        </w:types>
        <w:behaviors>
          <w:behavior w:val="content"/>
        </w:behaviors>
        <w:guid w:val="{5D1DA30C-DF40-4BEC-B68D-65502D44BE54}"/>
      </w:docPartPr>
      <w:docPartBody>
        <w:p w:rsidR="002F55E4" w:rsidRDefault="005A79AA" w:rsidP="005A79AA">
          <w:pPr>
            <w:pStyle w:val="F5C0A5085DEC480782ED01FBC1539A912"/>
          </w:pPr>
          <w:r w:rsidRPr="00B07089">
            <w:rPr>
              <w:rStyle w:val="PlaceholderText"/>
            </w:rPr>
            <w:t>Click or tap here to enter text.</w:t>
          </w:r>
        </w:p>
      </w:docPartBody>
    </w:docPart>
    <w:docPart>
      <w:docPartPr>
        <w:name w:val="C2B84AA05EC3402D89846C2291227C2C"/>
        <w:category>
          <w:name w:val="General"/>
          <w:gallery w:val="placeholder"/>
        </w:category>
        <w:types>
          <w:type w:val="bbPlcHdr"/>
        </w:types>
        <w:behaviors>
          <w:behavior w:val="content"/>
        </w:behaviors>
        <w:guid w:val="{3F54ACBE-C568-4C7A-A362-51E0AF1EA95E}"/>
      </w:docPartPr>
      <w:docPartBody>
        <w:p w:rsidR="002F55E4" w:rsidRDefault="005A79AA" w:rsidP="005A79AA">
          <w:pPr>
            <w:pStyle w:val="C2B84AA05EC3402D89846C2291227C2C2"/>
          </w:pPr>
          <w:r w:rsidRPr="00B07089">
            <w:rPr>
              <w:rStyle w:val="PlaceholderText"/>
            </w:rPr>
            <w:t>Click or tap here to enter text.</w:t>
          </w:r>
        </w:p>
      </w:docPartBody>
    </w:docPart>
    <w:docPart>
      <w:docPartPr>
        <w:name w:val="57D5D613BCA0464BAC82E66FF68B0E7B"/>
        <w:category>
          <w:name w:val="General"/>
          <w:gallery w:val="placeholder"/>
        </w:category>
        <w:types>
          <w:type w:val="bbPlcHdr"/>
        </w:types>
        <w:behaviors>
          <w:behavior w:val="content"/>
        </w:behaviors>
        <w:guid w:val="{448BE801-3227-4179-89C0-09B96466E05F}"/>
      </w:docPartPr>
      <w:docPartBody>
        <w:p w:rsidR="002F55E4" w:rsidRDefault="005A79AA" w:rsidP="005A79AA">
          <w:pPr>
            <w:pStyle w:val="57D5D613BCA0464BAC82E66FF68B0E7B2"/>
          </w:pPr>
          <w:r w:rsidRPr="00B07089">
            <w:rPr>
              <w:rStyle w:val="PlaceholderText"/>
            </w:rPr>
            <w:t>Click or tap here to enter text.</w:t>
          </w:r>
        </w:p>
      </w:docPartBody>
    </w:docPart>
    <w:docPart>
      <w:docPartPr>
        <w:name w:val="7F0D1120EE6348569682F32C2ACFDD25"/>
        <w:category>
          <w:name w:val="General"/>
          <w:gallery w:val="placeholder"/>
        </w:category>
        <w:types>
          <w:type w:val="bbPlcHdr"/>
        </w:types>
        <w:behaviors>
          <w:behavior w:val="content"/>
        </w:behaviors>
        <w:guid w:val="{3C6D22AD-C6BD-406E-AB64-EE5D9CBD69E5}"/>
      </w:docPartPr>
      <w:docPartBody>
        <w:p w:rsidR="002F55E4" w:rsidRDefault="005A79AA" w:rsidP="005A79AA">
          <w:pPr>
            <w:pStyle w:val="7F0D1120EE6348569682F32C2ACFDD252"/>
          </w:pPr>
          <w:r w:rsidRPr="00B07089">
            <w:rPr>
              <w:rStyle w:val="PlaceholderText"/>
            </w:rPr>
            <w:t>Click or tap here to enter text.</w:t>
          </w:r>
        </w:p>
      </w:docPartBody>
    </w:docPart>
    <w:docPart>
      <w:docPartPr>
        <w:name w:val="EB56D64594F442368E69D69998142413"/>
        <w:category>
          <w:name w:val="General"/>
          <w:gallery w:val="placeholder"/>
        </w:category>
        <w:types>
          <w:type w:val="bbPlcHdr"/>
        </w:types>
        <w:behaviors>
          <w:behavior w:val="content"/>
        </w:behaviors>
        <w:guid w:val="{4DC43EC9-7E41-421A-A17A-202EC5CFA4E0}"/>
      </w:docPartPr>
      <w:docPartBody>
        <w:p w:rsidR="002F55E4" w:rsidRDefault="005A79AA" w:rsidP="005A79AA">
          <w:pPr>
            <w:pStyle w:val="EB56D64594F442368E69D699981424132"/>
          </w:pPr>
          <w:r w:rsidRPr="00B07089">
            <w:rPr>
              <w:rStyle w:val="PlaceholderText"/>
            </w:rPr>
            <w:t>Click or tap here to enter text.</w:t>
          </w:r>
        </w:p>
      </w:docPartBody>
    </w:docPart>
    <w:docPart>
      <w:docPartPr>
        <w:name w:val="5C57D4EE5B1B495E8889F1E84565511A"/>
        <w:category>
          <w:name w:val="General"/>
          <w:gallery w:val="placeholder"/>
        </w:category>
        <w:types>
          <w:type w:val="bbPlcHdr"/>
        </w:types>
        <w:behaviors>
          <w:behavior w:val="content"/>
        </w:behaviors>
        <w:guid w:val="{329A4C00-10F9-4DE3-9044-0CC9D54939C7}"/>
      </w:docPartPr>
      <w:docPartBody>
        <w:p w:rsidR="002F55E4" w:rsidRDefault="005A79AA" w:rsidP="005A79AA">
          <w:pPr>
            <w:pStyle w:val="5C57D4EE5B1B495E8889F1E84565511A2"/>
          </w:pPr>
          <w:r w:rsidRPr="00B07089">
            <w:rPr>
              <w:rStyle w:val="PlaceholderText"/>
            </w:rPr>
            <w:t>Click or tap here to enter text.</w:t>
          </w:r>
        </w:p>
      </w:docPartBody>
    </w:docPart>
    <w:docPart>
      <w:docPartPr>
        <w:name w:val="0BF7966B20A547B5B8D1445C9A809A6E"/>
        <w:category>
          <w:name w:val="General"/>
          <w:gallery w:val="placeholder"/>
        </w:category>
        <w:types>
          <w:type w:val="bbPlcHdr"/>
        </w:types>
        <w:behaviors>
          <w:behavior w:val="content"/>
        </w:behaviors>
        <w:guid w:val="{EA20CE28-E8FA-4CF8-B842-1EA5586D839D}"/>
      </w:docPartPr>
      <w:docPartBody>
        <w:p w:rsidR="002F55E4" w:rsidRDefault="005A79AA" w:rsidP="005A79AA">
          <w:pPr>
            <w:pStyle w:val="0BF7966B20A547B5B8D1445C9A809A6E2"/>
          </w:pPr>
          <w:r w:rsidRPr="00B07089">
            <w:rPr>
              <w:rStyle w:val="PlaceholderText"/>
            </w:rPr>
            <w:t>Click or tap here to enter text.</w:t>
          </w:r>
        </w:p>
      </w:docPartBody>
    </w:docPart>
    <w:docPart>
      <w:docPartPr>
        <w:name w:val="DC6BFA6F66F04D79B5CE854E25FADF06"/>
        <w:category>
          <w:name w:val="General"/>
          <w:gallery w:val="placeholder"/>
        </w:category>
        <w:types>
          <w:type w:val="bbPlcHdr"/>
        </w:types>
        <w:behaviors>
          <w:behavior w:val="content"/>
        </w:behaviors>
        <w:guid w:val="{D2AC4B96-1A0B-484B-80A2-861EC9677AC2}"/>
      </w:docPartPr>
      <w:docPartBody>
        <w:p w:rsidR="002F55E4" w:rsidRDefault="005A79AA" w:rsidP="005A79AA">
          <w:pPr>
            <w:pStyle w:val="DC6BFA6F66F04D79B5CE854E25FADF062"/>
          </w:pPr>
          <w:r w:rsidRPr="00B07089">
            <w:rPr>
              <w:rStyle w:val="PlaceholderText"/>
            </w:rPr>
            <w:t>Click or tap here to enter text.</w:t>
          </w:r>
        </w:p>
      </w:docPartBody>
    </w:docPart>
    <w:docPart>
      <w:docPartPr>
        <w:name w:val="86ABE75EAD5B4610983E02FAE98C7595"/>
        <w:category>
          <w:name w:val="General"/>
          <w:gallery w:val="placeholder"/>
        </w:category>
        <w:types>
          <w:type w:val="bbPlcHdr"/>
        </w:types>
        <w:behaviors>
          <w:behavior w:val="content"/>
        </w:behaviors>
        <w:guid w:val="{0BE9B96A-DAB1-4952-A70E-F1E403A5C2E9}"/>
      </w:docPartPr>
      <w:docPartBody>
        <w:p w:rsidR="002F55E4" w:rsidRDefault="005A79AA" w:rsidP="005A79AA">
          <w:pPr>
            <w:pStyle w:val="86ABE75EAD5B4610983E02FAE98C75952"/>
          </w:pPr>
          <w:r w:rsidRPr="00B070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E6A"/>
    <w:rsid w:val="00002607"/>
    <w:rsid w:val="000918F9"/>
    <w:rsid w:val="000B0E6A"/>
    <w:rsid w:val="00166982"/>
    <w:rsid w:val="001724F1"/>
    <w:rsid w:val="0023435B"/>
    <w:rsid w:val="002F55E4"/>
    <w:rsid w:val="005A79AA"/>
    <w:rsid w:val="006A3816"/>
    <w:rsid w:val="008C103F"/>
    <w:rsid w:val="00B25FFB"/>
    <w:rsid w:val="00BA0685"/>
    <w:rsid w:val="00C37C32"/>
    <w:rsid w:val="00C92268"/>
    <w:rsid w:val="00D72CCE"/>
    <w:rsid w:val="00DF28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9AA"/>
    <w:rPr>
      <w:color w:val="666666"/>
    </w:rPr>
  </w:style>
  <w:style w:type="paragraph" w:customStyle="1" w:styleId="2EF2F3F4FB614ED395ED2CAA747C3F21">
    <w:name w:val="2EF2F3F4FB614ED395ED2CAA747C3F21"/>
    <w:rsid w:val="001724F1"/>
    <w:pPr>
      <w:spacing w:after="200" w:line="276" w:lineRule="auto"/>
    </w:pPr>
    <w:rPr>
      <w:rFonts w:ascii="Aptos" w:hAnsi="Aptos"/>
      <w:kern w:val="0"/>
      <w:sz w:val="18"/>
      <w:szCs w:val="22"/>
      <w:lang w:val="en-US" w:eastAsia="en-US"/>
      <w14:ligatures w14:val="none"/>
    </w:rPr>
  </w:style>
  <w:style w:type="paragraph" w:customStyle="1" w:styleId="F807B557A55E47F58470C9D44D0772B71">
    <w:name w:val="F807B557A55E47F58470C9D44D0772B71"/>
    <w:rsid w:val="001724F1"/>
    <w:pPr>
      <w:spacing w:after="200" w:line="276" w:lineRule="auto"/>
    </w:pPr>
    <w:rPr>
      <w:rFonts w:ascii="Aptos" w:hAnsi="Aptos"/>
      <w:kern w:val="0"/>
      <w:sz w:val="18"/>
      <w:szCs w:val="22"/>
      <w:lang w:val="en-US" w:eastAsia="en-US"/>
      <w14:ligatures w14:val="none"/>
    </w:rPr>
  </w:style>
  <w:style w:type="paragraph" w:customStyle="1" w:styleId="2EF2F3F4FB614ED395ED2CAA747C3F211">
    <w:name w:val="2EF2F3F4FB614ED395ED2CAA747C3F211"/>
    <w:rsid w:val="000B0E6A"/>
    <w:pPr>
      <w:spacing w:after="200" w:line="276" w:lineRule="auto"/>
    </w:pPr>
    <w:rPr>
      <w:rFonts w:ascii="Aptos" w:hAnsi="Aptos"/>
      <w:kern w:val="0"/>
      <w:sz w:val="18"/>
      <w:szCs w:val="22"/>
      <w:lang w:val="en-US" w:eastAsia="en-US"/>
      <w14:ligatures w14:val="none"/>
    </w:rPr>
  </w:style>
  <w:style w:type="paragraph" w:customStyle="1" w:styleId="F807B557A55E47F58470C9D44D0772B7">
    <w:name w:val="F807B557A55E47F58470C9D44D0772B7"/>
    <w:rsid w:val="000B0E6A"/>
    <w:pPr>
      <w:spacing w:after="200" w:line="276" w:lineRule="auto"/>
    </w:pPr>
    <w:rPr>
      <w:rFonts w:ascii="Aptos" w:hAnsi="Aptos"/>
      <w:kern w:val="0"/>
      <w:sz w:val="18"/>
      <w:szCs w:val="22"/>
      <w:lang w:val="en-US" w:eastAsia="en-US"/>
      <w14:ligatures w14:val="none"/>
    </w:rPr>
  </w:style>
  <w:style w:type="paragraph" w:customStyle="1" w:styleId="4E00C1340B6C4101B61B3C8F629320061">
    <w:name w:val="4E00C1340B6C4101B61B3C8F629320061"/>
    <w:rsid w:val="000B0E6A"/>
    <w:pPr>
      <w:spacing w:after="200" w:line="276" w:lineRule="auto"/>
    </w:pPr>
    <w:rPr>
      <w:rFonts w:ascii="Aptos" w:hAnsi="Aptos"/>
      <w:kern w:val="0"/>
      <w:sz w:val="18"/>
      <w:szCs w:val="22"/>
      <w:lang w:val="en-US" w:eastAsia="en-US"/>
      <w14:ligatures w14:val="none"/>
    </w:rPr>
  </w:style>
  <w:style w:type="paragraph" w:customStyle="1" w:styleId="38A6143D1A4C494A9762F3A8C88C880D1">
    <w:name w:val="38A6143D1A4C494A9762F3A8C88C880D1"/>
    <w:rsid w:val="000B0E6A"/>
    <w:pPr>
      <w:spacing w:after="200" w:line="276" w:lineRule="auto"/>
    </w:pPr>
    <w:rPr>
      <w:rFonts w:ascii="Aptos" w:hAnsi="Aptos"/>
      <w:kern w:val="0"/>
      <w:sz w:val="18"/>
      <w:szCs w:val="22"/>
      <w:lang w:val="en-US" w:eastAsia="en-US"/>
      <w14:ligatures w14:val="none"/>
    </w:rPr>
  </w:style>
  <w:style w:type="paragraph" w:customStyle="1" w:styleId="BCA81EC57E274069A045500B223A51E01">
    <w:name w:val="BCA81EC57E274069A045500B223A51E01"/>
    <w:rsid w:val="000B0E6A"/>
    <w:pPr>
      <w:spacing w:after="200" w:line="276" w:lineRule="auto"/>
    </w:pPr>
    <w:rPr>
      <w:rFonts w:ascii="Aptos" w:hAnsi="Aptos"/>
      <w:kern w:val="0"/>
      <w:sz w:val="18"/>
      <w:szCs w:val="22"/>
      <w:lang w:val="en-US" w:eastAsia="en-US"/>
      <w14:ligatures w14:val="none"/>
    </w:rPr>
  </w:style>
  <w:style w:type="paragraph" w:customStyle="1" w:styleId="A6BBDCF34B3C46E5A0B8C99B7FE8C0A61">
    <w:name w:val="A6BBDCF34B3C46E5A0B8C99B7FE8C0A61"/>
    <w:rsid w:val="000B0E6A"/>
    <w:pPr>
      <w:spacing w:after="200" w:line="276" w:lineRule="auto"/>
    </w:pPr>
    <w:rPr>
      <w:rFonts w:ascii="Aptos" w:hAnsi="Aptos"/>
      <w:kern w:val="0"/>
      <w:sz w:val="18"/>
      <w:szCs w:val="22"/>
      <w:lang w:val="en-US" w:eastAsia="en-US"/>
      <w14:ligatures w14:val="none"/>
    </w:rPr>
  </w:style>
  <w:style w:type="paragraph" w:customStyle="1" w:styleId="178FEA489CAA428C92B9D7B869FF83681">
    <w:name w:val="178FEA489CAA428C92B9D7B869FF83681"/>
    <w:rsid w:val="000B0E6A"/>
    <w:pPr>
      <w:spacing w:after="200" w:line="276" w:lineRule="auto"/>
    </w:pPr>
    <w:rPr>
      <w:rFonts w:ascii="Aptos" w:hAnsi="Aptos"/>
      <w:kern w:val="0"/>
      <w:sz w:val="18"/>
      <w:szCs w:val="22"/>
      <w:lang w:val="en-US" w:eastAsia="en-US"/>
      <w14:ligatures w14:val="none"/>
    </w:rPr>
  </w:style>
  <w:style w:type="paragraph" w:customStyle="1" w:styleId="4C39D2C4B3F444A880CB9832C05C1C89">
    <w:name w:val="4C39D2C4B3F444A880CB9832C05C1C89"/>
    <w:rsid w:val="000B0E6A"/>
    <w:pPr>
      <w:spacing w:after="200" w:line="276" w:lineRule="auto"/>
    </w:pPr>
    <w:rPr>
      <w:rFonts w:ascii="Aptos" w:hAnsi="Aptos"/>
      <w:kern w:val="0"/>
      <w:sz w:val="18"/>
      <w:szCs w:val="22"/>
      <w:lang w:val="en-US" w:eastAsia="en-US"/>
      <w14:ligatures w14:val="none"/>
    </w:rPr>
  </w:style>
  <w:style w:type="paragraph" w:customStyle="1" w:styleId="518CA9F7BB544CF49823FE80DC0933871">
    <w:name w:val="518CA9F7BB544CF49823FE80DC0933871"/>
    <w:rsid w:val="000B0E6A"/>
    <w:pPr>
      <w:spacing w:after="200" w:line="276" w:lineRule="auto"/>
    </w:pPr>
    <w:rPr>
      <w:rFonts w:ascii="Aptos" w:hAnsi="Aptos"/>
      <w:kern w:val="0"/>
      <w:sz w:val="18"/>
      <w:szCs w:val="22"/>
      <w:lang w:val="en-US" w:eastAsia="en-US"/>
      <w14:ligatures w14:val="none"/>
    </w:rPr>
  </w:style>
  <w:style w:type="paragraph" w:customStyle="1" w:styleId="4B90AA0D5D464741800ADA6761F65A511">
    <w:name w:val="4B90AA0D5D464741800ADA6761F65A511"/>
    <w:rsid w:val="000B0E6A"/>
    <w:pPr>
      <w:spacing w:after="200" w:line="276" w:lineRule="auto"/>
    </w:pPr>
    <w:rPr>
      <w:rFonts w:ascii="Aptos" w:hAnsi="Aptos"/>
      <w:kern w:val="0"/>
      <w:sz w:val="18"/>
      <w:szCs w:val="22"/>
      <w:lang w:val="en-US" w:eastAsia="en-US"/>
      <w14:ligatures w14:val="none"/>
    </w:rPr>
  </w:style>
  <w:style w:type="paragraph" w:customStyle="1" w:styleId="7B727C1C2CA24315A420D61E56F1F3BB1">
    <w:name w:val="7B727C1C2CA24315A420D61E56F1F3BB1"/>
    <w:rsid w:val="000B0E6A"/>
    <w:pPr>
      <w:spacing w:after="200" w:line="276" w:lineRule="auto"/>
    </w:pPr>
    <w:rPr>
      <w:rFonts w:ascii="Aptos" w:hAnsi="Aptos"/>
      <w:kern w:val="0"/>
      <w:sz w:val="18"/>
      <w:szCs w:val="22"/>
      <w:lang w:val="en-US" w:eastAsia="en-US"/>
      <w14:ligatures w14:val="none"/>
    </w:rPr>
  </w:style>
  <w:style w:type="paragraph" w:customStyle="1" w:styleId="766A07C28385478F83109E7CCF3B93791">
    <w:name w:val="766A07C28385478F83109E7CCF3B93791"/>
    <w:rsid w:val="000B0E6A"/>
    <w:pPr>
      <w:spacing w:after="200" w:line="276" w:lineRule="auto"/>
    </w:pPr>
    <w:rPr>
      <w:rFonts w:ascii="Aptos" w:hAnsi="Aptos"/>
      <w:kern w:val="0"/>
      <w:sz w:val="18"/>
      <w:szCs w:val="22"/>
      <w:lang w:val="en-US" w:eastAsia="en-US"/>
      <w14:ligatures w14:val="none"/>
    </w:rPr>
  </w:style>
  <w:style w:type="paragraph" w:customStyle="1" w:styleId="9EFE6A3D257F4862B224AF530612185E1">
    <w:name w:val="9EFE6A3D257F4862B224AF530612185E1"/>
    <w:rsid w:val="000B0E6A"/>
    <w:pPr>
      <w:spacing w:after="200" w:line="276" w:lineRule="auto"/>
    </w:pPr>
    <w:rPr>
      <w:rFonts w:ascii="Aptos" w:hAnsi="Aptos"/>
      <w:kern w:val="0"/>
      <w:sz w:val="18"/>
      <w:szCs w:val="22"/>
      <w:lang w:val="en-US" w:eastAsia="en-US"/>
      <w14:ligatures w14:val="none"/>
    </w:rPr>
  </w:style>
  <w:style w:type="paragraph" w:customStyle="1" w:styleId="6C275E7257364F73B418FC07BABF6D43">
    <w:name w:val="6C275E7257364F73B418FC07BABF6D43"/>
    <w:rsid w:val="000B0E6A"/>
    <w:pPr>
      <w:spacing w:after="200" w:line="276" w:lineRule="auto"/>
    </w:pPr>
    <w:rPr>
      <w:rFonts w:ascii="Aptos" w:hAnsi="Aptos"/>
      <w:kern w:val="0"/>
      <w:sz w:val="18"/>
      <w:szCs w:val="22"/>
      <w:lang w:val="en-US" w:eastAsia="en-US"/>
      <w14:ligatures w14:val="none"/>
    </w:rPr>
  </w:style>
  <w:style w:type="paragraph" w:customStyle="1" w:styleId="2DF77DFB181F4654AC4636C03601097A1">
    <w:name w:val="2DF77DFB181F4654AC4636C03601097A1"/>
    <w:rsid w:val="000B0E6A"/>
    <w:pPr>
      <w:spacing w:after="200" w:line="276" w:lineRule="auto"/>
    </w:pPr>
    <w:rPr>
      <w:rFonts w:ascii="Aptos" w:hAnsi="Aptos"/>
      <w:kern w:val="0"/>
      <w:sz w:val="18"/>
      <w:szCs w:val="22"/>
      <w:lang w:val="en-US" w:eastAsia="en-US"/>
      <w14:ligatures w14:val="none"/>
    </w:rPr>
  </w:style>
  <w:style w:type="paragraph" w:customStyle="1" w:styleId="2888F1CB9BA64705966D14A328694B2E1">
    <w:name w:val="2888F1CB9BA64705966D14A328694B2E1"/>
    <w:rsid w:val="000B0E6A"/>
    <w:pPr>
      <w:spacing w:after="200" w:line="276" w:lineRule="auto"/>
    </w:pPr>
    <w:rPr>
      <w:rFonts w:ascii="Aptos" w:hAnsi="Aptos"/>
      <w:kern w:val="0"/>
      <w:sz w:val="18"/>
      <w:szCs w:val="22"/>
      <w:lang w:val="en-US" w:eastAsia="en-US"/>
      <w14:ligatures w14:val="none"/>
    </w:rPr>
  </w:style>
  <w:style w:type="paragraph" w:customStyle="1" w:styleId="F3A563B63BD9436291F26F549423086D1">
    <w:name w:val="F3A563B63BD9436291F26F549423086D1"/>
    <w:rsid w:val="000B0E6A"/>
    <w:pPr>
      <w:spacing w:after="200" w:line="276" w:lineRule="auto"/>
    </w:pPr>
    <w:rPr>
      <w:rFonts w:ascii="Aptos" w:hAnsi="Aptos"/>
      <w:kern w:val="0"/>
      <w:sz w:val="18"/>
      <w:szCs w:val="22"/>
      <w:lang w:val="en-US" w:eastAsia="en-US"/>
      <w14:ligatures w14:val="none"/>
    </w:rPr>
  </w:style>
  <w:style w:type="paragraph" w:customStyle="1" w:styleId="FA6E2D5254434CEFA9F2FF98BA4FD8251">
    <w:name w:val="FA6E2D5254434CEFA9F2FF98BA4FD8251"/>
    <w:rsid w:val="000B0E6A"/>
    <w:pPr>
      <w:spacing w:after="200" w:line="276" w:lineRule="auto"/>
    </w:pPr>
    <w:rPr>
      <w:rFonts w:ascii="Aptos" w:hAnsi="Aptos"/>
      <w:kern w:val="0"/>
      <w:sz w:val="18"/>
      <w:szCs w:val="22"/>
      <w:lang w:val="en-US" w:eastAsia="en-US"/>
      <w14:ligatures w14:val="none"/>
    </w:rPr>
  </w:style>
  <w:style w:type="paragraph" w:customStyle="1" w:styleId="821372F7FD564C9A8BE6FA2362BB20F11">
    <w:name w:val="821372F7FD564C9A8BE6FA2362BB20F11"/>
    <w:rsid w:val="000B0E6A"/>
    <w:pPr>
      <w:spacing w:after="200" w:line="276" w:lineRule="auto"/>
    </w:pPr>
    <w:rPr>
      <w:rFonts w:ascii="Aptos" w:hAnsi="Aptos"/>
      <w:kern w:val="0"/>
      <w:sz w:val="18"/>
      <w:szCs w:val="22"/>
      <w:lang w:val="en-US" w:eastAsia="en-US"/>
      <w14:ligatures w14:val="none"/>
    </w:rPr>
  </w:style>
  <w:style w:type="paragraph" w:customStyle="1" w:styleId="B2F409FCBF4747708363E1D3D7280B4F1">
    <w:name w:val="B2F409FCBF4747708363E1D3D7280B4F1"/>
    <w:rsid w:val="000B0E6A"/>
    <w:pPr>
      <w:spacing w:after="200" w:line="276" w:lineRule="auto"/>
    </w:pPr>
    <w:rPr>
      <w:rFonts w:ascii="Aptos" w:hAnsi="Aptos"/>
      <w:kern w:val="0"/>
      <w:sz w:val="18"/>
      <w:szCs w:val="22"/>
      <w:lang w:val="en-US" w:eastAsia="en-US"/>
      <w14:ligatures w14:val="none"/>
    </w:rPr>
  </w:style>
  <w:style w:type="paragraph" w:customStyle="1" w:styleId="00B29636A9584DB98B0BCEA64D7477461">
    <w:name w:val="00B29636A9584DB98B0BCEA64D7477461"/>
    <w:rsid w:val="000B0E6A"/>
    <w:pPr>
      <w:spacing w:after="200" w:line="276" w:lineRule="auto"/>
    </w:pPr>
    <w:rPr>
      <w:rFonts w:ascii="Aptos" w:hAnsi="Aptos"/>
      <w:kern w:val="0"/>
      <w:sz w:val="18"/>
      <w:szCs w:val="22"/>
      <w:lang w:val="en-US" w:eastAsia="en-US"/>
      <w14:ligatures w14:val="none"/>
    </w:rPr>
  </w:style>
  <w:style w:type="paragraph" w:customStyle="1" w:styleId="3A92651027514D9D8B1C01ACF8B7F6151">
    <w:name w:val="3A92651027514D9D8B1C01ACF8B7F6151"/>
    <w:rsid w:val="000B0E6A"/>
    <w:pPr>
      <w:spacing w:after="200" w:line="276" w:lineRule="auto"/>
    </w:pPr>
    <w:rPr>
      <w:rFonts w:ascii="Aptos" w:hAnsi="Aptos"/>
      <w:kern w:val="0"/>
      <w:sz w:val="18"/>
      <w:szCs w:val="22"/>
      <w:lang w:val="en-US" w:eastAsia="en-US"/>
      <w14:ligatures w14:val="none"/>
    </w:rPr>
  </w:style>
  <w:style w:type="paragraph" w:customStyle="1" w:styleId="585FEDAA96764324A132935FBF1E66ED1">
    <w:name w:val="585FEDAA96764324A132935FBF1E66ED1"/>
    <w:rsid w:val="000B0E6A"/>
    <w:pPr>
      <w:spacing w:after="200" w:line="276" w:lineRule="auto"/>
    </w:pPr>
    <w:rPr>
      <w:rFonts w:ascii="Aptos" w:hAnsi="Aptos"/>
      <w:kern w:val="0"/>
      <w:sz w:val="18"/>
      <w:szCs w:val="22"/>
      <w:lang w:val="en-US" w:eastAsia="en-US"/>
      <w14:ligatures w14:val="none"/>
    </w:rPr>
  </w:style>
  <w:style w:type="paragraph" w:customStyle="1" w:styleId="F47FBBC9F04D421385ACD080106D03111">
    <w:name w:val="F47FBBC9F04D421385ACD080106D03111"/>
    <w:rsid w:val="000B0E6A"/>
    <w:pPr>
      <w:spacing w:after="200" w:line="276" w:lineRule="auto"/>
    </w:pPr>
    <w:rPr>
      <w:rFonts w:ascii="Aptos" w:hAnsi="Aptos"/>
      <w:kern w:val="0"/>
      <w:sz w:val="18"/>
      <w:szCs w:val="22"/>
      <w:lang w:val="en-US" w:eastAsia="en-US"/>
      <w14:ligatures w14:val="none"/>
    </w:rPr>
  </w:style>
  <w:style w:type="paragraph" w:customStyle="1" w:styleId="15C4FF223C3543398BCFF55B93B434911">
    <w:name w:val="15C4FF223C3543398BCFF55B93B434911"/>
    <w:rsid w:val="000B0E6A"/>
    <w:pPr>
      <w:spacing w:after="200" w:line="276" w:lineRule="auto"/>
    </w:pPr>
    <w:rPr>
      <w:rFonts w:ascii="Aptos" w:hAnsi="Aptos"/>
      <w:kern w:val="0"/>
      <w:sz w:val="18"/>
      <w:szCs w:val="22"/>
      <w:lang w:val="en-US" w:eastAsia="en-US"/>
      <w14:ligatures w14:val="none"/>
    </w:rPr>
  </w:style>
  <w:style w:type="paragraph" w:customStyle="1" w:styleId="43D6A4C00A98424B8B4613CCBD4C7B1F1">
    <w:name w:val="43D6A4C00A98424B8B4613CCBD4C7B1F1"/>
    <w:rsid w:val="000B0E6A"/>
    <w:pPr>
      <w:spacing w:after="200" w:line="276" w:lineRule="auto"/>
    </w:pPr>
    <w:rPr>
      <w:rFonts w:ascii="Aptos" w:hAnsi="Aptos"/>
      <w:kern w:val="0"/>
      <w:sz w:val="18"/>
      <w:szCs w:val="22"/>
      <w:lang w:val="en-US" w:eastAsia="en-US"/>
      <w14:ligatures w14:val="none"/>
    </w:rPr>
  </w:style>
  <w:style w:type="paragraph" w:customStyle="1" w:styleId="C5F59AB15D564DC3801C5871D94217751">
    <w:name w:val="C5F59AB15D564DC3801C5871D94217751"/>
    <w:rsid w:val="000B0E6A"/>
    <w:pPr>
      <w:spacing w:after="200" w:line="276" w:lineRule="auto"/>
    </w:pPr>
    <w:rPr>
      <w:rFonts w:ascii="Aptos" w:hAnsi="Aptos"/>
      <w:kern w:val="0"/>
      <w:sz w:val="18"/>
      <w:szCs w:val="22"/>
      <w:lang w:val="en-US" w:eastAsia="en-US"/>
      <w14:ligatures w14:val="none"/>
    </w:rPr>
  </w:style>
  <w:style w:type="paragraph" w:customStyle="1" w:styleId="260CBEFC7A8645B1BDFE3EB7ECACBF5A1">
    <w:name w:val="260CBEFC7A8645B1BDFE3EB7ECACBF5A1"/>
    <w:rsid w:val="000B0E6A"/>
    <w:pPr>
      <w:spacing w:after="200" w:line="276" w:lineRule="auto"/>
    </w:pPr>
    <w:rPr>
      <w:rFonts w:ascii="Aptos" w:hAnsi="Aptos"/>
      <w:kern w:val="0"/>
      <w:sz w:val="18"/>
      <w:szCs w:val="22"/>
      <w:lang w:val="en-US" w:eastAsia="en-US"/>
      <w14:ligatures w14:val="none"/>
    </w:rPr>
  </w:style>
  <w:style w:type="paragraph" w:customStyle="1" w:styleId="2C87257AC1E0475F80912B5F047B7EB71">
    <w:name w:val="2C87257AC1E0475F80912B5F047B7EB71"/>
    <w:rsid w:val="000B0E6A"/>
    <w:pPr>
      <w:spacing w:after="200" w:line="276" w:lineRule="auto"/>
    </w:pPr>
    <w:rPr>
      <w:rFonts w:ascii="Aptos" w:hAnsi="Aptos"/>
      <w:kern w:val="0"/>
      <w:sz w:val="18"/>
      <w:szCs w:val="22"/>
      <w:lang w:val="en-US" w:eastAsia="en-US"/>
      <w14:ligatures w14:val="none"/>
    </w:rPr>
  </w:style>
  <w:style w:type="paragraph" w:customStyle="1" w:styleId="09CA7970F4F043F8B313814468E959AE1">
    <w:name w:val="09CA7970F4F043F8B313814468E959AE1"/>
    <w:rsid w:val="000B0E6A"/>
    <w:pPr>
      <w:spacing w:after="200" w:line="276" w:lineRule="auto"/>
    </w:pPr>
    <w:rPr>
      <w:rFonts w:ascii="Aptos" w:hAnsi="Aptos"/>
      <w:kern w:val="0"/>
      <w:sz w:val="18"/>
      <w:szCs w:val="22"/>
      <w:lang w:val="en-US" w:eastAsia="en-US"/>
      <w14:ligatures w14:val="none"/>
    </w:rPr>
  </w:style>
  <w:style w:type="paragraph" w:customStyle="1" w:styleId="F0BE431A109148E09174B938DE75E5A71">
    <w:name w:val="F0BE431A109148E09174B938DE75E5A71"/>
    <w:rsid w:val="000B0E6A"/>
    <w:pPr>
      <w:spacing w:after="200" w:line="276" w:lineRule="auto"/>
    </w:pPr>
    <w:rPr>
      <w:rFonts w:ascii="Aptos" w:hAnsi="Aptos"/>
      <w:kern w:val="0"/>
      <w:sz w:val="18"/>
      <w:szCs w:val="22"/>
      <w:lang w:val="en-US" w:eastAsia="en-US"/>
      <w14:ligatures w14:val="none"/>
    </w:rPr>
  </w:style>
  <w:style w:type="paragraph" w:customStyle="1" w:styleId="409B9E7EF235456289912CB235E148CF1">
    <w:name w:val="409B9E7EF235456289912CB235E148CF1"/>
    <w:rsid w:val="000B0E6A"/>
    <w:pPr>
      <w:spacing w:after="200" w:line="276" w:lineRule="auto"/>
    </w:pPr>
    <w:rPr>
      <w:rFonts w:ascii="Aptos" w:hAnsi="Aptos"/>
      <w:kern w:val="0"/>
      <w:sz w:val="18"/>
      <w:szCs w:val="22"/>
      <w:lang w:val="en-US" w:eastAsia="en-US"/>
      <w14:ligatures w14:val="none"/>
    </w:rPr>
  </w:style>
  <w:style w:type="paragraph" w:customStyle="1" w:styleId="7C3418B635F140E7976D01E26843DF221">
    <w:name w:val="7C3418B635F140E7976D01E26843DF221"/>
    <w:rsid w:val="000B0E6A"/>
    <w:pPr>
      <w:spacing w:after="200" w:line="276" w:lineRule="auto"/>
    </w:pPr>
    <w:rPr>
      <w:rFonts w:ascii="Aptos" w:hAnsi="Aptos"/>
      <w:kern w:val="0"/>
      <w:sz w:val="18"/>
      <w:szCs w:val="22"/>
      <w:lang w:val="en-US" w:eastAsia="en-US"/>
      <w14:ligatures w14:val="none"/>
    </w:rPr>
  </w:style>
  <w:style w:type="paragraph" w:customStyle="1" w:styleId="2383B822DC1143A083EDDCA179B13D1C1">
    <w:name w:val="2383B822DC1143A083EDDCA179B13D1C1"/>
    <w:rsid w:val="000B0E6A"/>
    <w:pPr>
      <w:spacing w:after="200" w:line="276" w:lineRule="auto"/>
    </w:pPr>
    <w:rPr>
      <w:rFonts w:ascii="Aptos" w:hAnsi="Aptos"/>
      <w:kern w:val="0"/>
      <w:sz w:val="18"/>
      <w:szCs w:val="22"/>
      <w:lang w:val="en-US" w:eastAsia="en-US"/>
      <w14:ligatures w14:val="none"/>
    </w:rPr>
  </w:style>
  <w:style w:type="paragraph" w:customStyle="1" w:styleId="45316E674F574978A8CDA9ACB7846FFE1">
    <w:name w:val="45316E674F574978A8CDA9ACB7846FFE1"/>
    <w:rsid w:val="000B0E6A"/>
    <w:pPr>
      <w:spacing w:after="200" w:line="276" w:lineRule="auto"/>
    </w:pPr>
    <w:rPr>
      <w:rFonts w:ascii="Aptos" w:hAnsi="Aptos"/>
      <w:kern w:val="0"/>
      <w:sz w:val="18"/>
      <w:szCs w:val="22"/>
      <w:lang w:val="en-US" w:eastAsia="en-US"/>
      <w14:ligatures w14:val="none"/>
    </w:rPr>
  </w:style>
  <w:style w:type="paragraph" w:customStyle="1" w:styleId="1D6831A185454C988F59FF94312967671">
    <w:name w:val="1D6831A185454C988F59FF94312967671"/>
    <w:rsid w:val="000B0E6A"/>
    <w:pPr>
      <w:spacing w:after="200" w:line="276" w:lineRule="auto"/>
    </w:pPr>
    <w:rPr>
      <w:rFonts w:ascii="Aptos" w:hAnsi="Aptos"/>
      <w:kern w:val="0"/>
      <w:sz w:val="18"/>
      <w:szCs w:val="22"/>
      <w:lang w:val="en-US" w:eastAsia="en-US"/>
      <w14:ligatures w14:val="none"/>
    </w:rPr>
  </w:style>
  <w:style w:type="paragraph" w:customStyle="1" w:styleId="0A1012AD53E548D392C591D946DF788A1">
    <w:name w:val="0A1012AD53E548D392C591D946DF788A1"/>
    <w:rsid w:val="000B0E6A"/>
    <w:pPr>
      <w:spacing w:after="200" w:line="276" w:lineRule="auto"/>
    </w:pPr>
    <w:rPr>
      <w:rFonts w:ascii="Aptos" w:hAnsi="Aptos"/>
      <w:kern w:val="0"/>
      <w:sz w:val="18"/>
      <w:szCs w:val="22"/>
      <w:lang w:val="en-US" w:eastAsia="en-US"/>
      <w14:ligatures w14:val="none"/>
    </w:rPr>
  </w:style>
  <w:style w:type="paragraph" w:customStyle="1" w:styleId="C78142C572E34E9A8E9BF2EFF9EEFAB61">
    <w:name w:val="C78142C572E34E9A8E9BF2EFF9EEFAB61"/>
    <w:rsid w:val="000B0E6A"/>
    <w:pPr>
      <w:spacing w:after="200" w:line="276" w:lineRule="auto"/>
    </w:pPr>
    <w:rPr>
      <w:rFonts w:ascii="Aptos" w:hAnsi="Aptos"/>
      <w:kern w:val="0"/>
      <w:sz w:val="18"/>
      <w:szCs w:val="22"/>
      <w:lang w:val="en-US" w:eastAsia="en-US"/>
      <w14:ligatures w14:val="none"/>
    </w:rPr>
  </w:style>
  <w:style w:type="paragraph" w:customStyle="1" w:styleId="8228074B283045659A7E00AA894869F41">
    <w:name w:val="8228074B283045659A7E00AA894869F41"/>
    <w:rsid w:val="000B0E6A"/>
    <w:pPr>
      <w:spacing w:after="200" w:line="276" w:lineRule="auto"/>
    </w:pPr>
    <w:rPr>
      <w:rFonts w:ascii="Aptos" w:hAnsi="Aptos"/>
      <w:kern w:val="0"/>
      <w:sz w:val="18"/>
      <w:szCs w:val="22"/>
      <w:lang w:val="en-US" w:eastAsia="en-US"/>
      <w14:ligatures w14:val="none"/>
    </w:rPr>
  </w:style>
  <w:style w:type="paragraph" w:customStyle="1" w:styleId="DE5DE8566CFB49E5BC89A2D2B525EA001">
    <w:name w:val="DE5DE8566CFB49E5BC89A2D2B525EA001"/>
    <w:rsid w:val="000B0E6A"/>
    <w:pPr>
      <w:spacing w:after="200" w:line="276" w:lineRule="auto"/>
    </w:pPr>
    <w:rPr>
      <w:rFonts w:ascii="Aptos" w:hAnsi="Aptos"/>
      <w:kern w:val="0"/>
      <w:sz w:val="18"/>
      <w:szCs w:val="22"/>
      <w:lang w:val="en-US" w:eastAsia="en-US"/>
      <w14:ligatures w14:val="none"/>
    </w:rPr>
  </w:style>
  <w:style w:type="paragraph" w:customStyle="1" w:styleId="0EDF33D48064450DAA808E51FC152ADF1">
    <w:name w:val="0EDF33D48064450DAA808E51FC152ADF1"/>
    <w:rsid w:val="000B0E6A"/>
    <w:pPr>
      <w:spacing w:after="200" w:line="276" w:lineRule="auto"/>
    </w:pPr>
    <w:rPr>
      <w:rFonts w:ascii="Aptos" w:hAnsi="Aptos"/>
      <w:kern w:val="0"/>
      <w:sz w:val="18"/>
      <w:szCs w:val="22"/>
      <w:lang w:val="en-US" w:eastAsia="en-US"/>
      <w14:ligatures w14:val="none"/>
    </w:rPr>
  </w:style>
  <w:style w:type="paragraph" w:customStyle="1" w:styleId="E367144175194343A38D7A9DB55B7AF11">
    <w:name w:val="E367144175194343A38D7A9DB55B7AF11"/>
    <w:rsid w:val="000B0E6A"/>
    <w:pPr>
      <w:spacing w:after="200" w:line="276" w:lineRule="auto"/>
    </w:pPr>
    <w:rPr>
      <w:rFonts w:ascii="Aptos" w:hAnsi="Aptos"/>
      <w:kern w:val="0"/>
      <w:sz w:val="18"/>
      <w:szCs w:val="22"/>
      <w:lang w:val="en-US" w:eastAsia="en-US"/>
      <w14:ligatures w14:val="none"/>
    </w:rPr>
  </w:style>
  <w:style w:type="paragraph" w:customStyle="1" w:styleId="CA0ADE8F44DC4A9F87622E24F1344E581">
    <w:name w:val="CA0ADE8F44DC4A9F87622E24F1344E581"/>
    <w:rsid w:val="000B0E6A"/>
    <w:pPr>
      <w:spacing w:after="200" w:line="276" w:lineRule="auto"/>
    </w:pPr>
    <w:rPr>
      <w:rFonts w:ascii="Aptos" w:hAnsi="Aptos"/>
      <w:kern w:val="0"/>
      <w:sz w:val="18"/>
      <w:szCs w:val="22"/>
      <w:lang w:val="en-US" w:eastAsia="en-US"/>
      <w14:ligatures w14:val="none"/>
    </w:rPr>
  </w:style>
  <w:style w:type="paragraph" w:customStyle="1" w:styleId="140AA30F73534863926A97F3D432196A1">
    <w:name w:val="140AA30F73534863926A97F3D432196A1"/>
    <w:rsid w:val="000B0E6A"/>
    <w:pPr>
      <w:spacing w:after="200" w:line="276" w:lineRule="auto"/>
    </w:pPr>
    <w:rPr>
      <w:rFonts w:ascii="Aptos" w:hAnsi="Aptos"/>
      <w:kern w:val="0"/>
      <w:sz w:val="18"/>
      <w:szCs w:val="22"/>
      <w:lang w:val="en-US" w:eastAsia="en-US"/>
      <w14:ligatures w14:val="none"/>
    </w:rPr>
  </w:style>
  <w:style w:type="paragraph" w:customStyle="1" w:styleId="A84AAB2411E64352AA1C07E298BE3CB11">
    <w:name w:val="A84AAB2411E64352AA1C07E298BE3CB11"/>
    <w:rsid w:val="000B0E6A"/>
    <w:pPr>
      <w:spacing w:after="200" w:line="276" w:lineRule="auto"/>
    </w:pPr>
    <w:rPr>
      <w:rFonts w:ascii="Aptos" w:hAnsi="Aptos"/>
      <w:kern w:val="0"/>
      <w:sz w:val="18"/>
      <w:szCs w:val="22"/>
      <w:lang w:val="en-US" w:eastAsia="en-US"/>
      <w14:ligatures w14:val="none"/>
    </w:rPr>
  </w:style>
  <w:style w:type="paragraph" w:customStyle="1" w:styleId="CC1E691973304CBC90F12145BD75144B1">
    <w:name w:val="CC1E691973304CBC90F12145BD75144B1"/>
    <w:rsid w:val="000B0E6A"/>
    <w:pPr>
      <w:spacing w:after="200" w:line="276" w:lineRule="auto"/>
    </w:pPr>
    <w:rPr>
      <w:rFonts w:ascii="Aptos" w:hAnsi="Aptos"/>
      <w:kern w:val="0"/>
      <w:sz w:val="18"/>
      <w:szCs w:val="22"/>
      <w:lang w:val="en-US" w:eastAsia="en-US"/>
      <w14:ligatures w14:val="none"/>
    </w:rPr>
  </w:style>
  <w:style w:type="paragraph" w:customStyle="1" w:styleId="1AF08CE6CCD04367AF4BE4474245D1031">
    <w:name w:val="1AF08CE6CCD04367AF4BE4474245D1031"/>
    <w:rsid w:val="000B0E6A"/>
    <w:pPr>
      <w:spacing w:after="200" w:line="276" w:lineRule="auto"/>
    </w:pPr>
    <w:rPr>
      <w:rFonts w:ascii="Aptos" w:hAnsi="Aptos"/>
      <w:kern w:val="0"/>
      <w:sz w:val="18"/>
      <w:szCs w:val="22"/>
      <w:lang w:val="en-US" w:eastAsia="en-US"/>
      <w14:ligatures w14:val="none"/>
    </w:rPr>
  </w:style>
  <w:style w:type="paragraph" w:customStyle="1" w:styleId="07DC4C41DAF642F1B00A6BB9CA4E3ADB1">
    <w:name w:val="07DC4C41DAF642F1B00A6BB9CA4E3ADB1"/>
    <w:rsid w:val="000B0E6A"/>
    <w:pPr>
      <w:spacing w:after="200" w:line="276" w:lineRule="auto"/>
    </w:pPr>
    <w:rPr>
      <w:rFonts w:ascii="Aptos" w:hAnsi="Aptos"/>
      <w:kern w:val="0"/>
      <w:sz w:val="18"/>
      <w:szCs w:val="22"/>
      <w:lang w:val="en-US" w:eastAsia="en-US"/>
      <w14:ligatures w14:val="none"/>
    </w:rPr>
  </w:style>
  <w:style w:type="paragraph" w:customStyle="1" w:styleId="37F7BC41E3EE4486A1001FBB8B0CE8DE1">
    <w:name w:val="37F7BC41E3EE4486A1001FBB8B0CE8DE1"/>
    <w:rsid w:val="000B0E6A"/>
    <w:pPr>
      <w:spacing w:after="200" w:line="276" w:lineRule="auto"/>
    </w:pPr>
    <w:rPr>
      <w:rFonts w:ascii="Aptos" w:hAnsi="Aptos"/>
      <w:kern w:val="0"/>
      <w:sz w:val="18"/>
      <w:szCs w:val="22"/>
      <w:lang w:val="en-US" w:eastAsia="en-US"/>
      <w14:ligatures w14:val="none"/>
    </w:rPr>
  </w:style>
  <w:style w:type="paragraph" w:customStyle="1" w:styleId="2961823634BA4D44B87964386D2D0F4A1">
    <w:name w:val="2961823634BA4D44B87964386D2D0F4A1"/>
    <w:rsid w:val="000B0E6A"/>
    <w:pPr>
      <w:spacing w:after="200" w:line="276" w:lineRule="auto"/>
    </w:pPr>
    <w:rPr>
      <w:rFonts w:ascii="Aptos" w:hAnsi="Aptos"/>
      <w:kern w:val="0"/>
      <w:sz w:val="18"/>
      <w:szCs w:val="22"/>
      <w:lang w:val="en-US" w:eastAsia="en-US"/>
      <w14:ligatures w14:val="none"/>
    </w:rPr>
  </w:style>
  <w:style w:type="paragraph" w:customStyle="1" w:styleId="FC2E0717ADBC4CEE8CC99A7B657818C91">
    <w:name w:val="FC2E0717ADBC4CEE8CC99A7B657818C91"/>
    <w:rsid w:val="000B0E6A"/>
    <w:pPr>
      <w:spacing w:after="200" w:line="276" w:lineRule="auto"/>
    </w:pPr>
    <w:rPr>
      <w:rFonts w:ascii="Aptos" w:hAnsi="Aptos"/>
      <w:kern w:val="0"/>
      <w:sz w:val="18"/>
      <w:szCs w:val="22"/>
      <w:lang w:val="en-US" w:eastAsia="en-US"/>
      <w14:ligatures w14:val="none"/>
    </w:rPr>
  </w:style>
  <w:style w:type="paragraph" w:customStyle="1" w:styleId="B3B833ABD7F64DA7BE8A1A8993EDC2D01">
    <w:name w:val="B3B833ABD7F64DA7BE8A1A8993EDC2D01"/>
    <w:rsid w:val="000B0E6A"/>
    <w:pPr>
      <w:spacing w:after="200" w:line="276" w:lineRule="auto"/>
    </w:pPr>
    <w:rPr>
      <w:rFonts w:ascii="Aptos" w:hAnsi="Aptos"/>
      <w:kern w:val="0"/>
      <w:sz w:val="18"/>
      <w:szCs w:val="22"/>
      <w:lang w:val="en-US" w:eastAsia="en-US"/>
      <w14:ligatures w14:val="none"/>
    </w:rPr>
  </w:style>
  <w:style w:type="paragraph" w:customStyle="1" w:styleId="0BFD7D2B444F412194C2FB9337187CB51">
    <w:name w:val="0BFD7D2B444F412194C2FB9337187CB51"/>
    <w:rsid w:val="000B0E6A"/>
    <w:pPr>
      <w:spacing w:after="200" w:line="276" w:lineRule="auto"/>
    </w:pPr>
    <w:rPr>
      <w:rFonts w:ascii="Aptos" w:hAnsi="Aptos"/>
      <w:kern w:val="0"/>
      <w:sz w:val="18"/>
      <w:szCs w:val="22"/>
      <w:lang w:val="en-US" w:eastAsia="en-US"/>
      <w14:ligatures w14:val="none"/>
    </w:rPr>
  </w:style>
  <w:style w:type="paragraph" w:customStyle="1" w:styleId="4E00C1340B6C4101B61B3C8F62932006">
    <w:name w:val="4E00C1340B6C4101B61B3C8F62932006"/>
    <w:rsid w:val="001724F1"/>
    <w:pPr>
      <w:spacing w:after="200" w:line="276" w:lineRule="auto"/>
    </w:pPr>
    <w:rPr>
      <w:rFonts w:ascii="Aptos" w:hAnsi="Aptos"/>
      <w:kern w:val="0"/>
      <w:sz w:val="18"/>
      <w:szCs w:val="22"/>
      <w:lang w:val="en-US" w:eastAsia="en-US"/>
      <w14:ligatures w14:val="none"/>
    </w:rPr>
  </w:style>
  <w:style w:type="paragraph" w:customStyle="1" w:styleId="38A6143D1A4C494A9762F3A8C88C880D">
    <w:name w:val="38A6143D1A4C494A9762F3A8C88C880D"/>
    <w:rsid w:val="001724F1"/>
    <w:pPr>
      <w:spacing w:after="200" w:line="276" w:lineRule="auto"/>
    </w:pPr>
    <w:rPr>
      <w:rFonts w:ascii="Aptos" w:hAnsi="Aptos"/>
      <w:kern w:val="0"/>
      <w:sz w:val="18"/>
      <w:szCs w:val="22"/>
      <w:lang w:val="en-US" w:eastAsia="en-US"/>
      <w14:ligatures w14:val="none"/>
    </w:rPr>
  </w:style>
  <w:style w:type="paragraph" w:customStyle="1" w:styleId="BCA81EC57E274069A045500B223A51E0">
    <w:name w:val="BCA81EC57E274069A045500B223A51E0"/>
    <w:rsid w:val="001724F1"/>
    <w:pPr>
      <w:spacing w:after="200" w:line="276" w:lineRule="auto"/>
    </w:pPr>
    <w:rPr>
      <w:rFonts w:ascii="Aptos" w:hAnsi="Aptos"/>
      <w:kern w:val="0"/>
      <w:sz w:val="18"/>
      <w:szCs w:val="22"/>
      <w:lang w:val="en-US" w:eastAsia="en-US"/>
      <w14:ligatures w14:val="none"/>
    </w:rPr>
  </w:style>
  <w:style w:type="paragraph" w:customStyle="1" w:styleId="A6BBDCF34B3C46E5A0B8C99B7FE8C0A6">
    <w:name w:val="A6BBDCF34B3C46E5A0B8C99B7FE8C0A6"/>
    <w:rsid w:val="001724F1"/>
    <w:pPr>
      <w:spacing w:after="200" w:line="276" w:lineRule="auto"/>
    </w:pPr>
    <w:rPr>
      <w:rFonts w:ascii="Aptos" w:hAnsi="Aptos"/>
      <w:kern w:val="0"/>
      <w:sz w:val="18"/>
      <w:szCs w:val="22"/>
      <w:lang w:val="en-US" w:eastAsia="en-US"/>
      <w14:ligatures w14:val="none"/>
    </w:rPr>
  </w:style>
  <w:style w:type="paragraph" w:customStyle="1" w:styleId="178FEA489CAA428C92B9D7B869FF8368">
    <w:name w:val="178FEA489CAA428C92B9D7B869FF8368"/>
    <w:rsid w:val="001724F1"/>
    <w:pPr>
      <w:spacing w:after="200" w:line="276" w:lineRule="auto"/>
    </w:pPr>
    <w:rPr>
      <w:rFonts w:ascii="Aptos" w:hAnsi="Aptos"/>
      <w:kern w:val="0"/>
      <w:sz w:val="18"/>
      <w:szCs w:val="22"/>
      <w:lang w:val="en-US" w:eastAsia="en-US"/>
      <w14:ligatures w14:val="none"/>
    </w:rPr>
  </w:style>
  <w:style w:type="paragraph" w:customStyle="1" w:styleId="4C39D2C4B3F444A880CB9832C05C1C891">
    <w:name w:val="4C39D2C4B3F444A880CB9832C05C1C891"/>
    <w:rsid w:val="001724F1"/>
    <w:pPr>
      <w:spacing w:after="200" w:line="276" w:lineRule="auto"/>
    </w:pPr>
    <w:rPr>
      <w:rFonts w:ascii="Aptos" w:hAnsi="Aptos"/>
      <w:kern w:val="0"/>
      <w:sz w:val="18"/>
      <w:szCs w:val="22"/>
      <w:lang w:val="en-US" w:eastAsia="en-US"/>
      <w14:ligatures w14:val="none"/>
    </w:rPr>
  </w:style>
  <w:style w:type="paragraph" w:customStyle="1" w:styleId="518CA9F7BB544CF49823FE80DC093387">
    <w:name w:val="518CA9F7BB544CF49823FE80DC093387"/>
    <w:rsid w:val="001724F1"/>
    <w:pPr>
      <w:spacing w:after="200" w:line="276" w:lineRule="auto"/>
    </w:pPr>
    <w:rPr>
      <w:rFonts w:ascii="Aptos" w:hAnsi="Aptos"/>
      <w:kern w:val="0"/>
      <w:sz w:val="18"/>
      <w:szCs w:val="22"/>
      <w:lang w:val="en-US" w:eastAsia="en-US"/>
      <w14:ligatures w14:val="none"/>
    </w:rPr>
  </w:style>
  <w:style w:type="paragraph" w:customStyle="1" w:styleId="4B90AA0D5D464741800ADA6761F65A51">
    <w:name w:val="4B90AA0D5D464741800ADA6761F65A51"/>
    <w:rsid w:val="001724F1"/>
    <w:pPr>
      <w:spacing w:after="200" w:line="276" w:lineRule="auto"/>
    </w:pPr>
    <w:rPr>
      <w:rFonts w:ascii="Aptos" w:hAnsi="Aptos"/>
      <w:kern w:val="0"/>
      <w:sz w:val="18"/>
      <w:szCs w:val="22"/>
      <w:lang w:val="en-US" w:eastAsia="en-US"/>
      <w14:ligatures w14:val="none"/>
    </w:rPr>
  </w:style>
  <w:style w:type="paragraph" w:customStyle="1" w:styleId="7B727C1C2CA24315A420D61E56F1F3BB">
    <w:name w:val="7B727C1C2CA24315A420D61E56F1F3BB"/>
    <w:rsid w:val="001724F1"/>
    <w:pPr>
      <w:spacing w:after="200" w:line="276" w:lineRule="auto"/>
    </w:pPr>
    <w:rPr>
      <w:rFonts w:ascii="Aptos" w:hAnsi="Aptos"/>
      <w:kern w:val="0"/>
      <w:sz w:val="18"/>
      <w:szCs w:val="22"/>
      <w:lang w:val="en-US" w:eastAsia="en-US"/>
      <w14:ligatures w14:val="none"/>
    </w:rPr>
  </w:style>
  <w:style w:type="paragraph" w:customStyle="1" w:styleId="766A07C28385478F83109E7CCF3B9379">
    <w:name w:val="766A07C28385478F83109E7CCF3B9379"/>
    <w:rsid w:val="001724F1"/>
    <w:pPr>
      <w:spacing w:after="200" w:line="276" w:lineRule="auto"/>
    </w:pPr>
    <w:rPr>
      <w:rFonts w:ascii="Aptos" w:hAnsi="Aptos"/>
      <w:kern w:val="0"/>
      <w:sz w:val="18"/>
      <w:szCs w:val="22"/>
      <w:lang w:val="en-US" w:eastAsia="en-US"/>
      <w14:ligatures w14:val="none"/>
    </w:rPr>
  </w:style>
  <w:style w:type="paragraph" w:customStyle="1" w:styleId="9EFE6A3D257F4862B224AF530612185E">
    <w:name w:val="9EFE6A3D257F4862B224AF530612185E"/>
    <w:rsid w:val="001724F1"/>
    <w:pPr>
      <w:spacing w:after="200" w:line="276" w:lineRule="auto"/>
    </w:pPr>
    <w:rPr>
      <w:rFonts w:ascii="Aptos" w:hAnsi="Aptos"/>
      <w:kern w:val="0"/>
      <w:sz w:val="18"/>
      <w:szCs w:val="22"/>
      <w:lang w:val="en-US" w:eastAsia="en-US"/>
      <w14:ligatures w14:val="none"/>
    </w:rPr>
  </w:style>
  <w:style w:type="paragraph" w:customStyle="1" w:styleId="6C275E7257364F73B418FC07BABF6D431">
    <w:name w:val="6C275E7257364F73B418FC07BABF6D431"/>
    <w:rsid w:val="001724F1"/>
    <w:pPr>
      <w:spacing w:after="200" w:line="276" w:lineRule="auto"/>
    </w:pPr>
    <w:rPr>
      <w:rFonts w:ascii="Aptos" w:hAnsi="Aptos"/>
      <w:kern w:val="0"/>
      <w:sz w:val="18"/>
      <w:szCs w:val="22"/>
      <w:lang w:val="en-US" w:eastAsia="en-US"/>
      <w14:ligatures w14:val="none"/>
    </w:rPr>
  </w:style>
  <w:style w:type="paragraph" w:customStyle="1" w:styleId="2DF77DFB181F4654AC4636C03601097A">
    <w:name w:val="2DF77DFB181F4654AC4636C03601097A"/>
    <w:rsid w:val="001724F1"/>
    <w:pPr>
      <w:spacing w:after="200" w:line="276" w:lineRule="auto"/>
    </w:pPr>
    <w:rPr>
      <w:rFonts w:ascii="Aptos" w:hAnsi="Aptos"/>
      <w:kern w:val="0"/>
      <w:sz w:val="18"/>
      <w:szCs w:val="22"/>
      <w:lang w:val="en-US" w:eastAsia="en-US"/>
      <w14:ligatures w14:val="none"/>
    </w:rPr>
  </w:style>
  <w:style w:type="paragraph" w:customStyle="1" w:styleId="2888F1CB9BA64705966D14A328694B2E">
    <w:name w:val="2888F1CB9BA64705966D14A328694B2E"/>
    <w:rsid w:val="001724F1"/>
    <w:pPr>
      <w:spacing w:after="200" w:line="276" w:lineRule="auto"/>
    </w:pPr>
    <w:rPr>
      <w:rFonts w:ascii="Aptos" w:hAnsi="Aptos"/>
      <w:kern w:val="0"/>
      <w:sz w:val="18"/>
      <w:szCs w:val="22"/>
      <w:lang w:val="en-US" w:eastAsia="en-US"/>
      <w14:ligatures w14:val="none"/>
    </w:rPr>
  </w:style>
  <w:style w:type="paragraph" w:customStyle="1" w:styleId="F3A563B63BD9436291F26F549423086D">
    <w:name w:val="F3A563B63BD9436291F26F549423086D"/>
    <w:rsid w:val="001724F1"/>
    <w:pPr>
      <w:spacing w:after="200" w:line="276" w:lineRule="auto"/>
    </w:pPr>
    <w:rPr>
      <w:rFonts w:ascii="Aptos" w:hAnsi="Aptos"/>
      <w:kern w:val="0"/>
      <w:sz w:val="18"/>
      <w:szCs w:val="22"/>
      <w:lang w:val="en-US" w:eastAsia="en-US"/>
      <w14:ligatures w14:val="none"/>
    </w:rPr>
  </w:style>
  <w:style w:type="paragraph" w:customStyle="1" w:styleId="FA6E2D5254434CEFA9F2FF98BA4FD825">
    <w:name w:val="FA6E2D5254434CEFA9F2FF98BA4FD825"/>
    <w:rsid w:val="001724F1"/>
    <w:pPr>
      <w:spacing w:after="200" w:line="276" w:lineRule="auto"/>
    </w:pPr>
    <w:rPr>
      <w:rFonts w:ascii="Aptos" w:hAnsi="Aptos"/>
      <w:kern w:val="0"/>
      <w:sz w:val="18"/>
      <w:szCs w:val="22"/>
      <w:lang w:val="en-US" w:eastAsia="en-US"/>
      <w14:ligatures w14:val="none"/>
    </w:rPr>
  </w:style>
  <w:style w:type="paragraph" w:customStyle="1" w:styleId="821372F7FD564C9A8BE6FA2362BB20F1">
    <w:name w:val="821372F7FD564C9A8BE6FA2362BB20F1"/>
    <w:rsid w:val="001724F1"/>
    <w:pPr>
      <w:spacing w:after="200" w:line="276" w:lineRule="auto"/>
    </w:pPr>
    <w:rPr>
      <w:rFonts w:ascii="Aptos" w:hAnsi="Aptos"/>
      <w:kern w:val="0"/>
      <w:sz w:val="18"/>
      <w:szCs w:val="22"/>
      <w:lang w:val="en-US" w:eastAsia="en-US"/>
      <w14:ligatures w14:val="none"/>
    </w:rPr>
  </w:style>
  <w:style w:type="paragraph" w:customStyle="1" w:styleId="B2F409FCBF4747708363E1D3D7280B4F">
    <w:name w:val="B2F409FCBF4747708363E1D3D7280B4F"/>
    <w:rsid w:val="001724F1"/>
    <w:pPr>
      <w:spacing w:after="200" w:line="276" w:lineRule="auto"/>
    </w:pPr>
    <w:rPr>
      <w:rFonts w:ascii="Aptos" w:hAnsi="Aptos"/>
      <w:kern w:val="0"/>
      <w:sz w:val="18"/>
      <w:szCs w:val="22"/>
      <w:lang w:val="en-US" w:eastAsia="en-US"/>
      <w14:ligatures w14:val="none"/>
    </w:rPr>
  </w:style>
  <w:style w:type="paragraph" w:customStyle="1" w:styleId="00B29636A9584DB98B0BCEA64D747746">
    <w:name w:val="00B29636A9584DB98B0BCEA64D747746"/>
    <w:rsid w:val="001724F1"/>
    <w:pPr>
      <w:spacing w:after="200" w:line="276" w:lineRule="auto"/>
    </w:pPr>
    <w:rPr>
      <w:rFonts w:ascii="Aptos" w:hAnsi="Aptos"/>
      <w:kern w:val="0"/>
      <w:sz w:val="18"/>
      <w:szCs w:val="22"/>
      <w:lang w:val="en-US" w:eastAsia="en-US"/>
      <w14:ligatures w14:val="none"/>
    </w:rPr>
  </w:style>
  <w:style w:type="paragraph" w:customStyle="1" w:styleId="3A92651027514D9D8B1C01ACF8B7F615">
    <w:name w:val="3A92651027514D9D8B1C01ACF8B7F615"/>
    <w:rsid w:val="001724F1"/>
    <w:pPr>
      <w:spacing w:after="200" w:line="276" w:lineRule="auto"/>
    </w:pPr>
    <w:rPr>
      <w:rFonts w:ascii="Aptos" w:hAnsi="Aptos"/>
      <w:kern w:val="0"/>
      <w:sz w:val="18"/>
      <w:szCs w:val="22"/>
      <w:lang w:val="en-US" w:eastAsia="en-US"/>
      <w14:ligatures w14:val="none"/>
    </w:rPr>
  </w:style>
  <w:style w:type="paragraph" w:customStyle="1" w:styleId="585FEDAA96764324A132935FBF1E66ED">
    <w:name w:val="585FEDAA96764324A132935FBF1E66ED"/>
    <w:rsid w:val="001724F1"/>
    <w:pPr>
      <w:spacing w:after="200" w:line="276" w:lineRule="auto"/>
    </w:pPr>
    <w:rPr>
      <w:rFonts w:ascii="Aptos" w:hAnsi="Aptos"/>
      <w:kern w:val="0"/>
      <w:sz w:val="18"/>
      <w:szCs w:val="22"/>
      <w:lang w:val="en-US" w:eastAsia="en-US"/>
      <w14:ligatures w14:val="none"/>
    </w:rPr>
  </w:style>
  <w:style w:type="paragraph" w:customStyle="1" w:styleId="F47FBBC9F04D421385ACD080106D0311">
    <w:name w:val="F47FBBC9F04D421385ACD080106D0311"/>
    <w:rsid w:val="001724F1"/>
    <w:pPr>
      <w:spacing w:after="200" w:line="276" w:lineRule="auto"/>
    </w:pPr>
    <w:rPr>
      <w:rFonts w:ascii="Aptos" w:hAnsi="Aptos"/>
      <w:kern w:val="0"/>
      <w:sz w:val="18"/>
      <w:szCs w:val="22"/>
      <w:lang w:val="en-US" w:eastAsia="en-US"/>
      <w14:ligatures w14:val="none"/>
    </w:rPr>
  </w:style>
  <w:style w:type="paragraph" w:customStyle="1" w:styleId="15C4FF223C3543398BCFF55B93B43491">
    <w:name w:val="15C4FF223C3543398BCFF55B93B43491"/>
    <w:rsid w:val="001724F1"/>
    <w:pPr>
      <w:spacing w:after="200" w:line="276" w:lineRule="auto"/>
    </w:pPr>
    <w:rPr>
      <w:rFonts w:ascii="Aptos" w:hAnsi="Aptos"/>
      <w:kern w:val="0"/>
      <w:sz w:val="18"/>
      <w:szCs w:val="22"/>
      <w:lang w:val="en-US" w:eastAsia="en-US"/>
      <w14:ligatures w14:val="none"/>
    </w:rPr>
  </w:style>
  <w:style w:type="paragraph" w:customStyle="1" w:styleId="92153B4644434CAEA065DE1D2685835B">
    <w:name w:val="92153B4644434CAEA065DE1D2685835B"/>
    <w:rsid w:val="001724F1"/>
    <w:pPr>
      <w:spacing w:after="200" w:line="276" w:lineRule="auto"/>
    </w:pPr>
    <w:rPr>
      <w:rFonts w:ascii="Aptos" w:hAnsi="Aptos"/>
      <w:kern w:val="0"/>
      <w:sz w:val="18"/>
      <w:szCs w:val="22"/>
      <w:lang w:val="en-US" w:eastAsia="en-US"/>
      <w14:ligatures w14:val="none"/>
    </w:rPr>
  </w:style>
  <w:style w:type="paragraph" w:customStyle="1" w:styleId="43D6A4C00A98424B8B4613CCBD4C7B1F">
    <w:name w:val="43D6A4C00A98424B8B4613CCBD4C7B1F"/>
    <w:rsid w:val="001724F1"/>
    <w:pPr>
      <w:spacing w:after="200" w:line="276" w:lineRule="auto"/>
    </w:pPr>
    <w:rPr>
      <w:rFonts w:ascii="Aptos" w:hAnsi="Aptos"/>
      <w:kern w:val="0"/>
      <w:sz w:val="18"/>
      <w:szCs w:val="22"/>
      <w:lang w:val="en-US" w:eastAsia="en-US"/>
      <w14:ligatures w14:val="none"/>
    </w:rPr>
  </w:style>
  <w:style w:type="paragraph" w:customStyle="1" w:styleId="C5F59AB15D564DC3801C5871D9421775">
    <w:name w:val="C5F59AB15D564DC3801C5871D9421775"/>
    <w:rsid w:val="001724F1"/>
    <w:pPr>
      <w:spacing w:after="200" w:line="276" w:lineRule="auto"/>
    </w:pPr>
    <w:rPr>
      <w:rFonts w:ascii="Aptos" w:hAnsi="Aptos"/>
      <w:kern w:val="0"/>
      <w:sz w:val="18"/>
      <w:szCs w:val="22"/>
      <w:lang w:val="en-US" w:eastAsia="en-US"/>
      <w14:ligatures w14:val="none"/>
    </w:rPr>
  </w:style>
  <w:style w:type="paragraph" w:customStyle="1" w:styleId="260CBEFC7A8645B1BDFE3EB7ECACBF5A">
    <w:name w:val="260CBEFC7A8645B1BDFE3EB7ECACBF5A"/>
    <w:rsid w:val="001724F1"/>
    <w:pPr>
      <w:spacing w:after="200" w:line="276" w:lineRule="auto"/>
    </w:pPr>
    <w:rPr>
      <w:rFonts w:ascii="Aptos" w:hAnsi="Aptos"/>
      <w:kern w:val="0"/>
      <w:sz w:val="18"/>
      <w:szCs w:val="22"/>
      <w:lang w:val="en-US" w:eastAsia="en-US"/>
      <w14:ligatures w14:val="none"/>
    </w:rPr>
  </w:style>
  <w:style w:type="paragraph" w:customStyle="1" w:styleId="2C87257AC1E0475F80912B5F047B7EB7">
    <w:name w:val="2C87257AC1E0475F80912B5F047B7EB7"/>
    <w:rsid w:val="001724F1"/>
    <w:pPr>
      <w:spacing w:after="200" w:line="276" w:lineRule="auto"/>
    </w:pPr>
    <w:rPr>
      <w:rFonts w:ascii="Aptos" w:hAnsi="Aptos"/>
      <w:kern w:val="0"/>
      <w:sz w:val="18"/>
      <w:szCs w:val="22"/>
      <w:lang w:val="en-US" w:eastAsia="en-US"/>
      <w14:ligatures w14:val="none"/>
    </w:rPr>
  </w:style>
  <w:style w:type="paragraph" w:customStyle="1" w:styleId="09CA7970F4F043F8B313814468E959AE">
    <w:name w:val="09CA7970F4F043F8B313814468E959AE"/>
    <w:rsid w:val="001724F1"/>
    <w:pPr>
      <w:spacing w:after="200" w:line="276" w:lineRule="auto"/>
    </w:pPr>
    <w:rPr>
      <w:rFonts w:ascii="Aptos" w:hAnsi="Aptos"/>
      <w:kern w:val="0"/>
      <w:sz w:val="18"/>
      <w:szCs w:val="22"/>
      <w:lang w:val="en-US" w:eastAsia="en-US"/>
      <w14:ligatures w14:val="none"/>
    </w:rPr>
  </w:style>
  <w:style w:type="paragraph" w:customStyle="1" w:styleId="F0BE431A109148E09174B938DE75E5A7">
    <w:name w:val="F0BE431A109148E09174B938DE75E5A7"/>
    <w:rsid w:val="001724F1"/>
    <w:pPr>
      <w:spacing w:after="200" w:line="276" w:lineRule="auto"/>
    </w:pPr>
    <w:rPr>
      <w:rFonts w:ascii="Aptos" w:hAnsi="Aptos"/>
      <w:kern w:val="0"/>
      <w:sz w:val="18"/>
      <w:szCs w:val="22"/>
      <w:lang w:val="en-US" w:eastAsia="en-US"/>
      <w14:ligatures w14:val="none"/>
    </w:rPr>
  </w:style>
  <w:style w:type="paragraph" w:customStyle="1" w:styleId="409B9E7EF235456289912CB235E148CF">
    <w:name w:val="409B9E7EF235456289912CB235E148CF"/>
    <w:rsid w:val="001724F1"/>
    <w:pPr>
      <w:spacing w:after="200" w:line="276" w:lineRule="auto"/>
    </w:pPr>
    <w:rPr>
      <w:rFonts w:ascii="Aptos" w:hAnsi="Aptos"/>
      <w:kern w:val="0"/>
      <w:sz w:val="18"/>
      <w:szCs w:val="22"/>
      <w:lang w:val="en-US" w:eastAsia="en-US"/>
      <w14:ligatures w14:val="none"/>
    </w:rPr>
  </w:style>
  <w:style w:type="paragraph" w:customStyle="1" w:styleId="7C3418B635F140E7976D01E26843DF22">
    <w:name w:val="7C3418B635F140E7976D01E26843DF22"/>
    <w:rsid w:val="001724F1"/>
    <w:pPr>
      <w:spacing w:after="200" w:line="276" w:lineRule="auto"/>
    </w:pPr>
    <w:rPr>
      <w:rFonts w:ascii="Aptos" w:hAnsi="Aptos"/>
      <w:kern w:val="0"/>
      <w:sz w:val="18"/>
      <w:szCs w:val="22"/>
      <w:lang w:val="en-US" w:eastAsia="en-US"/>
      <w14:ligatures w14:val="none"/>
    </w:rPr>
  </w:style>
  <w:style w:type="paragraph" w:customStyle="1" w:styleId="2383B822DC1143A083EDDCA179B13D1C">
    <w:name w:val="2383B822DC1143A083EDDCA179B13D1C"/>
    <w:rsid w:val="001724F1"/>
    <w:pPr>
      <w:spacing w:after="200" w:line="276" w:lineRule="auto"/>
    </w:pPr>
    <w:rPr>
      <w:rFonts w:ascii="Aptos" w:hAnsi="Aptos"/>
      <w:kern w:val="0"/>
      <w:sz w:val="18"/>
      <w:szCs w:val="22"/>
      <w:lang w:val="en-US" w:eastAsia="en-US"/>
      <w14:ligatures w14:val="none"/>
    </w:rPr>
  </w:style>
  <w:style w:type="paragraph" w:customStyle="1" w:styleId="45316E674F574978A8CDA9ACB7846FFE">
    <w:name w:val="45316E674F574978A8CDA9ACB7846FFE"/>
    <w:rsid w:val="001724F1"/>
    <w:pPr>
      <w:spacing w:after="200" w:line="276" w:lineRule="auto"/>
    </w:pPr>
    <w:rPr>
      <w:rFonts w:ascii="Aptos" w:hAnsi="Aptos"/>
      <w:kern w:val="0"/>
      <w:sz w:val="18"/>
      <w:szCs w:val="22"/>
      <w:lang w:val="en-US" w:eastAsia="en-US"/>
      <w14:ligatures w14:val="none"/>
    </w:rPr>
  </w:style>
  <w:style w:type="paragraph" w:customStyle="1" w:styleId="1D6831A185454C988F59FF9431296767">
    <w:name w:val="1D6831A185454C988F59FF9431296767"/>
    <w:rsid w:val="001724F1"/>
    <w:pPr>
      <w:spacing w:after="200" w:line="276" w:lineRule="auto"/>
    </w:pPr>
    <w:rPr>
      <w:rFonts w:ascii="Aptos" w:hAnsi="Aptos"/>
      <w:kern w:val="0"/>
      <w:sz w:val="18"/>
      <w:szCs w:val="22"/>
      <w:lang w:val="en-US" w:eastAsia="en-US"/>
      <w14:ligatures w14:val="none"/>
    </w:rPr>
  </w:style>
  <w:style w:type="paragraph" w:customStyle="1" w:styleId="0A1012AD53E548D392C591D946DF788A">
    <w:name w:val="0A1012AD53E548D392C591D946DF788A"/>
    <w:rsid w:val="001724F1"/>
    <w:pPr>
      <w:spacing w:after="200" w:line="276" w:lineRule="auto"/>
    </w:pPr>
    <w:rPr>
      <w:rFonts w:ascii="Aptos" w:hAnsi="Aptos"/>
      <w:kern w:val="0"/>
      <w:sz w:val="18"/>
      <w:szCs w:val="22"/>
      <w:lang w:val="en-US" w:eastAsia="en-US"/>
      <w14:ligatures w14:val="none"/>
    </w:rPr>
  </w:style>
  <w:style w:type="paragraph" w:customStyle="1" w:styleId="C78142C572E34E9A8E9BF2EFF9EEFAB6">
    <w:name w:val="C78142C572E34E9A8E9BF2EFF9EEFAB6"/>
    <w:rsid w:val="001724F1"/>
    <w:pPr>
      <w:spacing w:after="200" w:line="276" w:lineRule="auto"/>
    </w:pPr>
    <w:rPr>
      <w:rFonts w:ascii="Aptos" w:hAnsi="Aptos"/>
      <w:kern w:val="0"/>
      <w:sz w:val="18"/>
      <w:szCs w:val="22"/>
      <w:lang w:val="en-US" w:eastAsia="en-US"/>
      <w14:ligatures w14:val="none"/>
    </w:rPr>
  </w:style>
  <w:style w:type="paragraph" w:customStyle="1" w:styleId="8228074B283045659A7E00AA894869F4">
    <w:name w:val="8228074B283045659A7E00AA894869F4"/>
    <w:rsid w:val="001724F1"/>
    <w:pPr>
      <w:spacing w:after="200" w:line="276" w:lineRule="auto"/>
    </w:pPr>
    <w:rPr>
      <w:rFonts w:ascii="Aptos" w:hAnsi="Aptos"/>
      <w:kern w:val="0"/>
      <w:sz w:val="18"/>
      <w:szCs w:val="22"/>
      <w:lang w:val="en-US" w:eastAsia="en-US"/>
      <w14:ligatures w14:val="none"/>
    </w:rPr>
  </w:style>
  <w:style w:type="paragraph" w:customStyle="1" w:styleId="DE5DE8566CFB49E5BC89A2D2B525EA00">
    <w:name w:val="DE5DE8566CFB49E5BC89A2D2B525EA00"/>
    <w:rsid w:val="001724F1"/>
    <w:pPr>
      <w:spacing w:after="200" w:line="276" w:lineRule="auto"/>
    </w:pPr>
    <w:rPr>
      <w:rFonts w:ascii="Aptos" w:hAnsi="Aptos"/>
      <w:kern w:val="0"/>
      <w:sz w:val="18"/>
      <w:szCs w:val="22"/>
      <w:lang w:val="en-US" w:eastAsia="en-US"/>
      <w14:ligatures w14:val="none"/>
    </w:rPr>
  </w:style>
  <w:style w:type="paragraph" w:customStyle="1" w:styleId="0EDF33D48064450DAA808E51FC152ADF">
    <w:name w:val="0EDF33D48064450DAA808E51FC152ADF"/>
    <w:rsid w:val="001724F1"/>
    <w:pPr>
      <w:spacing w:after="200" w:line="276" w:lineRule="auto"/>
    </w:pPr>
    <w:rPr>
      <w:rFonts w:ascii="Aptos" w:hAnsi="Aptos"/>
      <w:kern w:val="0"/>
      <w:sz w:val="18"/>
      <w:szCs w:val="22"/>
      <w:lang w:val="en-US" w:eastAsia="en-US"/>
      <w14:ligatures w14:val="none"/>
    </w:rPr>
  </w:style>
  <w:style w:type="paragraph" w:customStyle="1" w:styleId="833C8C4BC71B48E9BA9AA890AE9475D2">
    <w:name w:val="833C8C4BC71B48E9BA9AA890AE9475D2"/>
    <w:rsid w:val="001724F1"/>
    <w:pPr>
      <w:spacing w:after="200" w:line="276" w:lineRule="auto"/>
    </w:pPr>
    <w:rPr>
      <w:rFonts w:ascii="Aptos" w:hAnsi="Aptos"/>
      <w:kern w:val="0"/>
      <w:sz w:val="18"/>
      <w:szCs w:val="22"/>
      <w:lang w:val="en-US" w:eastAsia="en-US"/>
      <w14:ligatures w14:val="none"/>
    </w:rPr>
  </w:style>
  <w:style w:type="paragraph" w:customStyle="1" w:styleId="E367144175194343A38D7A9DB55B7AF1">
    <w:name w:val="E367144175194343A38D7A9DB55B7AF1"/>
    <w:rsid w:val="001724F1"/>
    <w:pPr>
      <w:spacing w:after="200" w:line="276" w:lineRule="auto"/>
    </w:pPr>
    <w:rPr>
      <w:rFonts w:ascii="Aptos" w:hAnsi="Aptos"/>
      <w:kern w:val="0"/>
      <w:sz w:val="18"/>
      <w:szCs w:val="22"/>
      <w:lang w:val="en-US" w:eastAsia="en-US"/>
      <w14:ligatures w14:val="none"/>
    </w:rPr>
  </w:style>
  <w:style w:type="paragraph" w:customStyle="1" w:styleId="CA0ADE8F44DC4A9F87622E24F1344E58">
    <w:name w:val="CA0ADE8F44DC4A9F87622E24F1344E58"/>
    <w:rsid w:val="001724F1"/>
    <w:pPr>
      <w:spacing w:after="200" w:line="276" w:lineRule="auto"/>
    </w:pPr>
    <w:rPr>
      <w:rFonts w:ascii="Aptos" w:hAnsi="Aptos"/>
      <w:kern w:val="0"/>
      <w:sz w:val="18"/>
      <w:szCs w:val="22"/>
      <w:lang w:val="en-US" w:eastAsia="en-US"/>
      <w14:ligatures w14:val="none"/>
    </w:rPr>
  </w:style>
  <w:style w:type="paragraph" w:customStyle="1" w:styleId="140AA30F73534863926A97F3D432196A">
    <w:name w:val="140AA30F73534863926A97F3D432196A"/>
    <w:rsid w:val="001724F1"/>
    <w:pPr>
      <w:spacing w:after="200" w:line="276" w:lineRule="auto"/>
    </w:pPr>
    <w:rPr>
      <w:rFonts w:ascii="Aptos" w:hAnsi="Aptos"/>
      <w:kern w:val="0"/>
      <w:sz w:val="18"/>
      <w:szCs w:val="22"/>
      <w:lang w:val="en-US" w:eastAsia="en-US"/>
      <w14:ligatures w14:val="none"/>
    </w:rPr>
  </w:style>
  <w:style w:type="paragraph" w:customStyle="1" w:styleId="A84AAB2411E64352AA1C07E298BE3CB1">
    <w:name w:val="A84AAB2411E64352AA1C07E298BE3CB1"/>
    <w:rsid w:val="001724F1"/>
    <w:pPr>
      <w:spacing w:after="200" w:line="276" w:lineRule="auto"/>
    </w:pPr>
    <w:rPr>
      <w:rFonts w:ascii="Aptos" w:hAnsi="Aptos"/>
      <w:kern w:val="0"/>
      <w:sz w:val="18"/>
      <w:szCs w:val="22"/>
      <w:lang w:val="en-US" w:eastAsia="en-US"/>
      <w14:ligatures w14:val="none"/>
    </w:rPr>
  </w:style>
  <w:style w:type="paragraph" w:customStyle="1" w:styleId="CC1E691973304CBC90F12145BD75144B">
    <w:name w:val="CC1E691973304CBC90F12145BD75144B"/>
    <w:rsid w:val="001724F1"/>
    <w:pPr>
      <w:spacing w:after="200" w:line="276" w:lineRule="auto"/>
    </w:pPr>
    <w:rPr>
      <w:rFonts w:ascii="Aptos" w:hAnsi="Aptos"/>
      <w:kern w:val="0"/>
      <w:sz w:val="18"/>
      <w:szCs w:val="22"/>
      <w:lang w:val="en-US" w:eastAsia="en-US"/>
      <w14:ligatures w14:val="none"/>
    </w:rPr>
  </w:style>
  <w:style w:type="paragraph" w:customStyle="1" w:styleId="1AF08CE6CCD04367AF4BE4474245D103">
    <w:name w:val="1AF08CE6CCD04367AF4BE4474245D103"/>
    <w:rsid w:val="001724F1"/>
    <w:pPr>
      <w:spacing w:after="200" w:line="276" w:lineRule="auto"/>
    </w:pPr>
    <w:rPr>
      <w:rFonts w:ascii="Aptos" w:hAnsi="Aptos"/>
      <w:kern w:val="0"/>
      <w:sz w:val="18"/>
      <w:szCs w:val="22"/>
      <w:lang w:val="en-US" w:eastAsia="en-US"/>
      <w14:ligatures w14:val="none"/>
    </w:rPr>
  </w:style>
  <w:style w:type="paragraph" w:customStyle="1" w:styleId="C94EF2DD0F834752A880E504B6622777">
    <w:name w:val="C94EF2DD0F834752A880E504B6622777"/>
    <w:rsid w:val="001724F1"/>
    <w:pPr>
      <w:spacing w:after="200" w:line="276" w:lineRule="auto"/>
    </w:pPr>
    <w:rPr>
      <w:rFonts w:ascii="Aptos" w:hAnsi="Aptos"/>
      <w:kern w:val="0"/>
      <w:sz w:val="18"/>
      <w:szCs w:val="22"/>
      <w:lang w:val="en-US" w:eastAsia="en-US"/>
      <w14:ligatures w14:val="none"/>
    </w:rPr>
  </w:style>
  <w:style w:type="paragraph" w:customStyle="1" w:styleId="F401AE736243472985FC5610D5CD3382">
    <w:name w:val="F401AE736243472985FC5610D5CD3382"/>
    <w:rsid w:val="001724F1"/>
    <w:pPr>
      <w:spacing w:after="200" w:line="276" w:lineRule="auto"/>
    </w:pPr>
    <w:rPr>
      <w:rFonts w:ascii="Aptos" w:hAnsi="Aptos"/>
      <w:kern w:val="0"/>
      <w:sz w:val="18"/>
      <w:szCs w:val="22"/>
      <w:lang w:val="en-US" w:eastAsia="en-US"/>
      <w14:ligatures w14:val="none"/>
    </w:rPr>
  </w:style>
  <w:style w:type="paragraph" w:customStyle="1" w:styleId="8491417917414F69B9B5D771612BAC1E">
    <w:name w:val="8491417917414F69B9B5D771612BAC1E"/>
    <w:rsid w:val="001724F1"/>
    <w:pPr>
      <w:spacing w:after="200" w:line="276" w:lineRule="auto"/>
    </w:pPr>
    <w:rPr>
      <w:rFonts w:ascii="Aptos" w:hAnsi="Aptos"/>
      <w:kern w:val="0"/>
      <w:sz w:val="18"/>
      <w:szCs w:val="22"/>
      <w:lang w:val="en-US" w:eastAsia="en-US"/>
      <w14:ligatures w14:val="none"/>
    </w:rPr>
  </w:style>
  <w:style w:type="paragraph" w:customStyle="1" w:styleId="6E1D622A6C6C4CBCA2944BB07467F75B">
    <w:name w:val="6E1D622A6C6C4CBCA2944BB07467F75B"/>
    <w:rsid w:val="001724F1"/>
    <w:pPr>
      <w:spacing w:after="200" w:line="276" w:lineRule="auto"/>
    </w:pPr>
    <w:rPr>
      <w:rFonts w:ascii="Aptos" w:hAnsi="Aptos"/>
      <w:kern w:val="0"/>
      <w:sz w:val="18"/>
      <w:szCs w:val="22"/>
      <w:lang w:val="en-US" w:eastAsia="en-US"/>
      <w14:ligatures w14:val="none"/>
    </w:rPr>
  </w:style>
  <w:style w:type="paragraph" w:customStyle="1" w:styleId="B79839B8F85D4E7387CB695F629B4DD8">
    <w:name w:val="B79839B8F85D4E7387CB695F629B4DD8"/>
    <w:rsid w:val="001724F1"/>
    <w:pPr>
      <w:spacing w:after="200" w:line="276" w:lineRule="auto"/>
    </w:pPr>
    <w:rPr>
      <w:rFonts w:ascii="Aptos" w:hAnsi="Aptos"/>
      <w:kern w:val="0"/>
      <w:sz w:val="18"/>
      <w:szCs w:val="22"/>
      <w:lang w:val="en-US" w:eastAsia="en-US"/>
      <w14:ligatures w14:val="none"/>
    </w:rPr>
  </w:style>
  <w:style w:type="paragraph" w:customStyle="1" w:styleId="D855043014684135A21E22B6D6677895">
    <w:name w:val="D855043014684135A21E22B6D6677895"/>
    <w:rsid w:val="001724F1"/>
    <w:pPr>
      <w:spacing w:after="200" w:line="276" w:lineRule="auto"/>
    </w:pPr>
    <w:rPr>
      <w:rFonts w:ascii="Aptos" w:hAnsi="Aptos"/>
      <w:kern w:val="0"/>
      <w:sz w:val="18"/>
      <w:szCs w:val="22"/>
      <w:lang w:val="en-US" w:eastAsia="en-US"/>
      <w14:ligatures w14:val="none"/>
    </w:rPr>
  </w:style>
  <w:style w:type="paragraph" w:customStyle="1" w:styleId="07DC4C41DAF642F1B00A6BB9CA4E3ADB">
    <w:name w:val="07DC4C41DAF642F1B00A6BB9CA4E3ADB"/>
    <w:rsid w:val="001724F1"/>
    <w:pPr>
      <w:spacing w:after="200" w:line="276" w:lineRule="auto"/>
    </w:pPr>
    <w:rPr>
      <w:rFonts w:ascii="Aptos" w:hAnsi="Aptos"/>
      <w:kern w:val="0"/>
      <w:sz w:val="18"/>
      <w:szCs w:val="22"/>
      <w:lang w:val="en-US" w:eastAsia="en-US"/>
      <w14:ligatures w14:val="none"/>
    </w:rPr>
  </w:style>
  <w:style w:type="paragraph" w:customStyle="1" w:styleId="37F7BC41E3EE4486A1001FBB8B0CE8DE">
    <w:name w:val="37F7BC41E3EE4486A1001FBB8B0CE8DE"/>
    <w:rsid w:val="001724F1"/>
    <w:pPr>
      <w:spacing w:after="200" w:line="276" w:lineRule="auto"/>
    </w:pPr>
    <w:rPr>
      <w:rFonts w:ascii="Aptos" w:hAnsi="Aptos"/>
      <w:kern w:val="0"/>
      <w:sz w:val="18"/>
      <w:szCs w:val="22"/>
      <w:lang w:val="en-US" w:eastAsia="en-US"/>
      <w14:ligatures w14:val="none"/>
    </w:rPr>
  </w:style>
  <w:style w:type="paragraph" w:customStyle="1" w:styleId="2961823634BA4D44B87964386D2D0F4A">
    <w:name w:val="2961823634BA4D44B87964386D2D0F4A"/>
    <w:rsid w:val="001724F1"/>
    <w:pPr>
      <w:spacing w:after="200" w:line="276" w:lineRule="auto"/>
    </w:pPr>
    <w:rPr>
      <w:rFonts w:ascii="Aptos" w:hAnsi="Aptos"/>
      <w:kern w:val="0"/>
      <w:sz w:val="18"/>
      <w:szCs w:val="22"/>
      <w:lang w:val="en-US" w:eastAsia="en-US"/>
      <w14:ligatures w14:val="none"/>
    </w:rPr>
  </w:style>
  <w:style w:type="paragraph" w:customStyle="1" w:styleId="FC2E0717ADBC4CEE8CC99A7B657818C9">
    <w:name w:val="FC2E0717ADBC4CEE8CC99A7B657818C9"/>
    <w:rsid w:val="001724F1"/>
    <w:pPr>
      <w:spacing w:after="200" w:line="276" w:lineRule="auto"/>
    </w:pPr>
    <w:rPr>
      <w:rFonts w:ascii="Aptos" w:hAnsi="Aptos"/>
      <w:kern w:val="0"/>
      <w:sz w:val="18"/>
      <w:szCs w:val="22"/>
      <w:lang w:val="en-US" w:eastAsia="en-US"/>
      <w14:ligatures w14:val="none"/>
    </w:rPr>
  </w:style>
  <w:style w:type="paragraph" w:customStyle="1" w:styleId="B3B833ABD7F64DA7BE8A1A8993EDC2D0">
    <w:name w:val="B3B833ABD7F64DA7BE8A1A8993EDC2D0"/>
    <w:rsid w:val="001724F1"/>
    <w:pPr>
      <w:spacing w:after="200" w:line="276" w:lineRule="auto"/>
    </w:pPr>
    <w:rPr>
      <w:rFonts w:ascii="Aptos" w:hAnsi="Aptos"/>
      <w:kern w:val="0"/>
      <w:sz w:val="18"/>
      <w:szCs w:val="22"/>
      <w:lang w:val="en-US" w:eastAsia="en-US"/>
      <w14:ligatures w14:val="none"/>
    </w:rPr>
  </w:style>
  <w:style w:type="paragraph" w:customStyle="1" w:styleId="0BFD7D2B444F412194C2FB9337187CB5">
    <w:name w:val="0BFD7D2B444F412194C2FB9337187CB5"/>
    <w:rsid w:val="001724F1"/>
    <w:pPr>
      <w:spacing w:after="200" w:line="276" w:lineRule="auto"/>
    </w:pPr>
    <w:rPr>
      <w:rFonts w:ascii="Aptos" w:hAnsi="Aptos"/>
      <w:kern w:val="0"/>
      <w:sz w:val="18"/>
      <w:szCs w:val="22"/>
      <w:lang w:val="en-US" w:eastAsia="en-US"/>
      <w14:ligatures w14:val="none"/>
    </w:rPr>
  </w:style>
  <w:style w:type="paragraph" w:customStyle="1" w:styleId="2EF2F3F4FB614ED395ED2CAA747C3F212">
    <w:name w:val="2EF2F3F4FB614ED395ED2CAA747C3F212"/>
    <w:rsid w:val="005A79AA"/>
    <w:pPr>
      <w:spacing w:after="200" w:line="276" w:lineRule="auto"/>
    </w:pPr>
    <w:rPr>
      <w:rFonts w:ascii="Aptos" w:hAnsi="Aptos"/>
      <w:kern w:val="0"/>
      <w:sz w:val="18"/>
      <w:szCs w:val="22"/>
      <w:lang w:val="en-US" w:eastAsia="en-US"/>
      <w14:ligatures w14:val="none"/>
    </w:rPr>
  </w:style>
  <w:style w:type="paragraph" w:customStyle="1" w:styleId="F807B557A55E47F58470C9D44D0772B72">
    <w:name w:val="F807B557A55E47F58470C9D44D0772B72"/>
    <w:rsid w:val="005A79AA"/>
    <w:pPr>
      <w:spacing w:after="200" w:line="276" w:lineRule="auto"/>
    </w:pPr>
    <w:rPr>
      <w:rFonts w:ascii="Aptos" w:hAnsi="Aptos"/>
      <w:kern w:val="0"/>
      <w:sz w:val="18"/>
      <w:szCs w:val="22"/>
      <w:lang w:val="en-US" w:eastAsia="en-US"/>
      <w14:ligatures w14:val="none"/>
    </w:rPr>
  </w:style>
  <w:style w:type="paragraph" w:customStyle="1" w:styleId="4E00C1340B6C4101B61B3C8F629320062">
    <w:name w:val="4E00C1340B6C4101B61B3C8F629320062"/>
    <w:rsid w:val="005A79AA"/>
    <w:pPr>
      <w:spacing w:after="200" w:line="276" w:lineRule="auto"/>
    </w:pPr>
    <w:rPr>
      <w:rFonts w:ascii="Aptos" w:hAnsi="Aptos"/>
      <w:kern w:val="0"/>
      <w:sz w:val="18"/>
      <w:szCs w:val="22"/>
      <w:lang w:val="en-US" w:eastAsia="en-US"/>
      <w14:ligatures w14:val="none"/>
    </w:rPr>
  </w:style>
  <w:style w:type="paragraph" w:customStyle="1" w:styleId="38A6143D1A4C494A9762F3A8C88C880D2">
    <w:name w:val="38A6143D1A4C494A9762F3A8C88C880D2"/>
    <w:rsid w:val="005A79AA"/>
    <w:pPr>
      <w:spacing w:after="200" w:line="276" w:lineRule="auto"/>
    </w:pPr>
    <w:rPr>
      <w:rFonts w:ascii="Aptos" w:hAnsi="Aptos"/>
      <w:kern w:val="0"/>
      <w:sz w:val="18"/>
      <w:szCs w:val="22"/>
      <w:lang w:val="en-US" w:eastAsia="en-US"/>
      <w14:ligatures w14:val="none"/>
    </w:rPr>
  </w:style>
  <w:style w:type="paragraph" w:customStyle="1" w:styleId="A6BBDCF34B3C46E5A0B8C99B7FE8C0A62">
    <w:name w:val="A6BBDCF34B3C46E5A0B8C99B7FE8C0A62"/>
    <w:rsid w:val="005A79AA"/>
    <w:pPr>
      <w:spacing w:after="200" w:line="276" w:lineRule="auto"/>
    </w:pPr>
    <w:rPr>
      <w:rFonts w:ascii="Aptos" w:hAnsi="Aptos"/>
      <w:kern w:val="0"/>
      <w:sz w:val="18"/>
      <w:szCs w:val="22"/>
      <w:lang w:val="en-US" w:eastAsia="en-US"/>
      <w14:ligatures w14:val="none"/>
    </w:rPr>
  </w:style>
  <w:style w:type="paragraph" w:customStyle="1" w:styleId="178FEA489CAA428C92B9D7B869FF83682">
    <w:name w:val="178FEA489CAA428C92B9D7B869FF83682"/>
    <w:rsid w:val="005A79AA"/>
    <w:pPr>
      <w:spacing w:after="200" w:line="276" w:lineRule="auto"/>
    </w:pPr>
    <w:rPr>
      <w:rFonts w:ascii="Aptos" w:hAnsi="Aptos"/>
      <w:kern w:val="0"/>
      <w:sz w:val="18"/>
      <w:szCs w:val="22"/>
      <w:lang w:val="en-US" w:eastAsia="en-US"/>
      <w14:ligatures w14:val="none"/>
    </w:rPr>
  </w:style>
  <w:style w:type="paragraph" w:customStyle="1" w:styleId="4C39D2C4B3F444A880CB9832C05C1C892">
    <w:name w:val="4C39D2C4B3F444A880CB9832C05C1C892"/>
    <w:rsid w:val="005A79AA"/>
    <w:pPr>
      <w:spacing w:after="200" w:line="276" w:lineRule="auto"/>
    </w:pPr>
    <w:rPr>
      <w:rFonts w:ascii="Aptos" w:hAnsi="Aptos"/>
      <w:kern w:val="0"/>
      <w:sz w:val="18"/>
      <w:szCs w:val="22"/>
      <w:lang w:val="en-US" w:eastAsia="en-US"/>
      <w14:ligatures w14:val="none"/>
    </w:rPr>
  </w:style>
  <w:style w:type="paragraph" w:customStyle="1" w:styleId="518CA9F7BB544CF49823FE80DC0933872">
    <w:name w:val="518CA9F7BB544CF49823FE80DC0933872"/>
    <w:rsid w:val="005A79AA"/>
    <w:pPr>
      <w:spacing w:after="200" w:line="276" w:lineRule="auto"/>
    </w:pPr>
    <w:rPr>
      <w:rFonts w:ascii="Aptos" w:hAnsi="Aptos"/>
      <w:kern w:val="0"/>
      <w:sz w:val="18"/>
      <w:szCs w:val="22"/>
      <w:lang w:val="en-US" w:eastAsia="en-US"/>
      <w14:ligatures w14:val="none"/>
    </w:rPr>
  </w:style>
  <w:style w:type="paragraph" w:customStyle="1" w:styleId="4B90AA0D5D464741800ADA6761F65A512">
    <w:name w:val="4B90AA0D5D464741800ADA6761F65A512"/>
    <w:rsid w:val="005A79AA"/>
    <w:pPr>
      <w:spacing w:after="200" w:line="276" w:lineRule="auto"/>
    </w:pPr>
    <w:rPr>
      <w:rFonts w:ascii="Aptos" w:hAnsi="Aptos"/>
      <w:kern w:val="0"/>
      <w:sz w:val="18"/>
      <w:szCs w:val="22"/>
      <w:lang w:val="en-US" w:eastAsia="en-US"/>
      <w14:ligatures w14:val="none"/>
    </w:rPr>
  </w:style>
  <w:style w:type="paragraph" w:customStyle="1" w:styleId="7B727C1C2CA24315A420D61E56F1F3BB2">
    <w:name w:val="7B727C1C2CA24315A420D61E56F1F3BB2"/>
    <w:rsid w:val="005A79AA"/>
    <w:pPr>
      <w:spacing w:after="200" w:line="276" w:lineRule="auto"/>
    </w:pPr>
    <w:rPr>
      <w:rFonts w:ascii="Aptos" w:hAnsi="Aptos"/>
      <w:kern w:val="0"/>
      <w:sz w:val="18"/>
      <w:szCs w:val="22"/>
      <w:lang w:val="en-US" w:eastAsia="en-US"/>
      <w14:ligatures w14:val="none"/>
    </w:rPr>
  </w:style>
  <w:style w:type="paragraph" w:customStyle="1" w:styleId="766A07C28385478F83109E7CCF3B93792">
    <w:name w:val="766A07C28385478F83109E7CCF3B93792"/>
    <w:rsid w:val="005A79AA"/>
    <w:pPr>
      <w:spacing w:after="200" w:line="276" w:lineRule="auto"/>
    </w:pPr>
    <w:rPr>
      <w:rFonts w:ascii="Aptos" w:hAnsi="Aptos"/>
      <w:kern w:val="0"/>
      <w:sz w:val="18"/>
      <w:szCs w:val="22"/>
      <w:lang w:val="en-US" w:eastAsia="en-US"/>
      <w14:ligatures w14:val="none"/>
    </w:rPr>
  </w:style>
  <w:style w:type="paragraph" w:customStyle="1" w:styleId="9EFE6A3D257F4862B224AF530612185E2">
    <w:name w:val="9EFE6A3D257F4862B224AF530612185E2"/>
    <w:rsid w:val="005A79AA"/>
    <w:pPr>
      <w:spacing w:after="200" w:line="276" w:lineRule="auto"/>
    </w:pPr>
    <w:rPr>
      <w:rFonts w:ascii="Aptos" w:hAnsi="Aptos"/>
      <w:kern w:val="0"/>
      <w:sz w:val="18"/>
      <w:szCs w:val="22"/>
      <w:lang w:val="en-US" w:eastAsia="en-US"/>
      <w14:ligatures w14:val="none"/>
    </w:rPr>
  </w:style>
  <w:style w:type="paragraph" w:customStyle="1" w:styleId="6C275E7257364F73B418FC07BABF6D432">
    <w:name w:val="6C275E7257364F73B418FC07BABF6D432"/>
    <w:rsid w:val="005A79AA"/>
    <w:pPr>
      <w:spacing w:after="200" w:line="276" w:lineRule="auto"/>
    </w:pPr>
    <w:rPr>
      <w:rFonts w:ascii="Aptos" w:hAnsi="Aptos"/>
      <w:kern w:val="0"/>
      <w:sz w:val="18"/>
      <w:szCs w:val="22"/>
      <w:lang w:val="en-US" w:eastAsia="en-US"/>
      <w14:ligatures w14:val="none"/>
    </w:rPr>
  </w:style>
  <w:style w:type="paragraph" w:customStyle="1" w:styleId="2888F1CB9BA64705966D14A328694B2E2">
    <w:name w:val="2888F1CB9BA64705966D14A328694B2E2"/>
    <w:rsid w:val="005A79AA"/>
    <w:pPr>
      <w:spacing w:after="200" w:line="276" w:lineRule="auto"/>
    </w:pPr>
    <w:rPr>
      <w:rFonts w:ascii="Aptos" w:hAnsi="Aptos"/>
      <w:kern w:val="0"/>
      <w:sz w:val="18"/>
      <w:szCs w:val="22"/>
      <w:lang w:val="en-US" w:eastAsia="en-US"/>
      <w14:ligatures w14:val="none"/>
    </w:rPr>
  </w:style>
  <w:style w:type="paragraph" w:customStyle="1" w:styleId="F3A563B63BD9436291F26F549423086D2">
    <w:name w:val="F3A563B63BD9436291F26F549423086D2"/>
    <w:rsid w:val="005A79AA"/>
    <w:pPr>
      <w:spacing w:after="200" w:line="276" w:lineRule="auto"/>
    </w:pPr>
    <w:rPr>
      <w:rFonts w:ascii="Aptos" w:hAnsi="Aptos"/>
      <w:kern w:val="0"/>
      <w:sz w:val="18"/>
      <w:szCs w:val="22"/>
      <w:lang w:val="en-US" w:eastAsia="en-US"/>
      <w14:ligatures w14:val="none"/>
    </w:rPr>
  </w:style>
  <w:style w:type="paragraph" w:customStyle="1" w:styleId="FA6E2D5254434CEFA9F2FF98BA4FD8252">
    <w:name w:val="FA6E2D5254434CEFA9F2FF98BA4FD8252"/>
    <w:rsid w:val="005A79AA"/>
    <w:pPr>
      <w:spacing w:after="200" w:line="276" w:lineRule="auto"/>
    </w:pPr>
    <w:rPr>
      <w:rFonts w:ascii="Aptos" w:hAnsi="Aptos"/>
      <w:kern w:val="0"/>
      <w:sz w:val="18"/>
      <w:szCs w:val="22"/>
      <w:lang w:val="en-US" w:eastAsia="en-US"/>
      <w14:ligatures w14:val="none"/>
    </w:rPr>
  </w:style>
  <w:style w:type="paragraph" w:customStyle="1" w:styleId="821372F7FD564C9A8BE6FA2362BB20F12">
    <w:name w:val="821372F7FD564C9A8BE6FA2362BB20F12"/>
    <w:rsid w:val="005A79AA"/>
    <w:pPr>
      <w:spacing w:after="200" w:line="276" w:lineRule="auto"/>
    </w:pPr>
    <w:rPr>
      <w:rFonts w:ascii="Aptos" w:hAnsi="Aptos"/>
      <w:kern w:val="0"/>
      <w:sz w:val="18"/>
      <w:szCs w:val="22"/>
      <w:lang w:val="en-US" w:eastAsia="en-US"/>
      <w14:ligatures w14:val="none"/>
    </w:rPr>
  </w:style>
  <w:style w:type="paragraph" w:customStyle="1" w:styleId="B2F409FCBF4747708363E1D3D7280B4F2">
    <w:name w:val="B2F409FCBF4747708363E1D3D7280B4F2"/>
    <w:rsid w:val="005A79AA"/>
    <w:pPr>
      <w:spacing w:after="200" w:line="276" w:lineRule="auto"/>
    </w:pPr>
    <w:rPr>
      <w:rFonts w:ascii="Aptos" w:hAnsi="Aptos"/>
      <w:kern w:val="0"/>
      <w:sz w:val="18"/>
      <w:szCs w:val="22"/>
      <w:lang w:val="en-US" w:eastAsia="en-US"/>
      <w14:ligatures w14:val="none"/>
    </w:rPr>
  </w:style>
  <w:style w:type="paragraph" w:customStyle="1" w:styleId="00B29636A9584DB98B0BCEA64D7477462">
    <w:name w:val="00B29636A9584DB98B0BCEA64D7477462"/>
    <w:rsid w:val="005A79AA"/>
    <w:pPr>
      <w:spacing w:after="200" w:line="276" w:lineRule="auto"/>
    </w:pPr>
    <w:rPr>
      <w:rFonts w:ascii="Aptos" w:hAnsi="Aptos"/>
      <w:kern w:val="0"/>
      <w:sz w:val="18"/>
      <w:szCs w:val="22"/>
      <w:lang w:val="en-US" w:eastAsia="en-US"/>
      <w14:ligatures w14:val="none"/>
    </w:rPr>
  </w:style>
  <w:style w:type="paragraph" w:customStyle="1" w:styleId="9CCEF90CB980437E98976BEE33CD7EAF">
    <w:name w:val="9CCEF90CB980437E98976BEE33CD7EAF"/>
    <w:rsid w:val="005A79AA"/>
    <w:pPr>
      <w:spacing w:after="200" w:line="276" w:lineRule="auto"/>
    </w:pPr>
    <w:rPr>
      <w:rFonts w:ascii="Aptos" w:hAnsi="Aptos"/>
      <w:kern w:val="0"/>
      <w:sz w:val="18"/>
      <w:szCs w:val="22"/>
      <w:lang w:val="en-US" w:eastAsia="en-US"/>
      <w14:ligatures w14:val="none"/>
    </w:rPr>
  </w:style>
  <w:style w:type="paragraph" w:customStyle="1" w:styleId="AE58AF41B9244D04A5F7A0DBD9A7CD28">
    <w:name w:val="AE58AF41B9244D04A5F7A0DBD9A7CD28"/>
    <w:rsid w:val="005A79AA"/>
    <w:pPr>
      <w:spacing w:after="200" w:line="276" w:lineRule="auto"/>
    </w:pPr>
    <w:rPr>
      <w:rFonts w:ascii="Aptos" w:hAnsi="Aptos"/>
      <w:kern w:val="0"/>
      <w:sz w:val="18"/>
      <w:szCs w:val="22"/>
      <w:lang w:val="en-US" w:eastAsia="en-US"/>
      <w14:ligatures w14:val="none"/>
    </w:rPr>
  </w:style>
  <w:style w:type="paragraph" w:customStyle="1" w:styleId="585FEDAA96764324A132935FBF1E66ED2">
    <w:name w:val="585FEDAA96764324A132935FBF1E66ED2"/>
    <w:rsid w:val="005A79AA"/>
    <w:pPr>
      <w:spacing w:after="200" w:line="276" w:lineRule="auto"/>
    </w:pPr>
    <w:rPr>
      <w:rFonts w:ascii="Aptos" w:hAnsi="Aptos"/>
      <w:kern w:val="0"/>
      <w:sz w:val="18"/>
      <w:szCs w:val="22"/>
      <w:lang w:val="en-US" w:eastAsia="en-US"/>
      <w14:ligatures w14:val="none"/>
    </w:rPr>
  </w:style>
  <w:style w:type="paragraph" w:customStyle="1" w:styleId="F47FBBC9F04D421385ACD080106D03112">
    <w:name w:val="F47FBBC9F04D421385ACD080106D03112"/>
    <w:rsid w:val="005A79AA"/>
    <w:pPr>
      <w:spacing w:after="200" w:line="276" w:lineRule="auto"/>
    </w:pPr>
    <w:rPr>
      <w:rFonts w:ascii="Aptos" w:hAnsi="Aptos"/>
      <w:kern w:val="0"/>
      <w:sz w:val="18"/>
      <w:szCs w:val="22"/>
      <w:lang w:val="en-US" w:eastAsia="en-US"/>
      <w14:ligatures w14:val="none"/>
    </w:rPr>
  </w:style>
  <w:style w:type="paragraph" w:customStyle="1" w:styleId="15C4FF223C3543398BCFF55B93B434912">
    <w:name w:val="15C4FF223C3543398BCFF55B93B434912"/>
    <w:rsid w:val="005A79AA"/>
    <w:pPr>
      <w:spacing w:after="200" w:line="276" w:lineRule="auto"/>
    </w:pPr>
    <w:rPr>
      <w:rFonts w:ascii="Aptos" w:hAnsi="Aptos"/>
      <w:kern w:val="0"/>
      <w:sz w:val="18"/>
      <w:szCs w:val="22"/>
      <w:lang w:val="en-US" w:eastAsia="en-US"/>
      <w14:ligatures w14:val="none"/>
    </w:rPr>
  </w:style>
  <w:style w:type="paragraph" w:customStyle="1" w:styleId="92153B4644434CAEA065DE1D2685835B1">
    <w:name w:val="92153B4644434CAEA065DE1D2685835B1"/>
    <w:rsid w:val="005A79AA"/>
    <w:pPr>
      <w:spacing w:after="200" w:line="276" w:lineRule="auto"/>
    </w:pPr>
    <w:rPr>
      <w:rFonts w:ascii="Aptos" w:hAnsi="Aptos"/>
      <w:kern w:val="0"/>
      <w:sz w:val="18"/>
      <w:szCs w:val="22"/>
      <w:lang w:val="en-US" w:eastAsia="en-US"/>
      <w14:ligatures w14:val="none"/>
    </w:rPr>
  </w:style>
  <w:style w:type="paragraph" w:customStyle="1" w:styleId="43D6A4C00A98424B8B4613CCBD4C7B1F2">
    <w:name w:val="43D6A4C00A98424B8B4613CCBD4C7B1F2"/>
    <w:rsid w:val="005A79AA"/>
    <w:pPr>
      <w:spacing w:after="200" w:line="276" w:lineRule="auto"/>
    </w:pPr>
    <w:rPr>
      <w:rFonts w:ascii="Aptos" w:hAnsi="Aptos"/>
      <w:kern w:val="0"/>
      <w:sz w:val="18"/>
      <w:szCs w:val="22"/>
      <w:lang w:val="en-US" w:eastAsia="en-US"/>
      <w14:ligatures w14:val="none"/>
    </w:rPr>
  </w:style>
  <w:style w:type="paragraph" w:customStyle="1" w:styleId="C5F59AB15D564DC3801C5871D94217752">
    <w:name w:val="C5F59AB15D564DC3801C5871D94217752"/>
    <w:rsid w:val="005A79AA"/>
    <w:pPr>
      <w:spacing w:after="200" w:line="276" w:lineRule="auto"/>
    </w:pPr>
    <w:rPr>
      <w:rFonts w:ascii="Aptos" w:hAnsi="Aptos"/>
      <w:kern w:val="0"/>
      <w:sz w:val="18"/>
      <w:szCs w:val="22"/>
      <w:lang w:val="en-US" w:eastAsia="en-US"/>
      <w14:ligatures w14:val="none"/>
    </w:rPr>
  </w:style>
  <w:style w:type="paragraph" w:customStyle="1" w:styleId="260CBEFC7A8645B1BDFE3EB7ECACBF5A2">
    <w:name w:val="260CBEFC7A8645B1BDFE3EB7ECACBF5A2"/>
    <w:rsid w:val="005A79AA"/>
    <w:pPr>
      <w:spacing w:after="200" w:line="276" w:lineRule="auto"/>
    </w:pPr>
    <w:rPr>
      <w:rFonts w:ascii="Aptos" w:hAnsi="Aptos"/>
      <w:kern w:val="0"/>
      <w:sz w:val="18"/>
      <w:szCs w:val="22"/>
      <w:lang w:val="en-US" w:eastAsia="en-US"/>
      <w14:ligatures w14:val="none"/>
    </w:rPr>
  </w:style>
  <w:style w:type="paragraph" w:customStyle="1" w:styleId="2C87257AC1E0475F80912B5F047B7EB72">
    <w:name w:val="2C87257AC1E0475F80912B5F047B7EB72"/>
    <w:rsid w:val="005A79AA"/>
    <w:pPr>
      <w:spacing w:after="200" w:line="276" w:lineRule="auto"/>
    </w:pPr>
    <w:rPr>
      <w:rFonts w:ascii="Aptos" w:hAnsi="Aptos"/>
      <w:kern w:val="0"/>
      <w:sz w:val="18"/>
      <w:szCs w:val="22"/>
      <w:lang w:val="en-US" w:eastAsia="en-US"/>
      <w14:ligatures w14:val="none"/>
    </w:rPr>
  </w:style>
  <w:style w:type="paragraph" w:customStyle="1" w:styleId="09CA7970F4F043F8B313814468E959AE2">
    <w:name w:val="09CA7970F4F043F8B313814468E959AE2"/>
    <w:rsid w:val="005A79AA"/>
    <w:pPr>
      <w:spacing w:after="200" w:line="276" w:lineRule="auto"/>
    </w:pPr>
    <w:rPr>
      <w:rFonts w:ascii="Aptos" w:hAnsi="Aptos"/>
      <w:kern w:val="0"/>
      <w:sz w:val="18"/>
      <w:szCs w:val="22"/>
      <w:lang w:val="en-US" w:eastAsia="en-US"/>
      <w14:ligatures w14:val="none"/>
    </w:rPr>
  </w:style>
  <w:style w:type="paragraph" w:customStyle="1" w:styleId="F0BE431A109148E09174B938DE75E5A72">
    <w:name w:val="F0BE431A109148E09174B938DE75E5A72"/>
    <w:rsid w:val="005A79AA"/>
    <w:pPr>
      <w:spacing w:after="200" w:line="276" w:lineRule="auto"/>
    </w:pPr>
    <w:rPr>
      <w:rFonts w:ascii="Aptos" w:hAnsi="Aptos"/>
      <w:kern w:val="0"/>
      <w:sz w:val="18"/>
      <w:szCs w:val="22"/>
      <w:lang w:val="en-US" w:eastAsia="en-US"/>
      <w14:ligatures w14:val="none"/>
    </w:rPr>
  </w:style>
  <w:style w:type="paragraph" w:customStyle="1" w:styleId="409B9E7EF235456289912CB235E148CF2">
    <w:name w:val="409B9E7EF235456289912CB235E148CF2"/>
    <w:rsid w:val="005A79AA"/>
    <w:pPr>
      <w:spacing w:after="200" w:line="276" w:lineRule="auto"/>
    </w:pPr>
    <w:rPr>
      <w:rFonts w:ascii="Aptos" w:hAnsi="Aptos"/>
      <w:kern w:val="0"/>
      <w:sz w:val="18"/>
      <w:szCs w:val="22"/>
      <w:lang w:val="en-US" w:eastAsia="en-US"/>
      <w14:ligatures w14:val="none"/>
    </w:rPr>
  </w:style>
  <w:style w:type="paragraph" w:customStyle="1" w:styleId="7C3418B635F140E7976D01E26843DF222">
    <w:name w:val="7C3418B635F140E7976D01E26843DF222"/>
    <w:rsid w:val="005A79AA"/>
    <w:pPr>
      <w:spacing w:after="200" w:line="276" w:lineRule="auto"/>
    </w:pPr>
    <w:rPr>
      <w:rFonts w:ascii="Aptos" w:hAnsi="Aptos"/>
      <w:kern w:val="0"/>
      <w:sz w:val="18"/>
      <w:szCs w:val="22"/>
      <w:lang w:val="en-US" w:eastAsia="en-US"/>
      <w14:ligatures w14:val="none"/>
    </w:rPr>
  </w:style>
  <w:style w:type="paragraph" w:customStyle="1" w:styleId="2383B822DC1143A083EDDCA179B13D1C2">
    <w:name w:val="2383B822DC1143A083EDDCA179B13D1C2"/>
    <w:rsid w:val="005A79AA"/>
    <w:pPr>
      <w:spacing w:after="200" w:line="276" w:lineRule="auto"/>
    </w:pPr>
    <w:rPr>
      <w:rFonts w:ascii="Aptos" w:hAnsi="Aptos"/>
      <w:kern w:val="0"/>
      <w:sz w:val="18"/>
      <w:szCs w:val="22"/>
      <w:lang w:val="en-US" w:eastAsia="en-US"/>
      <w14:ligatures w14:val="none"/>
    </w:rPr>
  </w:style>
  <w:style w:type="paragraph" w:customStyle="1" w:styleId="45316E674F574978A8CDA9ACB7846FFE2">
    <w:name w:val="45316E674F574978A8CDA9ACB7846FFE2"/>
    <w:rsid w:val="005A79AA"/>
    <w:pPr>
      <w:spacing w:after="200" w:line="276" w:lineRule="auto"/>
    </w:pPr>
    <w:rPr>
      <w:rFonts w:ascii="Aptos" w:hAnsi="Aptos"/>
      <w:kern w:val="0"/>
      <w:sz w:val="18"/>
      <w:szCs w:val="22"/>
      <w:lang w:val="en-US" w:eastAsia="en-US"/>
      <w14:ligatures w14:val="none"/>
    </w:rPr>
  </w:style>
  <w:style w:type="paragraph" w:customStyle="1" w:styleId="1D6831A185454C988F59FF94312967672">
    <w:name w:val="1D6831A185454C988F59FF94312967672"/>
    <w:rsid w:val="005A79AA"/>
    <w:pPr>
      <w:spacing w:after="200" w:line="276" w:lineRule="auto"/>
    </w:pPr>
    <w:rPr>
      <w:rFonts w:ascii="Aptos" w:hAnsi="Aptos"/>
      <w:kern w:val="0"/>
      <w:sz w:val="18"/>
      <w:szCs w:val="22"/>
      <w:lang w:val="en-US" w:eastAsia="en-US"/>
      <w14:ligatures w14:val="none"/>
    </w:rPr>
  </w:style>
  <w:style w:type="paragraph" w:customStyle="1" w:styleId="0A1012AD53E548D392C591D946DF788A2">
    <w:name w:val="0A1012AD53E548D392C591D946DF788A2"/>
    <w:rsid w:val="005A79AA"/>
    <w:pPr>
      <w:spacing w:after="200" w:line="276" w:lineRule="auto"/>
    </w:pPr>
    <w:rPr>
      <w:rFonts w:ascii="Aptos" w:hAnsi="Aptos"/>
      <w:kern w:val="0"/>
      <w:sz w:val="18"/>
      <w:szCs w:val="22"/>
      <w:lang w:val="en-US" w:eastAsia="en-US"/>
      <w14:ligatures w14:val="none"/>
    </w:rPr>
  </w:style>
  <w:style w:type="paragraph" w:customStyle="1" w:styleId="C78142C572E34E9A8E9BF2EFF9EEFAB62">
    <w:name w:val="C78142C572E34E9A8E9BF2EFF9EEFAB62"/>
    <w:rsid w:val="005A79AA"/>
    <w:pPr>
      <w:spacing w:after="200" w:line="276" w:lineRule="auto"/>
    </w:pPr>
    <w:rPr>
      <w:rFonts w:ascii="Aptos" w:hAnsi="Aptos"/>
      <w:kern w:val="0"/>
      <w:sz w:val="18"/>
      <w:szCs w:val="22"/>
      <w:lang w:val="en-US" w:eastAsia="en-US"/>
      <w14:ligatures w14:val="none"/>
    </w:rPr>
  </w:style>
  <w:style w:type="paragraph" w:customStyle="1" w:styleId="8228074B283045659A7E00AA894869F42">
    <w:name w:val="8228074B283045659A7E00AA894869F42"/>
    <w:rsid w:val="005A79AA"/>
    <w:pPr>
      <w:spacing w:after="200" w:line="276" w:lineRule="auto"/>
    </w:pPr>
    <w:rPr>
      <w:rFonts w:ascii="Aptos" w:hAnsi="Aptos"/>
      <w:kern w:val="0"/>
      <w:sz w:val="18"/>
      <w:szCs w:val="22"/>
      <w:lang w:val="en-US" w:eastAsia="en-US"/>
      <w14:ligatures w14:val="none"/>
    </w:rPr>
  </w:style>
  <w:style w:type="paragraph" w:customStyle="1" w:styleId="DE5DE8566CFB49E5BC89A2D2B525EA002">
    <w:name w:val="DE5DE8566CFB49E5BC89A2D2B525EA002"/>
    <w:rsid w:val="005A79AA"/>
    <w:pPr>
      <w:spacing w:after="200" w:line="276" w:lineRule="auto"/>
    </w:pPr>
    <w:rPr>
      <w:rFonts w:ascii="Aptos" w:hAnsi="Aptos"/>
      <w:kern w:val="0"/>
      <w:sz w:val="18"/>
      <w:szCs w:val="22"/>
      <w:lang w:val="en-US" w:eastAsia="en-US"/>
      <w14:ligatures w14:val="none"/>
    </w:rPr>
  </w:style>
  <w:style w:type="paragraph" w:customStyle="1" w:styleId="0EDF33D48064450DAA808E51FC152ADF2">
    <w:name w:val="0EDF33D48064450DAA808E51FC152ADF2"/>
    <w:rsid w:val="005A79AA"/>
    <w:pPr>
      <w:spacing w:after="200" w:line="276" w:lineRule="auto"/>
    </w:pPr>
    <w:rPr>
      <w:rFonts w:ascii="Aptos" w:hAnsi="Aptos"/>
      <w:kern w:val="0"/>
      <w:sz w:val="18"/>
      <w:szCs w:val="22"/>
      <w:lang w:val="en-US" w:eastAsia="en-US"/>
      <w14:ligatures w14:val="none"/>
    </w:rPr>
  </w:style>
  <w:style w:type="paragraph" w:customStyle="1" w:styleId="833C8C4BC71B48E9BA9AA890AE9475D21">
    <w:name w:val="833C8C4BC71B48E9BA9AA890AE9475D21"/>
    <w:rsid w:val="005A79AA"/>
    <w:pPr>
      <w:spacing w:after="200" w:line="276" w:lineRule="auto"/>
    </w:pPr>
    <w:rPr>
      <w:rFonts w:ascii="Aptos" w:hAnsi="Aptos"/>
      <w:kern w:val="0"/>
      <w:sz w:val="18"/>
      <w:szCs w:val="22"/>
      <w:lang w:val="en-US" w:eastAsia="en-US"/>
      <w14:ligatures w14:val="none"/>
    </w:rPr>
  </w:style>
  <w:style w:type="paragraph" w:customStyle="1" w:styleId="E367144175194343A38D7A9DB55B7AF12">
    <w:name w:val="E367144175194343A38D7A9DB55B7AF12"/>
    <w:rsid w:val="005A79AA"/>
    <w:pPr>
      <w:spacing w:after="200" w:line="276" w:lineRule="auto"/>
    </w:pPr>
    <w:rPr>
      <w:rFonts w:ascii="Aptos" w:hAnsi="Aptos"/>
      <w:kern w:val="0"/>
      <w:sz w:val="18"/>
      <w:szCs w:val="22"/>
      <w:lang w:val="en-US" w:eastAsia="en-US"/>
      <w14:ligatures w14:val="none"/>
    </w:rPr>
  </w:style>
  <w:style w:type="paragraph" w:customStyle="1" w:styleId="04908BACFC97471EB3211034FDD835FE">
    <w:name w:val="04908BACFC97471EB3211034FDD835FE"/>
    <w:rsid w:val="005A79AA"/>
    <w:pPr>
      <w:spacing w:after="200" w:line="276" w:lineRule="auto"/>
    </w:pPr>
    <w:rPr>
      <w:rFonts w:ascii="Aptos" w:hAnsi="Aptos"/>
      <w:kern w:val="0"/>
      <w:sz w:val="18"/>
      <w:szCs w:val="22"/>
      <w:lang w:val="en-US" w:eastAsia="en-US"/>
      <w14:ligatures w14:val="none"/>
    </w:rPr>
  </w:style>
  <w:style w:type="paragraph" w:customStyle="1" w:styleId="53052829002145CEBB185BFCCCCC1F6F">
    <w:name w:val="53052829002145CEBB185BFCCCCC1F6F"/>
    <w:rsid w:val="005A79AA"/>
    <w:pPr>
      <w:spacing w:after="200" w:line="276" w:lineRule="auto"/>
    </w:pPr>
    <w:rPr>
      <w:rFonts w:ascii="Aptos" w:hAnsi="Aptos"/>
      <w:kern w:val="0"/>
      <w:sz w:val="18"/>
      <w:szCs w:val="22"/>
      <w:lang w:val="en-US" w:eastAsia="en-US"/>
      <w14:ligatures w14:val="none"/>
    </w:rPr>
  </w:style>
  <w:style w:type="paragraph" w:customStyle="1" w:styleId="823BFAB8028C4F3D935BD7D0172DBF59">
    <w:name w:val="823BFAB8028C4F3D935BD7D0172DBF59"/>
    <w:rsid w:val="005A79AA"/>
    <w:pPr>
      <w:spacing w:after="200" w:line="276" w:lineRule="auto"/>
    </w:pPr>
    <w:rPr>
      <w:rFonts w:ascii="Aptos" w:hAnsi="Aptos"/>
      <w:kern w:val="0"/>
      <w:sz w:val="18"/>
      <w:szCs w:val="22"/>
      <w:lang w:val="en-US" w:eastAsia="en-US"/>
      <w14:ligatures w14:val="none"/>
    </w:rPr>
  </w:style>
  <w:style w:type="paragraph" w:customStyle="1" w:styleId="F5C0A5085DEC480782ED01FBC1539A91">
    <w:name w:val="F5C0A5085DEC480782ED01FBC1539A91"/>
    <w:rsid w:val="005A79AA"/>
    <w:pPr>
      <w:spacing w:after="200" w:line="276" w:lineRule="auto"/>
    </w:pPr>
    <w:rPr>
      <w:rFonts w:ascii="Aptos" w:hAnsi="Aptos"/>
      <w:kern w:val="0"/>
      <w:sz w:val="18"/>
      <w:szCs w:val="22"/>
      <w:lang w:val="en-US" w:eastAsia="en-US"/>
      <w14:ligatures w14:val="none"/>
    </w:rPr>
  </w:style>
  <w:style w:type="paragraph" w:customStyle="1" w:styleId="C2B84AA05EC3402D89846C2291227C2C">
    <w:name w:val="C2B84AA05EC3402D89846C2291227C2C"/>
    <w:rsid w:val="005A79AA"/>
    <w:pPr>
      <w:spacing w:after="200" w:line="276" w:lineRule="auto"/>
    </w:pPr>
    <w:rPr>
      <w:rFonts w:ascii="Aptos" w:hAnsi="Aptos"/>
      <w:kern w:val="0"/>
      <w:sz w:val="18"/>
      <w:szCs w:val="22"/>
      <w:lang w:val="en-US" w:eastAsia="en-US"/>
      <w14:ligatures w14:val="none"/>
    </w:rPr>
  </w:style>
  <w:style w:type="paragraph" w:customStyle="1" w:styleId="57D5D613BCA0464BAC82E66FF68B0E7B">
    <w:name w:val="57D5D613BCA0464BAC82E66FF68B0E7B"/>
    <w:rsid w:val="005A79AA"/>
    <w:pPr>
      <w:spacing w:after="200" w:line="276" w:lineRule="auto"/>
    </w:pPr>
    <w:rPr>
      <w:rFonts w:ascii="Aptos" w:hAnsi="Aptos"/>
      <w:kern w:val="0"/>
      <w:sz w:val="18"/>
      <w:szCs w:val="22"/>
      <w:lang w:val="en-US" w:eastAsia="en-US"/>
      <w14:ligatures w14:val="none"/>
    </w:rPr>
  </w:style>
  <w:style w:type="paragraph" w:customStyle="1" w:styleId="7F0D1120EE6348569682F32C2ACFDD25">
    <w:name w:val="7F0D1120EE6348569682F32C2ACFDD25"/>
    <w:rsid w:val="005A79AA"/>
    <w:pPr>
      <w:spacing w:after="200" w:line="276" w:lineRule="auto"/>
    </w:pPr>
    <w:rPr>
      <w:rFonts w:ascii="Aptos" w:hAnsi="Aptos"/>
      <w:kern w:val="0"/>
      <w:sz w:val="18"/>
      <w:szCs w:val="22"/>
      <w:lang w:val="en-US" w:eastAsia="en-US"/>
      <w14:ligatures w14:val="none"/>
    </w:rPr>
  </w:style>
  <w:style w:type="paragraph" w:customStyle="1" w:styleId="EB56D64594F442368E69D69998142413">
    <w:name w:val="EB56D64594F442368E69D69998142413"/>
    <w:rsid w:val="005A79AA"/>
    <w:pPr>
      <w:spacing w:after="200" w:line="276" w:lineRule="auto"/>
    </w:pPr>
    <w:rPr>
      <w:rFonts w:ascii="Aptos" w:hAnsi="Aptos"/>
      <w:kern w:val="0"/>
      <w:sz w:val="18"/>
      <w:szCs w:val="22"/>
      <w:lang w:val="en-US" w:eastAsia="en-US"/>
      <w14:ligatures w14:val="none"/>
    </w:rPr>
  </w:style>
  <w:style w:type="paragraph" w:customStyle="1" w:styleId="5C57D4EE5B1B495E8889F1E84565511A">
    <w:name w:val="5C57D4EE5B1B495E8889F1E84565511A"/>
    <w:rsid w:val="005A79AA"/>
    <w:pPr>
      <w:spacing w:after="200" w:line="276" w:lineRule="auto"/>
    </w:pPr>
    <w:rPr>
      <w:rFonts w:ascii="Aptos" w:hAnsi="Aptos"/>
      <w:kern w:val="0"/>
      <w:sz w:val="18"/>
      <w:szCs w:val="22"/>
      <w:lang w:val="en-US" w:eastAsia="en-US"/>
      <w14:ligatures w14:val="none"/>
    </w:rPr>
  </w:style>
  <w:style w:type="paragraph" w:customStyle="1" w:styleId="0BF7966B20A547B5B8D1445C9A809A6E">
    <w:name w:val="0BF7966B20A547B5B8D1445C9A809A6E"/>
    <w:rsid w:val="005A79AA"/>
    <w:pPr>
      <w:spacing w:after="200" w:line="276" w:lineRule="auto"/>
    </w:pPr>
    <w:rPr>
      <w:rFonts w:ascii="Aptos" w:hAnsi="Aptos"/>
      <w:kern w:val="0"/>
      <w:sz w:val="18"/>
      <w:szCs w:val="22"/>
      <w:lang w:val="en-US" w:eastAsia="en-US"/>
      <w14:ligatures w14:val="none"/>
    </w:rPr>
  </w:style>
  <w:style w:type="paragraph" w:customStyle="1" w:styleId="DC6BFA6F66F04D79B5CE854E25FADF06">
    <w:name w:val="DC6BFA6F66F04D79B5CE854E25FADF06"/>
    <w:rsid w:val="005A79AA"/>
    <w:pPr>
      <w:spacing w:after="200" w:line="276" w:lineRule="auto"/>
    </w:pPr>
    <w:rPr>
      <w:rFonts w:ascii="Aptos" w:hAnsi="Aptos"/>
      <w:kern w:val="0"/>
      <w:sz w:val="18"/>
      <w:szCs w:val="22"/>
      <w:lang w:val="en-US" w:eastAsia="en-US"/>
      <w14:ligatures w14:val="none"/>
    </w:rPr>
  </w:style>
  <w:style w:type="paragraph" w:customStyle="1" w:styleId="86ABE75EAD5B4610983E02FAE98C7595">
    <w:name w:val="86ABE75EAD5B4610983E02FAE98C7595"/>
    <w:rsid w:val="005A79AA"/>
    <w:pPr>
      <w:spacing w:after="200" w:line="276" w:lineRule="auto"/>
    </w:pPr>
    <w:rPr>
      <w:rFonts w:ascii="Aptos" w:hAnsi="Aptos"/>
      <w:kern w:val="0"/>
      <w:sz w:val="18"/>
      <w:szCs w:val="22"/>
      <w:lang w:val="en-US" w:eastAsia="en-US"/>
      <w14:ligatures w14:val="none"/>
    </w:rPr>
  </w:style>
  <w:style w:type="paragraph" w:customStyle="1" w:styleId="07DC4C41DAF642F1B00A6BB9CA4E3ADB2">
    <w:name w:val="07DC4C41DAF642F1B00A6BB9CA4E3ADB2"/>
    <w:rsid w:val="005A79AA"/>
    <w:pPr>
      <w:spacing w:after="200" w:line="276" w:lineRule="auto"/>
    </w:pPr>
    <w:rPr>
      <w:rFonts w:ascii="Aptos" w:hAnsi="Aptos"/>
      <w:kern w:val="0"/>
      <w:sz w:val="18"/>
      <w:szCs w:val="22"/>
      <w:lang w:val="en-US" w:eastAsia="en-US"/>
      <w14:ligatures w14:val="none"/>
    </w:rPr>
  </w:style>
  <w:style w:type="paragraph" w:customStyle="1" w:styleId="37F7BC41E3EE4486A1001FBB8B0CE8DE2">
    <w:name w:val="37F7BC41E3EE4486A1001FBB8B0CE8DE2"/>
    <w:rsid w:val="005A79AA"/>
    <w:pPr>
      <w:spacing w:after="200" w:line="276" w:lineRule="auto"/>
    </w:pPr>
    <w:rPr>
      <w:rFonts w:ascii="Aptos" w:hAnsi="Aptos"/>
      <w:kern w:val="0"/>
      <w:sz w:val="18"/>
      <w:szCs w:val="22"/>
      <w:lang w:val="en-US" w:eastAsia="en-US"/>
      <w14:ligatures w14:val="none"/>
    </w:rPr>
  </w:style>
  <w:style w:type="paragraph" w:customStyle="1" w:styleId="2961823634BA4D44B87964386D2D0F4A2">
    <w:name w:val="2961823634BA4D44B87964386D2D0F4A2"/>
    <w:rsid w:val="005A79AA"/>
    <w:pPr>
      <w:spacing w:after="200" w:line="276" w:lineRule="auto"/>
    </w:pPr>
    <w:rPr>
      <w:rFonts w:ascii="Aptos" w:hAnsi="Aptos"/>
      <w:kern w:val="0"/>
      <w:sz w:val="18"/>
      <w:szCs w:val="22"/>
      <w:lang w:val="en-US" w:eastAsia="en-US"/>
      <w14:ligatures w14:val="none"/>
    </w:rPr>
  </w:style>
  <w:style w:type="paragraph" w:customStyle="1" w:styleId="FC2E0717ADBC4CEE8CC99A7B657818C92">
    <w:name w:val="FC2E0717ADBC4CEE8CC99A7B657818C92"/>
    <w:rsid w:val="005A79AA"/>
    <w:pPr>
      <w:spacing w:after="200" w:line="276" w:lineRule="auto"/>
    </w:pPr>
    <w:rPr>
      <w:rFonts w:ascii="Aptos" w:hAnsi="Aptos"/>
      <w:kern w:val="0"/>
      <w:sz w:val="18"/>
      <w:szCs w:val="22"/>
      <w:lang w:val="en-US" w:eastAsia="en-US"/>
      <w14:ligatures w14:val="none"/>
    </w:rPr>
  </w:style>
  <w:style w:type="paragraph" w:customStyle="1" w:styleId="B3B833ABD7F64DA7BE8A1A8993EDC2D02">
    <w:name w:val="B3B833ABD7F64DA7BE8A1A8993EDC2D02"/>
    <w:rsid w:val="005A79AA"/>
    <w:pPr>
      <w:spacing w:after="200" w:line="276" w:lineRule="auto"/>
    </w:pPr>
    <w:rPr>
      <w:rFonts w:ascii="Aptos" w:hAnsi="Aptos"/>
      <w:kern w:val="0"/>
      <w:sz w:val="18"/>
      <w:szCs w:val="22"/>
      <w:lang w:val="en-US" w:eastAsia="en-US"/>
      <w14:ligatures w14:val="none"/>
    </w:rPr>
  </w:style>
  <w:style w:type="paragraph" w:customStyle="1" w:styleId="0BFD7D2B444F412194C2FB9337187CB52">
    <w:name w:val="0BFD7D2B444F412194C2FB9337187CB52"/>
    <w:rsid w:val="005A79AA"/>
    <w:pPr>
      <w:spacing w:after="200" w:line="276" w:lineRule="auto"/>
    </w:pPr>
    <w:rPr>
      <w:rFonts w:ascii="Aptos" w:hAnsi="Aptos"/>
      <w:kern w:val="0"/>
      <w:sz w:val="18"/>
      <w:szCs w:val="22"/>
      <w:lang w:val="en-US" w:eastAsia="en-US"/>
      <w14:ligatures w14:val="none"/>
    </w:rPr>
  </w:style>
  <w:style w:type="paragraph" w:customStyle="1" w:styleId="2EF2F3F4FB614ED395ED2CAA747C3F213">
    <w:name w:val="2EF2F3F4FB614ED395ED2CAA747C3F213"/>
    <w:rsid w:val="005A79AA"/>
    <w:pPr>
      <w:spacing w:after="200" w:line="276" w:lineRule="auto"/>
    </w:pPr>
    <w:rPr>
      <w:rFonts w:ascii="Aptos" w:hAnsi="Aptos"/>
      <w:kern w:val="0"/>
      <w:sz w:val="18"/>
      <w:szCs w:val="22"/>
      <w:lang w:val="en-US" w:eastAsia="en-US"/>
      <w14:ligatures w14:val="none"/>
    </w:rPr>
  </w:style>
  <w:style w:type="paragraph" w:customStyle="1" w:styleId="F807B557A55E47F58470C9D44D0772B73">
    <w:name w:val="F807B557A55E47F58470C9D44D0772B73"/>
    <w:rsid w:val="005A79AA"/>
    <w:pPr>
      <w:spacing w:after="200" w:line="276" w:lineRule="auto"/>
    </w:pPr>
    <w:rPr>
      <w:rFonts w:ascii="Aptos" w:hAnsi="Aptos"/>
      <w:kern w:val="0"/>
      <w:sz w:val="18"/>
      <w:szCs w:val="22"/>
      <w:lang w:val="en-US" w:eastAsia="en-US"/>
      <w14:ligatures w14:val="none"/>
    </w:rPr>
  </w:style>
  <w:style w:type="paragraph" w:customStyle="1" w:styleId="4E00C1340B6C4101B61B3C8F629320063">
    <w:name w:val="4E00C1340B6C4101B61B3C8F629320063"/>
    <w:rsid w:val="005A79AA"/>
    <w:pPr>
      <w:spacing w:after="200" w:line="276" w:lineRule="auto"/>
    </w:pPr>
    <w:rPr>
      <w:rFonts w:ascii="Aptos" w:hAnsi="Aptos"/>
      <w:kern w:val="0"/>
      <w:sz w:val="18"/>
      <w:szCs w:val="22"/>
      <w:lang w:val="en-US" w:eastAsia="en-US"/>
      <w14:ligatures w14:val="none"/>
    </w:rPr>
  </w:style>
  <w:style w:type="paragraph" w:customStyle="1" w:styleId="38A6143D1A4C494A9762F3A8C88C880D3">
    <w:name w:val="38A6143D1A4C494A9762F3A8C88C880D3"/>
    <w:rsid w:val="005A79AA"/>
    <w:pPr>
      <w:spacing w:after="200" w:line="276" w:lineRule="auto"/>
    </w:pPr>
    <w:rPr>
      <w:rFonts w:ascii="Aptos" w:hAnsi="Aptos"/>
      <w:kern w:val="0"/>
      <w:sz w:val="18"/>
      <w:szCs w:val="22"/>
      <w:lang w:val="en-US" w:eastAsia="en-US"/>
      <w14:ligatures w14:val="none"/>
    </w:rPr>
  </w:style>
  <w:style w:type="paragraph" w:customStyle="1" w:styleId="A6BBDCF34B3C46E5A0B8C99B7FE8C0A63">
    <w:name w:val="A6BBDCF34B3C46E5A0B8C99B7FE8C0A63"/>
    <w:rsid w:val="005A79AA"/>
    <w:pPr>
      <w:spacing w:after="200" w:line="276" w:lineRule="auto"/>
    </w:pPr>
    <w:rPr>
      <w:rFonts w:ascii="Aptos" w:hAnsi="Aptos"/>
      <w:kern w:val="0"/>
      <w:sz w:val="18"/>
      <w:szCs w:val="22"/>
      <w:lang w:val="en-US" w:eastAsia="en-US"/>
      <w14:ligatures w14:val="none"/>
    </w:rPr>
  </w:style>
  <w:style w:type="paragraph" w:customStyle="1" w:styleId="178FEA489CAA428C92B9D7B869FF83683">
    <w:name w:val="178FEA489CAA428C92B9D7B869FF83683"/>
    <w:rsid w:val="005A79AA"/>
    <w:pPr>
      <w:spacing w:after="200" w:line="276" w:lineRule="auto"/>
    </w:pPr>
    <w:rPr>
      <w:rFonts w:ascii="Aptos" w:hAnsi="Aptos"/>
      <w:kern w:val="0"/>
      <w:sz w:val="18"/>
      <w:szCs w:val="22"/>
      <w:lang w:val="en-US" w:eastAsia="en-US"/>
      <w14:ligatures w14:val="none"/>
    </w:rPr>
  </w:style>
  <w:style w:type="paragraph" w:customStyle="1" w:styleId="4C39D2C4B3F444A880CB9832C05C1C893">
    <w:name w:val="4C39D2C4B3F444A880CB9832C05C1C893"/>
    <w:rsid w:val="005A79AA"/>
    <w:pPr>
      <w:spacing w:after="200" w:line="276" w:lineRule="auto"/>
    </w:pPr>
    <w:rPr>
      <w:rFonts w:ascii="Aptos" w:hAnsi="Aptos"/>
      <w:kern w:val="0"/>
      <w:sz w:val="18"/>
      <w:szCs w:val="22"/>
      <w:lang w:val="en-US" w:eastAsia="en-US"/>
      <w14:ligatures w14:val="none"/>
    </w:rPr>
  </w:style>
  <w:style w:type="paragraph" w:customStyle="1" w:styleId="518CA9F7BB544CF49823FE80DC0933873">
    <w:name w:val="518CA9F7BB544CF49823FE80DC0933873"/>
    <w:rsid w:val="005A79AA"/>
    <w:pPr>
      <w:spacing w:after="200" w:line="276" w:lineRule="auto"/>
    </w:pPr>
    <w:rPr>
      <w:rFonts w:ascii="Aptos" w:hAnsi="Aptos"/>
      <w:kern w:val="0"/>
      <w:sz w:val="18"/>
      <w:szCs w:val="22"/>
      <w:lang w:val="en-US" w:eastAsia="en-US"/>
      <w14:ligatures w14:val="none"/>
    </w:rPr>
  </w:style>
  <w:style w:type="paragraph" w:customStyle="1" w:styleId="4B90AA0D5D464741800ADA6761F65A513">
    <w:name w:val="4B90AA0D5D464741800ADA6761F65A513"/>
    <w:rsid w:val="005A79AA"/>
    <w:pPr>
      <w:spacing w:after="200" w:line="276" w:lineRule="auto"/>
    </w:pPr>
    <w:rPr>
      <w:rFonts w:ascii="Aptos" w:hAnsi="Aptos"/>
      <w:kern w:val="0"/>
      <w:sz w:val="18"/>
      <w:szCs w:val="22"/>
      <w:lang w:val="en-US" w:eastAsia="en-US"/>
      <w14:ligatures w14:val="none"/>
    </w:rPr>
  </w:style>
  <w:style w:type="paragraph" w:customStyle="1" w:styleId="7B727C1C2CA24315A420D61E56F1F3BB3">
    <w:name w:val="7B727C1C2CA24315A420D61E56F1F3BB3"/>
    <w:rsid w:val="005A79AA"/>
    <w:pPr>
      <w:spacing w:after="200" w:line="276" w:lineRule="auto"/>
    </w:pPr>
    <w:rPr>
      <w:rFonts w:ascii="Aptos" w:hAnsi="Aptos"/>
      <w:kern w:val="0"/>
      <w:sz w:val="18"/>
      <w:szCs w:val="22"/>
      <w:lang w:val="en-US" w:eastAsia="en-US"/>
      <w14:ligatures w14:val="none"/>
    </w:rPr>
  </w:style>
  <w:style w:type="paragraph" w:customStyle="1" w:styleId="766A07C28385478F83109E7CCF3B93793">
    <w:name w:val="766A07C28385478F83109E7CCF3B93793"/>
    <w:rsid w:val="005A79AA"/>
    <w:pPr>
      <w:spacing w:after="200" w:line="276" w:lineRule="auto"/>
    </w:pPr>
    <w:rPr>
      <w:rFonts w:ascii="Aptos" w:hAnsi="Aptos"/>
      <w:kern w:val="0"/>
      <w:sz w:val="18"/>
      <w:szCs w:val="22"/>
      <w:lang w:val="en-US" w:eastAsia="en-US"/>
      <w14:ligatures w14:val="none"/>
    </w:rPr>
  </w:style>
  <w:style w:type="paragraph" w:customStyle="1" w:styleId="9EFE6A3D257F4862B224AF530612185E3">
    <w:name w:val="9EFE6A3D257F4862B224AF530612185E3"/>
    <w:rsid w:val="005A79AA"/>
    <w:pPr>
      <w:spacing w:after="200" w:line="276" w:lineRule="auto"/>
    </w:pPr>
    <w:rPr>
      <w:rFonts w:ascii="Aptos" w:hAnsi="Aptos"/>
      <w:kern w:val="0"/>
      <w:sz w:val="18"/>
      <w:szCs w:val="22"/>
      <w:lang w:val="en-US" w:eastAsia="en-US"/>
      <w14:ligatures w14:val="none"/>
    </w:rPr>
  </w:style>
  <w:style w:type="paragraph" w:customStyle="1" w:styleId="6C275E7257364F73B418FC07BABF6D433">
    <w:name w:val="6C275E7257364F73B418FC07BABF6D433"/>
    <w:rsid w:val="005A79AA"/>
    <w:pPr>
      <w:spacing w:after="200" w:line="276" w:lineRule="auto"/>
    </w:pPr>
    <w:rPr>
      <w:rFonts w:ascii="Aptos" w:hAnsi="Aptos"/>
      <w:kern w:val="0"/>
      <w:sz w:val="18"/>
      <w:szCs w:val="22"/>
      <w:lang w:val="en-US" w:eastAsia="en-US"/>
      <w14:ligatures w14:val="none"/>
    </w:rPr>
  </w:style>
  <w:style w:type="paragraph" w:customStyle="1" w:styleId="2888F1CB9BA64705966D14A328694B2E3">
    <w:name w:val="2888F1CB9BA64705966D14A328694B2E3"/>
    <w:rsid w:val="005A79AA"/>
    <w:pPr>
      <w:spacing w:after="200" w:line="276" w:lineRule="auto"/>
    </w:pPr>
    <w:rPr>
      <w:rFonts w:ascii="Aptos" w:hAnsi="Aptos"/>
      <w:kern w:val="0"/>
      <w:sz w:val="18"/>
      <w:szCs w:val="22"/>
      <w:lang w:val="en-US" w:eastAsia="en-US"/>
      <w14:ligatures w14:val="none"/>
    </w:rPr>
  </w:style>
  <w:style w:type="paragraph" w:customStyle="1" w:styleId="F3A563B63BD9436291F26F549423086D3">
    <w:name w:val="F3A563B63BD9436291F26F549423086D3"/>
    <w:rsid w:val="005A79AA"/>
    <w:pPr>
      <w:spacing w:after="200" w:line="276" w:lineRule="auto"/>
    </w:pPr>
    <w:rPr>
      <w:rFonts w:ascii="Aptos" w:hAnsi="Aptos"/>
      <w:kern w:val="0"/>
      <w:sz w:val="18"/>
      <w:szCs w:val="22"/>
      <w:lang w:val="en-US" w:eastAsia="en-US"/>
      <w14:ligatures w14:val="none"/>
    </w:rPr>
  </w:style>
  <w:style w:type="paragraph" w:customStyle="1" w:styleId="FA6E2D5254434CEFA9F2FF98BA4FD8253">
    <w:name w:val="FA6E2D5254434CEFA9F2FF98BA4FD8253"/>
    <w:rsid w:val="005A79AA"/>
    <w:pPr>
      <w:spacing w:after="200" w:line="276" w:lineRule="auto"/>
    </w:pPr>
    <w:rPr>
      <w:rFonts w:ascii="Aptos" w:hAnsi="Aptos"/>
      <w:kern w:val="0"/>
      <w:sz w:val="18"/>
      <w:szCs w:val="22"/>
      <w:lang w:val="en-US" w:eastAsia="en-US"/>
      <w14:ligatures w14:val="none"/>
    </w:rPr>
  </w:style>
  <w:style w:type="paragraph" w:customStyle="1" w:styleId="821372F7FD564C9A8BE6FA2362BB20F13">
    <w:name w:val="821372F7FD564C9A8BE6FA2362BB20F13"/>
    <w:rsid w:val="005A79AA"/>
    <w:pPr>
      <w:spacing w:after="200" w:line="276" w:lineRule="auto"/>
    </w:pPr>
    <w:rPr>
      <w:rFonts w:ascii="Aptos" w:hAnsi="Aptos"/>
      <w:kern w:val="0"/>
      <w:sz w:val="18"/>
      <w:szCs w:val="22"/>
      <w:lang w:val="en-US" w:eastAsia="en-US"/>
      <w14:ligatures w14:val="none"/>
    </w:rPr>
  </w:style>
  <w:style w:type="paragraph" w:customStyle="1" w:styleId="B2F409FCBF4747708363E1D3D7280B4F3">
    <w:name w:val="B2F409FCBF4747708363E1D3D7280B4F3"/>
    <w:rsid w:val="005A79AA"/>
    <w:pPr>
      <w:spacing w:after="200" w:line="276" w:lineRule="auto"/>
    </w:pPr>
    <w:rPr>
      <w:rFonts w:ascii="Aptos" w:hAnsi="Aptos"/>
      <w:kern w:val="0"/>
      <w:sz w:val="18"/>
      <w:szCs w:val="22"/>
      <w:lang w:val="en-US" w:eastAsia="en-US"/>
      <w14:ligatures w14:val="none"/>
    </w:rPr>
  </w:style>
  <w:style w:type="paragraph" w:customStyle="1" w:styleId="00B29636A9584DB98B0BCEA64D7477463">
    <w:name w:val="00B29636A9584DB98B0BCEA64D7477463"/>
    <w:rsid w:val="005A79AA"/>
    <w:pPr>
      <w:spacing w:after="200" w:line="276" w:lineRule="auto"/>
    </w:pPr>
    <w:rPr>
      <w:rFonts w:ascii="Aptos" w:hAnsi="Aptos"/>
      <w:kern w:val="0"/>
      <w:sz w:val="18"/>
      <w:szCs w:val="22"/>
      <w:lang w:val="en-US" w:eastAsia="en-US"/>
      <w14:ligatures w14:val="none"/>
    </w:rPr>
  </w:style>
  <w:style w:type="paragraph" w:customStyle="1" w:styleId="9CCEF90CB980437E98976BEE33CD7EAF1">
    <w:name w:val="9CCEF90CB980437E98976BEE33CD7EAF1"/>
    <w:rsid w:val="005A79AA"/>
    <w:pPr>
      <w:spacing w:after="200" w:line="276" w:lineRule="auto"/>
    </w:pPr>
    <w:rPr>
      <w:rFonts w:ascii="Aptos" w:hAnsi="Aptos"/>
      <w:kern w:val="0"/>
      <w:sz w:val="18"/>
      <w:szCs w:val="22"/>
      <w:lang w:val="en-US" w:eastAsia="en-US"/>
      <w14:ligatures w14:val="none"/>
    </w:rPr>
  </w:style>
  <w:style w:type="paragraph" w:customStyle="1" w:styleId="AE58AF41B9244D04A5F7A0DBD9A7CD281">
    <w:name w:val="AE58AF41B9244D04A5F7A0DBD9A7CD281"/>
    <w:rsid w:val="005A79AA"/>
    <w:pPr>
      <w:spacing w:after="200" w:line="276" w:lineRule="auto"/>
    </w:pPr>
    <w:rPr>
      <w:rFonts w:ascii="Aptos" w:hAnsi="Aptos"/>
      <w:kern w:val="0"/>
      <w:sz w:val="18"/>
      <w:szCs w:val="22"/>
      <w:lang w:val="en-US" w:eastAsia="en-US"/>
      <w14:ligatures w14:val="none"/>
    </w:rPr>
  </w:style>
  <w:style w:type="paragraph" w:customStyle="1" w:styleId="585FEDAA96764324A132935FBF1E66ED3">
    <w:name w:val="585FEDAA96764324A132935FBF1E66ED3"/>
    <w:rsid w:val="005A79AA"/>
    <w:pPr>
      <w:spacing w:after="200" w:line="276" w:lineRule="auto"/>
    </w:pPr>
    <w:rPr>
      <w:rFonts w:ascii="Aptos" w:hAnsi="Aptos"/>
      <w:kern w:val="0"/>
      <w:sz w:val="18"/>
      <w:szCs w:val="22"/>
      <w:lang w:val="en-US" w:eastAsia="en-US"/>
      <w14:ligatures w14:val="none"/>
    </w:rPr>
  </w:style>
  <w:style w:type="paragraph" w:customStyle="1" w:styleId="F47FBBC9F04D421385ACD080106D03113">
    <w:name w:val="F47FBBC9F04D421385ACD080106D03113"/>
    <w:rsid w:val="005A79AA"/>
    <w:pPr>
      <w:spacing w:after="200" w:line="276" w:lineRule="auto"/>
    </w:pPr>
    <w:rPr>
      <w:rFonts w:ascii="Aptos" w:hAnsi="Aptos"/>
      <w:kern w:val="0"/>
      <w:sz w:val="18"/>
      <w:szCs w:val="22"/>
      <w:lang w:val="en-US" w:eastAsia="en-US"/>
      <w14:ligatures w14:val="none"/>
    </w:rPr>
  </w:style>
  <w:style w:type="paragraph" w:customStyle="1" w:styleId="15C4FF223C3543398BCFF55B93B434913">
    <w:name w:val="15C4FF223C3543398BCFF55B93B434913"/>
    <w:rsid w:val="005A79AA"/>
    <w:pPr>
      <w:spacing w:after="200" w:line="276" w:lineRule="auto"/>
    </w:pPr>
    <w:rPr>
      <w:rFonts w:ascii="Aptos" w:hAnsi="Aptos"/>
      <w:kern w:val="0"/>
      <w:sz w:val="18"/>
      <w:szCs w:val="22"/>
      <w:lang w:val="en-US" w:eastAsia="en-US"/>
      <w14:ligatures w14:val="none"/>
    </w:rPr>
  </w:style>
  <w:style w:type="paragraph" w:customStyle="1" w:styleId="92153B4644434CAEA065DE1D2685835B2">
    <w:name w:val="92153B4644434CAEA065DE1D2685835B2"/>
    <w:rsid w:val="005A79AA"/>
    <w:pPr>
      <w:spacing w:after="200" w:line="276" w:lineRule="auto"/>
    </w:pPr>
    <w:rPr>
      <w:rFonts w:ascii="Aptos" w:hAnsi="Aptos"/>
      <w:kern w:val="0"/>
      <w:sz w:val="18"/>
      <w:szCs w:val="22"/>
      <w:lang w:val="en-US" w:eastAsia="en-US"/>
      <w14:ligatures w14:val="none"/>
    </w:rPr>
  </w:style>
  <w:style w:type="paragraph" w:customStyle="1" w:styleId="43D6A4C00A98424B8B4613CCBD4C7B1F3">
    <w:name w:val="43D6A4C00A98424B8B4613CCBD4C7B1F3"/>
    <w:rsid w:val="005A79AA"/>
    <w:pPr>
      <w:spacing w:after="200" w:line="276" w:lineRule="auto"/>
    </w:pPr>
    <w:rPr>
      <w:rFonts w:ascii="Aptos" w:hAnsi="Aptos"/>
      <w:kern w:val="0"/>
      <w:sz w:val="18"/>
      <w:szCs w:val="22"/>
      <w:lang w:val="en-US" w:eastAsia="en-US"/>
      <w14:ligatures w14:val="none"/>
    </w:rPr>
  </w:style>
  <w:style w:type="paragraph" w:customStyle="1" w:styleId="C5F59AB15D564DC3801C5871D94217753">
    <w:name w:val="C5F59AB15D564DC3801C5871D94217753"/>
    <w:rsid w:val="005A79AA"/>
    <w:pPr>
      <w:spacing w:after="200" w:line="276" w:lineRule="auto"/>
    </w:pPr>
    <w:rPr>
      <w:rFonts w:ascii="Aptos" w:hAnsi="Aptos"/>
      <w:kern w:val="0"/>
      <w:sz w:val="18"/>
      <w:szCs w:val="22"/>
      <w:lang w:val="en-US" w:eastAsia="en-US"/>
      <w14:ligatures w14:val="none"/>
    </w:rPr>
  </w:style>
  <w:style w:type="paragraph" w:customStyle="1" w:styleId="260CBEFC7A8645B1BDFE3EB7ECACBF5A3">
    <w:name w:val="260CBEFC7A8645B1BDFE3EB7ECACBF5A3"/>
    <w:rsid w:val="005A79AA"/>
    <w:pPr>
      <w:spacing w:after="200" w:line="276" w:lineRule="auto"/>
    </w:pPr>
    <w:rPr>
      <w:rFonts w:ascii="Aptos" w:hAnsi="Aptos"/>
      <w:kern w:val="0"/>
      <w:sz w:val="18"/>
      <w:szCs w:val="22"/>
      <w:lang w:val="en-US" w:eastAsia="en-US"/>
      <w14:ligatures w14:val="none"/>
    </w:rPr>
  </w:style>
  <w:style w:type="paragraph" w:customStyle="1" w:styleId="2C87257AC1E0475F80912B5F047B7EB73">
    <w:name w:val="2C87257AC1E0475F80912B5F047B7EB73"/>
    <w:rsid w:val="005A79AA"/>
    <w:pPr>
      <w:spacing w:after="200" w:line="276" w:lineRule="auto"/>
    </w:pPr>
    <w:rPr>
      <w:rFonts w:ascii="Aptos" w:hAnsi="Aptos"/>
      <w:kern w:val="0"/>
      <w:sz w:val="18"/>
      <w:szCs w:val="22"/>
      <w:lang w:val="en-US" w:eastAsia="en-US"/>
      <w14:ligatures w14:val="none"/>
    </w:rPr>
  </w:style>
  <w:style w:type="paragraph" w:customStyle="1" w:styleId="09CA7970F4F043F8B313814468E959AE3">
    <w:name w:val="09CA7970F4F043F8B313814468E959AE3"/>
    <w:rsid w:val="005A79AA"/>
    <w:pPr>
      <w:spacing w:after="200" w:line="276" w:lineRule="auto"/>
    </w:pPr>
    <w:rPr>
      <w:rFonts w:ascii="Aptos" w:hAnsi="Aptos"/>
      <w:kern w:val="0"/>
      <w:sz w:val="18"/>
      <w:szCs w:val="22"/>
      <w:lang w:val="en-US" w:eastAsia="en-US"/>
      <w14:ligatures w14:val="none"/>
    </w:rPr>
  </w:style>
  <w:style w:type="paragraph" w:customStyle="1" w:styleId="F0BE431A109148E09174B938DE75E5A73">
    <w:name w:val="F0BE431A109148E09174B938DE75E5A73"/>
    <w:rsid w:val="005A79AA"/>
    <w:pPr>
      <w:spacing w:after="200" w:line="276" w:lineRule="auto"/>
    </w:pPr>
    <w:rPr>
      <w:rFonts w:ascii="Aptos" w:hAnsi="Aptos"/>
      <w:kern w:val="0"/>
      <w:sz w:val="18"/>
      <w:szCs w:val="22"/>
      <w:lang w:val="en-US" w:eastAsia="en-US"/>
      <w14:ligatures w14:val="none"/>
    </w:rPr>
  </w:style>
  <w:style w:type="paragraph" w:customStyle="1" w:styleId="409B9E7EF235456289912CB235E148CF3">
    <w:name w:val="409B9E7EF235456289912CB235E148CF3"/>
    <w:rsid w:val="005A79AA"/>
    <w:pPr>
      <w:spacing w:after="200" w:line="276" w:lineRule="auto"/>
    </w:pPr>
    <w:rPr>
      <w:rFonts w:ascii="Aptos" w:hAnsi="Aptos"/>
      <w:kern w:val="0"/>
      <w:sz w:val="18"/>
      <w:szCs w:val="22"/>
      <w:lang w:val="en-US" w:eastAsia="en-US"/>
      <w14:ligatures w14:val="none"/>
    </w:rPr>
  </w:style>
  <w:style w:type="paragraph" w:customStyle="1" w:styleId="7C3418B635F140E7976D01E26843DF223">
    <w:name w:val="7C3418B635F140E7976D01E26843DF223"/>
    <w:rsid w:val="005A79AA"/>
    <w:pPr>
      <w:spacing w:after="200" w:line="276" w:lineRule="auto"/>
    </w:pPr>
    <w:rPr>
      <w:rFonts w:ascii="Aptos" w:hAnsi="Aptos"/>
      <w:kern w:val="0"/>
      <w:sz w:val="18"/>
      <w:szCs w:val="22"/>
      <w:lang w:val="en-US" w:eastAsia="en-US"/>
      <w14:ligatures w14:val="none"/>
    </w:rPr>
  </w:style>
  <w:style w:type="paragraph" w:customStyle="1" w:styleId="2383B822DC1143A083EDDCA179B13D1C3">
    <w:name w:val="2383B822DC1143A083EDDCA179B13D1C3"/>
    <w:rsid w:val="005A79AA"/>
    <w:pPr>
      <w:spacing w:after="200" w:line="276" w:lineRule="auto"/>
    </w:pPr>
    <w:rPr>
      <w:rFonts w:ascii="Aptos" w:hAnsi="Aptos"/>
      <w:kern w:val="0"/>
      <w:sz w:val="18"/>
      <w:szCs w:val="22"/>
      <w:lang w:val="en-US" w:eastAsia="en-US"/>
      <w14:ligatures w14:val="none"/>
    </w:rPr>
  </w:style>
  <w:style w:type="paragraph" w:customStyle="1" w:styleId="45316E674F574978A8CDA9ACB7846FFE3">
    <w:name w:val="45316E674F574978A8CDA9ACB7846FFE3"/>
    <w:rsid w:val="005A79AA"/>
    <w:pPr>
      <w:spacing w:after="200" w:line="276" w:lineRule="auto"/>
    </w:pPr>
    <w:rPr>
      <w:rFonts w:ascii="Aptos" w:hAnsi="Aptos"/>
      <w:kern w:val="0"/>
      <w:sz w:val="18"/>
      <w:szCs w:val="22"/>
      <w:lang w:val="en-US" w:eastAsia="en-US"/>
      <w14:ligatures w14:val="none"/>
    </w:rPr>
  </w:style>
  <w:style w:type="paragraph" w:customStyle="1" w:styleId="1D6831A185454C988F59FF94312967673">
    <w:name w:val="1D6831A185454C988F59FF94312967673"/>
    <w:rsid w:val="005A79AA"/>
    <w:pPr>
      <w:spacing w:after="200" w:line="276" w:lineRule="auto"/>
    </w:pPr>
    <w:rPr>
      <w:rFonts w:ascii="Aptos" w:hAnsi="Aptos"/>
      <w:kern w:val="0"/>
      <w:sz w:val="18"/>
      <w:szCs w:val="22"/>
      <w:lang w:val="en-US" w:eastAsia="en-US"/>
      <w14:ligatures w14:val="none"/>
    </w:rPr>
  </w:style>
  <w:style w:type="paragraph" w:customStyle="1" w:styleId="0A1012AD53E548D392C591D946DF788A3">
    <w:name w:val="0A1012AD53E548D392C591D946DF788A3"/>
    <w:rsid w:val="005A79AA"/>
    <w:pPr>
      <w:spacing w:after="200" w:line="276" w:lineRule="auto"/>
    </w:pPr>
    <w:rPr>
      <w:rFonts w:ascii="Aptos" w:hAnsi="Aptos"/>
      <w:kern w:val="0"/>
      <w:sz w:val="18"/>
      <w:szCs w:val="22"/>
      <w:lang w:val="en-US" w:eastAsia="en-US"/>
      <w14:ligatures w14:val="none"/>
    </w:rPr>
  </w:style>
  <w:style w:type="paragraph" w:customStyle="1" w:styleId="C78142C572E34E9A8E9BF2EFF9EEFAB63">
    <w:name w:val="C78142C572E34E9A8E9BF2EFF9EEFAB63"/>
    <w:rsid w:val="005A79AA"/>
    <w:pPr>
      <w:spacing w:after="200" w:line="276" w:lineRule="auto"/>
    </w:pPr>
    <w:rPr>
      <w:rFonts w:ascii="Aptos" w:hAnsi="Aptos"/>
      <w:kern w:val="0"/>
      <w:sz w:val="18"/>
      <w:szCs w:val="22"/>
      <w:lang w:val="en-US" w:eastAsia="en-US"/>
      <w14:ligatures w14:val="none"/>
    </w:rPr>
  </w:style>
  <w:style w:type="paragraph" w:customStyle="1" w:styleId="8228074B283045659A7E00AA894869F43">
    <w:name w:val="8228074B283045659A7E00AA894869F43"/>
    <w:rsid w:val="005A79AA"/>
    <w:pPr>
      <w:spacing w:after="200" w:line="276" w:lineRule="auto"/>
    </w:pPr>
    <w:rPr>
      <w:rFonts w:ascii="Aptos" w:hAnsi="Aptos"/>
      <w:kern w:val="0"/>
      <w:sz w:val="18"/>
      <w:szCs w:val="22"/>
      <w:lang w:val="en-US" w:eastAsia="en-US"/>
      <w14:ligatures w14:val="none"/>
    </w:rPr>
  </w:style>
  <w:style w:type="paragraph" w:customStyle="1" w:styleId="DE5DE8566CFB49E5BC89A2D2B525EA003">
    <w:name w:val="DE5DE8566CFB49E5BC89A2D2B525EA003"/>
    <w:rsid w:val="005A79AA"/>
    <w:pPr>
      <w:spacing w:after="200" w:line="276" w:lineRule="auto"/>
    </w:pPr>
    <w:rPr>
      <w:rFonts w:ascii="Aptos" w:hAnsi="Aptos"/>
      <w:kern w:val="0"/>
      <w:sz w:val="18"/>
      <w:szCs w:val="22"/>
      <w:lang w:val="en-US" w:eastAsia="en-US"/>
      <w14:ligatures w14:val="none"/>
    </w:rPr>
  </w:style>
  <w:style w:type="paragraph" w:customStyle="1" w:styleId="0EDF33D48064450DAA808E51FC152ADF3">
    <w:name w:val="0EDF33D48064450DAA808E51FC152ADF3"/>
    <w:rsid w:val="005A79AA"/>
    <w:pPr>
      <w:spacing w:after="200" w:line="276" w:lineRule="auto"/>
    </w:pPr>
    <w:rPr>
      <w:rFonts w:ascii="Aptos" w:hAnsi="Aptos"/>
      <w:kern w:val="0"/>
      <w:sz w:val="18"/>
      <w:szCs w:val="22"/>
      <w:lang w:val="en-US" w:eastAsia="en-US"/>
      <w14:ligatures w14:val="none"/>
    </w:rPr>
  </w:style>
  <w:style w:type="paragraph" w:customStyle="1" w:styleId="833C8C4BC71B48E9BA9AA890AE9475D22">
    <w:name w:val="833C8C4BC71B48E9BA9AA890AE9475D22"/>
    <w:rsid w:val="005A79AA"/>
    <w:pPr>
      <w:spacing w:after="200" w:line="276" w:lineRule="auto"/>
    </w:pPr>
    <w:rPr>
      <w:rFonts w:ascii="Aptos" w:hAnsi="Aptos"/>
      <w:kern w:val="0"/>
      <w:sz w:val="18"/>
      <w:szCs w:val="22"/>
      <w:lang w:val="en-US" w:eastAsia="en-US"/>
      <w14:ligatures w14:val="none"/>
    </w:rPr>
  </w:style>
  <w:style w:type="paragraph" w:customStyle="1" w:styleId="E367144175194343A38D7A9DB55B7AF13">
    <w:name w:val="E367144175194343A38D7A9DB55B7AF13"/>
    <w:rsid w:val="005A79AA"/>
    <w:pPr>
      <w:spacing w:after="200" w:line="276" w:lineRule="auto"/>
    </w:pPr>
    <w:rPr>
      <w:rFonts w:ascii="Aptos" w:hAnsi="Aptos"/>
      <w:kern w:val="0"/>
      <w:sz w:val="18"/>
      <w:szCs w:val="22"/>
      <w:lang w:val="en-US" w:eastAsia="en-US"/>
      <w14:ligatures w14:val="none"/>
    </w:rPr>
  </w:style>
  <w:style w:type="paragraph" w:customStyle="1" w:styleId="04908BACFC97471EB3211034FDD835FE1">
    <w:name w:val="04908BACFC97471EB3211034FDD835FE1"/>
    <w:rsid w:val="005A79AA"/>
    <w:pPr>
      <w:spacing w:after="200" w:line="276" w:lineRule="auto"/>
    </w:pPr>
    <w:rPr>
      <w:rFonts w:ascii="Aptos" w:hAnsi="Aptos"/>
      <w:kern w:val="0"/>
      <w:sz w:val="18"/>
      <w:szCs w:val="22"/>
      <w:lang w:val="en-US" w:eastAsia="en-US"/>
      <w14:ligatures w14:val="none"/>
    </w:rPr>
  </w:style>
  <w:style w:type="paragraph" w:customStyle="1" w:styleId="53052829002145CEBB185BFCCCCC1F6F1">
    <w:name w:val="53052829002145CEBB185BFCCCCC1F6F1"/>
    <w:rsid w:val="005A79AA"/>
    <w:pPr>
      <w:spacing w:after="200" w:line="276" w:lineRule="auto"/>
    </w:pPr>
    <w:rPr>
      <w:rFonts w:ascii="Aptos" w:hAnsi="Aptos"/>
      <w:kern w:val="0"/>
      <w:sz w:val="18"/>
      <w:szCs w:val="22"/>
      <w:lang w:val="en-US" w:eastAsia="en-US"/>
      <w14:ligatures w14:val="none"/>
    </w:rPr>
  </w:style>
  <w:style w:type="paragraph" w:customStyle="1" w:styleId="823BFAB8028C4F3D935BD7D0172DBF591">
    <w:name w:val="823BFAB8028C4F3D935BD7D0172DBF591"/>
    <w:rsid w:val="005A79AA"/>
    <w:pPr>
      <w:spacing w:after="200" w:line="276" w:lineRule="auto"/>
    </w:pPr>
    <w:rPr>
      <w:rFonts w:ascii="Aptos" w:hAnsi="Aptos"/>
      <w:kern w:val="0"/>
      <w:sz w:val="18"/>
      <w:szCs w:val="22"/>
      <w:lang w:val="en-US" w:eastAsia="en-US"/>
      <w14:ligatures w14:val="none"/>
    </w:rPr>
  </w:style>
  <w:style w:type="paragraph" w:customStyle="1" w:styleId="F5C0A5085DEC480782ED01FBC1539A911">
    <w:name w:val="F5C0A5085DEC480782ED01FBC1539A911"/>
    <w:rsid w:val="005A79AA"/>
    <w:pPr>
      <w:spacing w:after="200" w:line="276" w:lineRule="auto"/>
    </w:pPr>
    <w:rPr>
      <w:rFonts w:ascii="Aptos" w:hAnsi="Aptos"/>
      <w:kern w:val="0"/>
      <w:sz w:val="18"/>
      <w:szCs w:val="22"/>
      <w:lang w:val="en-US" w:eastAsia="en-US"/>
      <w14:ligatures w14:val="none"/>
    </w:rPr>
  </w:style>
  <w:style w:type="paragraph" w:customStyle="1" w:styleId="C2B84AA05EC3402D89846C2291227C2C1">
    <w:name w:val="C2B84AA05EC3402D89846C2291227C2C1"/>
    <w:rsid w:val="005A79AA"/>
    <w:pPr>
      <w:spacing w:after="200" w:line="276" w:lineRule="auto"/>
    </w:pPr>
    <w:rPr>
      <w:rFonts w:ascii="Aptos" w:hAnsi="Aptos"/>
      <w:kern w:val="0"/>
      <w:sz w:val="18"/>
      <w:szCs w:val="22"/>
      <w:lang w:val="en-US" w:eastAsia="en-US"/>
      <w14:ligatures w14:val="none"/>
    </w:rPr>
  </w:style>
  <w:style w:type="paragraph" w:customStyle="1" w:styleId="57D5D613BCA0464BAC82E66FF68B0E7B1">
    <w:name w:val="57D5D613BCA0464BAC82E66FF68B0E7B1"/>
    <w:rsid w:val="005A79AA"/>
    <w:pPr>
      <w:spacing w:after="200" w:line="276" w:lineRule="auto"/>
    </w:pPr>
    <w:rPr>
      <w:rFonts w:ascii="Aptos" w:hAnsi="Aptos"/>
      <w:kern w:val="0"/>
      <w:sz w:val="18"/>
      <w:szCs w:val="22"/>
      <w:lang w:val="en-US" w:eastAsia="en-US"/>
      <w14:ligatures w14:val="none"/>
    </w:rPr>
  </w:style>
  <w:style w:type="paragraph" w:customStyle="1" w:styleId="7F0D1120EE6348569682F32C2ACFDD251">
    <w:name w:val="7F0D1120EE6348569682F32C2ACFDD251"/>
    <w:rsid w:val="005A79AA"/>
    <w:pPr>
      <w:spacing w:after="200" w:line="276" w:lineRule="auto"/>
    </w:pPr>
    <w:rPr>
      <w:rFonts w:ascii="Aptos" w:hAnsi="Aptos"/>
      <w:kern w:val="0"/>
      <w:sz w:val="18"/>
      <w:szCs w:val="22"/>
      <w:lang w:val="en-US" w:eastAsia="en-US"/>
      <w14:ligatures w14:val="none"/>
    </w:rPr>
  </w:style>
  <w:style w:type="paragraph" w:customStyle="1" w:styleId="EB56D64594F442368E69D699981424131">
    <w:name w:val="EB56D64594F442368E69D699981424131"/>
    <w:rsid w:val="005A79AA"/>
    <w:pPr>
      <w:spacing w:after="200" w:line="276" w:lineRule="auto"/>
    </w:pPr>
    <w:rPr>
      <w:rFonts w:ascii="Aptos" w:hAnsi="Aptos"/>
      <w:kern w:val="0"/>
      <w:sz w:val="18"/>
      <w:szCs w:val="22"/>
      <w:lang w:val="en-US" w:eastAsia="en-US"/>
      <w14:ligatures w14:val="none"/>
    </w:rPr>
  </w:style>
  <w:style w:type="paragraph" w:customStyle="1" w:styleId="5C57D4EE5B1B495E8889F1E84565511A1">
    <w:name w:val="5C57D4EE5B1B495E8889F1E84565511A1"/>
    <w:rsid w:val="005A79AA"/>
    <w:pPr>
      <w:spacing w:after="200" w:line="276" w:lineRule="auto"/>
    </w:pPr>
    <w:rPr>
      <w:rFonts w:ascii="Aptos" w:hAnsi="Aptos"/>
      <w:kern w:val="0"/>
      <w:sz w:val="18"/>
      <w:szCs w:val="22"/>
      <w:lang w:val="en-US" w:eastAsia="en-US"/>
      <w14:ligatures w14:val="none"/>
    </w:rPr>
  </w:style>
  <w:style w:type="paragraph" w:customStyle="1" w:styleId="0BF7966B20A547B5B8D1445C9A809A6E1">
    <w:name w:val="0BF7966B20A547B5B8D1445C9A809A6E1"/>
    <w:rsid w:val="005A79AA"/>
    <w:pPr>
      <w:spacing w:after="200" w:line="276" w:lineRule="auto"/>
    </w:pPr>
    <w:rPr>
      <w:rFonts w:ascii="Aptos" w:hAnsi="Aptos"/>
      <w:kern w:val="0"/>
      <w:sz w:val="18"/>
      <w:szCs w:val="22"/>
      <w:lang w:val="en-US" w:eastAsia="en-US"/>
      <w14:ligatures w14:val="none"/>
    </w:rPr>
  </w:style>
  <w:style w:type="paragraph" w:customStyle="1" w:styleId="DC6BFA6F66F04D79B5CE854E25FADF061">
    <w:name w:val="DC6BFA6F66F04D79B5CE854E25FADF061"/>
    <w:rsid w:val="005A79AA"/>
    <w:pPr>
      <w:spacing w:after="200" w:line="276" w:lineRule="auto"/>
    </w:pPr>
    <w:rPr>
      <w:rFonts w:ascii="Aptos" w:hAnsi="Aptos"/>
      <w:kern w:val="0"/>
      <w:sz w:val="18"/>
      <w:szCs w:val="22"/>
      <w:lang w:val="en-US" w:eastAsia="en-US"/>
      <w14:ligatures w14:val="none"/>
    </w:rPr>
  </w:style>
  <w:style w:type="paragraph" w:customStyle="1" w:styleId="86ABE75EAD5B4610983E02FAE98C75951">
    <w:name w:val="86ABE75EAD5B4610983E02FAE98C75951"/>
    <w:rsid w:val="005A79AA"/>
    <w:pPr>
      <w:spacing w:after="200" w:line="276" w:lineRule="auto"/>
    </w:pPr>
    <w:rPr>
      <w:rFonts w:ascii="Aptos" w:hAnsi="Aptos"/>
      <w:kern w:val="0"/>
      <w:sz w:val="18"/>
      <w:szCs w:val="22"/>
      <w:lang w:val="en-US" w:eastAsia="en-US"/>
      <w14:ligatures w14:val="none"/>
    </w:rPr>
  </w:style>
  <w:style w:type="paragraph" w:customStyle="1" w:styleId="07DC4C41DAF642F1B00A6BB9CA4E3ADB3">
    <w:name w:val="07DC4C41DAF642F1B00A6BB9CA4E3ADB3"/>
    <w:rsid w:val="005A79AA"/>
    <w:pPr>
      <w:spacing w:after="200" w:line="276" w:lineRule="auto"/>
    </w:pPr>
    <w:rPr>
      <w:rFonts w:ascii="Aptos" w:hAnsi="Aptos"/>
      <w:kern w:val="0"/>
      <w:sz w:val="18"/>
      <w:szCs w:val="22"/>
      <w:lang w:val="en-US" w:eastAsia="en-US"/>
      <w14:ligatures w14:val="none"/>
    </w:rPr>
  </w:style>
  <w:style w:type="paragraph" w:customStyle="1" w:styleId="37F7BC41E3EE4486A1001FBB8B0CE8DE3">
    <w:name w:val="37F7BC41E3EE4486A1001FBB8B0CE8DE3"/>
    <w:rsid w:val="005A79AA"/>
    <w:pPr>
      <w:spacing w:after="200" w:line="276" w:lineRule="auto"/>
    </w:pPr>
    <w:rPr>
      <w:rFonts w:ascii="Aptos" w:hAnsi="Aptos"/>
      <w:kern w:val="0"/>
      <w:sz w:val="18"/>
      <w:szCs w:val="22"/>
      <w:lang w:val="en-US" w:eastAsia="en-US"/>
      <w14:ligatures w14:val="none"/>
    </w:rPr>
  </w:style>
  <w:style w:type="paragraph" w:customStyle="1" w:styleId="2961823634BA4D44B87964386D2D0F4A3">
    <w:name w:val="2961823634BA4D44B87964386D2D0F4A3"/>
    <w:rsid w:val="005A79AA"/>
    <w:pPr>
      <w:spacing w:after="200" w:line="276" w:lineRule="auto"/>
    </w:pPr>
    <w:rPr>
      <w:rFonts w:ascii="Aptos" w:hAnsi="Aptos"/>
      <w:kern w:val="0"/>
      <w:sz w:val="18"/>
      <w:szCs w:val="22"/>
      <w:lang w:val="en-US" w:eastAsia="en-US"/>
      <w14:ligatures w14:val="none"/>
    </w:rPr>
  </w:style>
  <w:style w:type="paragraph" w:customStyle="1" w:styleId="FC2E0717ADBC4CEE8CC99A7B657818C93">
    <w:name w:val="FC2E0717ADBC4CEE8CC99A7B657818C93"/>
    <w:rsid w:val="005A79AA"/>
    <w:pPr>
      <w:spacing w:after="200" w:line="276" w:lineRule="auto"/>
    </w:pPr>
    <w:rPr>
      <w:rFonts w:ascii="Aptos" w:hAnsi="Aptos"/>
      <w:kern w:val="0"/>
      <w:sz w:val="18"/>
      <w:szCs w:val="22"/>
      <w:lang w:val="en-US" w:eastAsia="en-US"/>
      <w14:ligatures w14:val="none"/>
    </w:rPr>
  </w:style>
  <w:style w:type="paragraph" w:customStyle="1" w:styleId="B3B833ABD7F64DA7BE8A1A8993EDC2D03">
    <w:name w:val="B3B833ABD7F64DA7BE8A1A8993EDC2D03"/>
    <w:rsid w:val="005A79AA"/>
    <w:pPr>
      <w:spacing w:after="200" w:line="276" w:lineRule="auto"/>
    </w:pPr>
    <w:rPr>
      <w:rFonts w:ascii="Aptos" w:hAnsi="Aptos"/>
      <w:kern w:val="0"/>
      <w:sz w:val="18"/>
      <w:szCs w:val="22"/>
      <w:lang w:val="en-US" w:eastAsia="en-US"/>
      <w14:ligatures w14:val="none"/>
    </w:rPr>
  </w:style>
  <w:style w:type="paragraph" w:customStyle="1" w:styleId="0BFD7D2B444F412194C2FB9337187CB53">
    <w:name w:val="0BFD7D2B444F412194C2FB9337187CB53"/>
    <w:rsid w:val="005A79AA"/>
    <w:pPr>
      <w:spacing w:after="200" w:line="276" w:lineRule="auto"/>
    </w:pPr>
    <w:rPr>
      <w:rFonts w:ascii="Aptos" w:hAnsi="Aptos"/>
      <w:kern w:val="0"/>
      <w:sz w:val="18"/>
      <w:szCs w:val="22"/>
      <w:lang w:val="en-US" w:eastAsia="en-US"/>
      <w14:ligatures w14:val="none"/>
    </w:rPr>
  </w:style>
  <w:style w:type="paragraph" w:customStyle="1" w:styleId="2EF2F3F4FB614ED395ED2CAA747C3F214">
    <w:name w:val="2EF2F3F4FB614ED395ED2CAA747C3F214"/>
    <w:rsid w:val="005A79AA"/>
    <w:pPr>
      <w:spacing w:after="200" w:line="276" w:lineRule="auto"/>
    </w:pPr>
    <w:rPr>
      <w:rFonts w:ascii="Aptos" w:hAnsi="Aptos"/>
      <w:kern w:val="0"/>
      <w:sz w:val="18"/>
      <w:szCs w:val="22"/>
      <w:lang w:val="en-US" w:eastAsia="en-US"/>
      <w14:ligatures w14:val="none"/>
    </w:rPr>
  </w:style>
  <w:style w:type="paragraph" w:customStyle="1" w:styleId="F807B557A55E47F58470C9D44D0772B74">
    <w:name w:val="F807B557A55E47F58470C9D44D0772B74"/>
    <w:rsid w:val="005A79AA"/>
    <w:pPr>
      <w:spacing w:after="200" w:line="276" w:lineRule="auto"/>
    </w:pPr>
    <w:rPr>
      <w:rFonts w:ascii="Aptos" w:hAnsi="Aptos"/>
      <w:kern w:val="0"/>
      <w:sz w:val="18"/>
      <w:szCs w:val="22"/>
      <w:lang w:val="en-US" w:eastAsia="en-US"/>
      <w14:ligatures w14:val="none"/>
    </w:rPr>
  </w:style>
  <w:style w:type="paragraph" w:customStyle="1" w:styleId="4E00C1340B6C4101B61B3C8F629320064">
    <w:name w:val="4E00C1340B6C4101B61B3C8F629320064"/>
    <w:rsid w:val="005A79AA"/>
    <w:pPr>
      <w:spacing w:after="200" w:line="276" w:lineRule="auto"/>
    </w:pPr>
    <w:rPr>
      <w:rFonts w:ascii="Aptos" w:hAnsi="Aptos"/>
      <w:kern w:val="0"/>
      <w:sz w:val="18"/>
      <w:szCs w:val="22"/>
      <w:lang w:val="en-US" w:eastAsia="en-US"/>
      <w14:ligatures w14:val="none"/>
    </w:rPr>
  </w:style>
  <w:style w:type="paragraph" w:customStyle="1" w:styleId="38A6143D1A4C494A9762F3A8C88C880D4">
    <w:name w:val="38A6143D1A4C494A9762F3A8C88C880D4"/>
    <w:rsid w:val="005A79AA"/>
    <w:pPr>
      <w:spacing w:after="200" w:line="276" w:lineRule="auto"/>
    </w:pPr>
    <w:rPr>
      <w:rFonts w:ascii="Aptos" w:hAnsi="Aptos"/>
      <w:kern w:val="0"/>
      <w:sz w:val="18"/>
      <w:szCs w:val="22"/>
      <w:lang w:val="en-US" w:eastAsia="en-US"/>
      <w14:ligatures w14:val="none"/>
    </w:rPr>
  </w:style>
  <w:style w:type="paragraph" w:customStyle="1" w:styleId="A6BBDCF34B3C46E5A0B8C99B7FE8C0A64">
    <w:name w:val="A6BBDCF34B3C46E5A0B8C99B7FE8C0A64"/>
    <w:rsid w:val="005A79AA"/>
    <w:pPr>
      <w:spacing w:after="200" w:line="276" w:lineRule="auto"/>
    </w:pPr>
    <w:rPr>
      <w:rFonts w:ascii="Aptos" w:hAnsi="Aptos"/>
      <w:kern w:val="0"/>
      <w:sz w:val="18"/>
      <w:szCs w:val="22"/>
      <w:lang w:val="en-US" w:eastAsia="en-US"/>
      <w14:ligatures w14:val="none"/>
    </w:rPr>
  </w:style>
  <w:style w:type="paragraph" w:customStyle="1" w:styleId="178FEA489CAA428C92B9D7B869FF83684">
    <w:name w:val="178FEA489CAA428C92B9D7B869FF83684"/>
    <w:rsid w:val="005A79AA"/>
    <w:pPr>
      <w:spacing w:after="200" w:line="276" w:lineRule="auto"/>
    </w:pPr>
    <w:rPr>
      <w:rFonts w:ascii="Aptos" w:hAnsi="Aptos"/>
      <w:kern w:val="0"/>
      <w:sz w:val="18"/>
      <w:szCs w:val="22"/>
      <w:lang w:val="en-US" w:eastAsia="en-US"/>
      <w14:ligatures w14:val="none"/>
    </w:rPr>
  </w:style>
  <w:style w:type="paragraph" w:customStyle="1" w:styleId="4C39D2C4B3F444A880CB9832C05C1C894">
    <w:name w:val="4C39D2C4B3F444A880CB9832C05C1C894"/>
    <w:rsid w:val="005A79AA"/>
    <w:pPr>
      <w:spacing w:after="200" w:line="276" w:lineRule="auto"/>
    </w:pPr>
    <w:rPr>
      <w:rFonts w:ascii="Aptos" w:hAnsi="Aptos"/>
      <w:kern w:val="0"/>
      <w:sz w:val="18"/>
      <w:szCs w:val="22"/>
      <w:lang w:val="en-US" w:eastAsia="en-US"/>
      <w14:ligatures w14:val="none"/>
    </w:rPr>
  </w:style>
  <w:style w:type="paragraph" w:customStyle="1" w:styleId="518CA9F7BB544CF49823FE80DC0933874">
    <w:name w:val="518CA9F7BB544CF49823FE80DC0933874"/>
    <w:rsid w:val="005A79AA"/>
    <w:pPr>
      <w:spacing w:after="200" w:line="276" w:lineRule="auto"/>
    </w:pPr>
    <w:rPr>
      <w:rFonts w:ascii="Aptos" w:hAnsi="Aptos"/>
      <w:kern w:val="0"/>
      <w:sz w:val="18"/>
      <w:szCs w:val="22"/>
      <w:lang w:val="en-US" w:eastAsia="en-US"/>
      <w14:ligatures w14:val="none"/>
    </w:rPr>
  </w:style>
  <w:style w:type="paragraph" w:customStyle="1" w:styleId="4B90AA0D5D464741800ADA6761F65A514">
    <w:name w:val="4B90AA0D5D464741800ADA6761F65A514"/>
    <w:rsid w:val="005A79AA"/>
    <w:pPr>
      <w:spacing w:after="200" w:line="276" w:lineRule="auto"/>
    </w:pPr>
    <w:rPr>
      <w:rFonts w:ascii="Aptos" w:hAnsi="Aptos"/>
      <w:kern w:val="0"/>
      <w:sz w:val="18"/>
      <w:szCs w:val="22"/>
      <w:lang w:val="en-US" w:eastAsia="en-US"/>
      <w14:ligatures w14:val="none"/>
    </w:rPr>
  </w:style>
  <w:style w:type="paragraph" w:customStyle="1" w:styleId="7B727C1C2CA24315A420D61E56F1F3BB4">
    <w:name w:val="7B727C1C2CA24315A420D61E56F1F3BB4"/>
    <w:rsid w:val="005A79AA"/>
    <w:pPr>
      <w:spacing w:after="200" w:line="276" w:lineRule="auto"/>
    </w:pPr>
    <w:rPr>
      <w:rFonts w:ascii="Aptos" w:hAnsi="Aptos"/>
      <w:kern w:val="0"/>
      <w:sz w:val="18"/>
      <w:szCs w:val="22"/>
      <w:lang w:val="en-US" w:eastAsia="en-US"/>
      <w14:ligatures w14:val="none"/>
    </w:rPr>
  </w:style>
  <w:style w:type="paragraph" w:customStyle="1" w:styleId="766A07C28385478F83109E7CCF3B93794">
    <w:name w:val="766A07C28385478F83109E7CCF3B93794"/>
    <w:rsid w:val="005A79AA"/>
    <w:pPr>
      <w:spacing w:after="200" w:line="276" w:lineRule="auto"/>
    </w:pPr>
    <w:rPr>
      <w:rFonts w:ascii="Aptos" w:hAnsi="Aptos"/>
      <w:kern w:val="0"/>
      <w:sz w:val="18"/>
      <w:szCs w:val="22"/>
      <w:lang w:val="en-US" w:eastAsia="en-US"/>
      <w14:ligatures w14:val="none"/>
    </w:rPr>
  </w:style>
  <w:style w:type="paragraph" w:customStyle="1" w:styleId="9EFE6A3D257F4862B224AF530612185E4">
    <w:name w:val="9EFE6A3D257F4862B224AF530612185E4"/>
    <w:rsid w:val="005A79AA"/>
    <w:pPr>
      <w:spacing w:after="200" w:line="276" w:lineRule="auto"/>
    </w:pPr>
    <w:rPr>
      <w:rFonts w:ascii="Aptos" w:hAnsi="Aptos"/>
      <w:kern w:val="0"/>
      <w:sz w:val="18"/>
      <w:szCs w:val="22"/>
      <w:lang w:val="en-US" w:eastAsia="en-US"/>
      <w14:ligatures w14:val="none"/>
    </w:rPr>
  </w:style>
  <w:style w:type="paragraph" w:customStyle="1" w:styleId="6C275E7257364F73B418FC07BABF6D434">
    <w:name w:val="6C275E7257364F73B418FC07BABF6D434"/>
    <w:rsid w:val="005A79AA"/>
    <w:pPr>
      <w:spacing w:after="200" w:line="276" w:lineRule="auto"/>
    </w:pPr>
    <w:rPr>
      <w:rFonts w:ascii="Aptos" w:hAnsi="Aptos"/>
      <w:kern w:val="0"/>
      <w:sz w:val="18"/>
      <w:szCs w:val="22"/>
      <w:lang w:val="en-US" w:eastAsia="en-US"/>
      <w14:ligatures w14:val="none"/>
    </w:rPr>
  </w:style>
  <w:style w:type="paragraph" w:customStyle="1" w:styleId="2888F1CB9BA64705966D14A328694B2E4">
    <w:name w:val="2888F1CB9BA64705966D14A328694B2E4"/>
    <w:rsid w:val="005A79AA"/>
    <w:pPr>
      <w:spacing w:after="200" w:line="276" w:lineRule="auto"/>
    </w:pPr>
    <w:rPr>
      <w:rFonts w:ascii="Aptos" w:hAnsi="Aptos"/>
      <w:kern w:val="0"/>
      <w:sz w:val="18"/>
      <w:szCs w:val="22"/>
      <w:lang w:val="en-US" w:eastAsia="en-US"/>
      <w14:ligatures w14:val="none"/>
    </w:rPr>
  </w:style>
  <w:style w:type="paragraph" w:customStyle="1" w:styleId="F3A563B63BD9436291F26F549423086D4">
    <w:name w:val="F3A563B63BD9436291F26F549423086D4"/>
    <w:rsid w:val="005A79AA"/>
    <w:pPr>
      <w:spacing w:after="200" w:line="276" w:lineRule="auto"/>
    </w:pPr>
    <w:rPr>
      <w:rFonts w:ascii="Aptos" w:hAnsi="Aptos"/>
      <w:kern w:val="0"/>
      <w:sz w:val="18"/>
      <w:szCs w:val="22"/>
      <w:lang w:val="en-US" w:eastAsia="en-US"/>
      <w14:ligatures w14:val="none"/>
    </w:rPr>
  </w:style>
  <w:style w:type="paragraph" w:customStyle="1" w:styleId="FA6E2D5254434CEFA9F2FF98BA4FD8254">
    <w:name w:val="FA6E2D5254434CEFA9F2FF98BA4FD8254"/>
    <w:rsid w:val="005A79AA"/>
    <w:pPr>
      <w:spacing w:after="200" w:line="276" w:lineRule="auto"/>
    </w:pPr>
    <w:rPr>
      <w:rFonts w:ascii="Aptos" w:hAnsi="Aptos"/>
      <w:kern w:val="0"/>
      <w:sz w:val="18"/>
      <w:szCs w:val="22"/>
      <w:lang w:val="en-US" w:eastAsia="en-US"/>
      <w14:ligatures w14:val="none"/>
    </w:rPr>
  </w:style>
  <w:style w:type="paragraph" w:customStyle="1" w:styleId="821372F7FD564C9A8BE6FA2362BB20F14">
    <w:name w:val="821372F7FD564C9A8BE6FA2362BB20F14"/>
    <w:rsid w:val="005A79AA"/>
    <w:pPr>
      <w:spacing w:after="200" w:line="276" w:lineRule="auto"/>
    </w:pPr>
    <w:rPr>
      <w:rFonts w:ascii="Aptos" w:hAnsi="Aptos"/>
      <w:kern w:val="0"/>
      <w:sz w:val="18"/>
      <w:szCs w:val="22"/>
      <w:lang w:val="en-US" w:eastAsia="en-US"/>
      <w14:ligatures w14:val="none"/>
    </w:rPr>
  </w:style>
  <w:style w:type="paragraph" w:customStyle="1" w:styleId="B2F409FCBF4747708363E1D3D7280B4F4">
    <w:name w:val="B2F409FCBF4747708363E1D3D7280B4F4"/>
    <w:rsid w:val="005A79AA"/>
    <w:pPr>
      <w:spacing w:after="200" w:line="276" w:lineRule="auto"/>
    </w:pPr>
    <w:rPr>
      <w:rFonts w:ascii="Aptos" w:hAnsi="Aptos"/>
      <w:kern w:val="0"/>
      <w:sz w:val="18"/>
      <w:szCs w:val="22"/>
      <w:lang w:val="en-US" w:eastAsia="en-US"/>
      <w14:ligatures w14:val="none"/>
    </w:rPr>
  </w:style>
  <w:style w:type="paragraph" w:customStyle="1" w:styleId="00B29636A9584DB98B0BCEA64D7477464">
    <w:name w:val="00B29636A9584DB98B0BCEA64D7477464"/>
    <w:rsid w:val="005A79AA"/>
    <w:pPr>
      <w:spacing w:after="200" w:line="276" w:lineRule="auto"/>
    </w:pPr>
    <w:rPr>
      <w:rFonts w:ascii="Aptos" w:hAnsi="Aptos"/>
      <w:kern w:val="0"/>
      <w:sz w:val="18"/>
      <w:szCs w:val="22"/>
      <w:lang w:val="en-US" w:eastAsia="en-US"/>
      <w14:ligatures w14:val="none"/>
    </w:rPr>
  </w:style>
  <w:style w:type="paragraph" w:customStyle="1" w:styleId="9CCEF90CB980437E98976BEE33CD7EAF2">
    <w:name w:val="9CCEF90CB980437E98976BEE33CD7EAF2"/>
    <w:rsid w:val="005A79AA"/>
    <w:pPr>
      <w:spacing w:after="200" w:line="276" w:lineRule="auto"/>
    </w:pPr>
    <w:rPr>
      <w:rFonts w:ascii="Aptos" w:hAnsi="Aptos"/>
      <w:kern w:val="0"/>
      <w:sz w:val="18"/>
      <w:szCs w:val="22"/>
      <w:lang w:val="en-US" w:eastAsia="en-US"/>
      <w14:ligatures w14:val="none"/>
    </w:rPr>
  </w:style>
  <w:style w:type="paragraph" w:customStyle="1" w:styleId="AE58AF41B9244D04A5F7A0DBD9A7CD282">
    <w:name w:val="AE58AF41B9244D04A5F7A0DBD9A7CD282"/>
    <w:rsid w:val="005A79AA"/>
    <w:pPr>
      <w:spacing w:after="200" w:line="276" w:lineRule="auto"/>
    </w:pPr>
    <w:rPr>
      <w:rFonts w:ascii="Aptos" w:hAnsi="Aptos"/>
      <w:kern w:val="0"/>
      <w:sz w:val="18"/>
      <w:szCs w:val="22"/>
      <w:lang w:val="en-US" w:eastAsia="en-US"/>
      <w14:ligatures w14:val="none"/>
    </w:rPr>
  </w:style>
  <w:style w:type="paragraph" w:customStyle="1" w:styleId="585FEDAA96764324A132935FBF1E66ED4">
    <w:name w:val="585FEDAA96764324A132935FBF1E66ED4"/>
    <w:rsid w:val="005A79AA"/>
    <w:pPr>
      <w:spacing w:after="200" w:line="276" w:lineRule="auto"/>
    </w:pPr>
    <w:rPr>
      <w:rFonts w:ascii="Aptos" w:hAnsi="Aptos"/>
      <w:kern w:val="0"/>
      <w:sz w:val="18"/>
      <w:szCs w:val="22"/>
      <w:lang w:val="en-US" w:eastAsia="en-US"/>
      <w14:ligatures w14:val="none"/>
    </w:rPr>
  </w:style>
  <w:style w:type="paragraph" w:customStyle="1" w:styleId="F47FBBC9F04D421385ACD080106D03114">
    <w:name w:val="F47FBBC9F04D421385ACD080106D03114"/>
    <w:rsid w:val="005A79AA"/>
    <w:pPr>
      <w:spacing w:after="200" w:line="276" w:lineRule="auto"/>
    </w:pPr>
    <w:rPr>
      <w:rFonts w:ascii="Aptos" w:hAnsi="Aptos"/>
      <w:kern w:val="0"/>
      <w:sz w:val="18"/>
      <w:szCs w:val="22"/>
      <w:lang w:val="en-US" w:eastAsia="en-US"/>
      <w14:ligatures w14:val="none"/>
    </w:rPr>
  </w:style>
  <w:style w:type="paragraph" w:customStyle="1" w:styleId="15C4FF223C3543398BCFF55B93B434914">
    <w:name w:val="15C4FF223C3543398BCFF55B93B434914"/>
    <w:rsid w:val="005A79AA"/>
    <w:pPr>
      <w:spacing w:after="200" w:line="276" w:lineRule="auto"/>
    </w:pPr>
    <w:rPr>
      <w:rFonts w:ascii="Aptos" w:hAnsi="Aptos"/>
      <w:kern w:val="0"/>
      <w:sz w:val="18"/>
      <w:szCs w:val="22"/>
      <w:lang w:val="en-US" w:eastAsia="en-US"/>
      <w14:ligatures w14:val="none"/>
    </w:rPr>
  </w:style>
  <w:style w:type="paragraph" w:customStyle="1" w:styleId="92153B4644434CAEA065DE1D2685835B3">
    <w:name w:val="92153B4644434CAEA065DE1D2685835B3"/>
    <w:rsid w:val="005A79AA"/>
    <w:pPr>
      <w:spacing w:after="200" w:line="276" w:lineRule="auto"/>
    </w:pPr>
    <w:rPr>
      <w:rFonts w:ascii="Aptos" w:hAnsi="Aptos"/>
      <w:kern w:val="0"/>
      <w:sz w:val="18"/>
      <w:szCs w:val="22"/>
      <w:lang w:val="en-US" w:eastAsia="en-US"/>
      <w14:ligatures w14:val="none"/>
    </w:rPr>
  </w:style>
  <w:style w:type="paragraph" w:customStyle="1" w:styleId="43D6A4C00A98424B8B4613CCBD4C7B1F4">
    <w:name w:val="43D6A4C00A98424B8B4613CCBD4C7B1F4"/>
    <w:rsid w:val="005A79AA"/>
    <w:pPr>
      <w:spacing w:after="200" w:line="276" w:lineRule="auto"/>
    </w:pPr>
    <w:rPr>
      <w:rFonts w:ascii="Aptos" w:hAnsi="Aptos"/>
      <w:kern w:val="0"/>
      <w:sz w:val="18"/>
      <w:szCs w:val="22"/>
      <w:lang w:val="en-US" w:eastAsia="en-US"/>
      <w14:ligatures w14:val="none"/>
    </w:rPr>
  </w:style>
  <w:style w:type="paragraph" w:customStyle="1" w:styleId="C5F59AB15D564DC3801C5871D94217754">
    <w:name w:val="C5F59AB15D564DC3801C5871D94217754"/>
    <w:rsid w:val="005A79AA"/>
    <w:pPr>
      <w:spacing w:after="200" w:line="276" w:lineRule="auto"/>
    </w:pPr>
    <w:rPr>
      <w:rFonts w:ascii="Aptos" w:hAnsi="Aptos"/>
      <w:kern w:val="0"/>
      <w:sz w:val="18"/>
      <w:szCs w:val="22"/>
      <w:lang w:val="en-US" w:eastAsia="en-US"/>
      <w14:ligatures w14:val="none"/>
    </w:rPr>
  </w:style>
  <w:style w:type="paragraph" w:customStyle="1" w:styleId="260CBEFC7A8645B1BDFE3EB7ECACBF5A4">
    <w:name w:val="260CBEFC7A8645B1BDFE3EB7ECACBF5A4"/>
    <w:rsid w:val="005A79AA"/>
    <w:pPr>
      <w:spacing w:after="200" w:line="276" w:lineRule="auto"/>
    </w:pPr>
    <w:rPr>
      <w:rFonts w:ascii="Aptos" w:hAnsi="Aptos"/>
      <w:kern w:val="0"/>
      <w:sz w:val="18"/>
      <w:szCs w:val="22"/>
      <w:lang w:val="en-US" w:eastAsia="en-US"/>
      <w14:ligatures w14:val="none"/>
    </w:rPr>
  </w:style>
  <w:style w:type="paragraph" w:customStyle="1" w:styleId="2C87257AC1E0475F80912B5F047B7EB74">
    <w:name w:val="2C87257AC1E0475F80912B5F047B7EB74"/>
    <w:rsid w:val="005A79AA"/>
    <w:pPr>
      <w:spacing w:after="200" w:line="276" w:lineRule="auto"/>
    </w:pPr>
    <w:rPr>
      <w:rFonts w:ascii="Aptos" w:hAnsi="Aptos"/>
      <w:kern w:val="0"/>
      <w:sz w:val="18"/>
      <w:szCs w:val="22"/>
      <w:lang w:val="en-US" w:eastAsia="en-US"/>
      <w14:ligatures w14:val="none"/>
    </w:rPr>
  </w:style>
  <w:style w:type="paragraph" w:customStyle="1" w:styleId="09CA7970F4F043F8B313814468E959AE4">
    <w:name w:val="09CA7970F4F043F8B313814468E959AE4"/>
    <w:rsid w:val="005A79AA"/>
    <w:pPr>
      <w:spacing w:after="200" w:line="276" w:lineRule="auto"/>
    </w:pPr>
    <w:rPr>
      <w:rFonts w:ascii="Aptos" w:hAnsi="Aptos"/>
      <w:kern w:val="0"/>
      <w:sz w:val="18"/>
      <w:szCs w:val="22"/>
      <w:lang w:val="en-US" w:eastAsia="en-US"/>
      <w14:ligatures w14:val="none"/>
    </w:rPr>
  </w:style>
  <w:style w:type="paragraph" w:customStyle="1" w:styleId="F0BE431A109148E09174B938DE75E5A74">
    <w:name w:val="F0BE431A109148E09174B938DE75E5A74"/>
    <w:rsid w:val="005A79AA"/>
    <w:pPr>
      <w:spacing w:after="200" w:line="276" w:lineRule="auto"/>
    </w:pPr>
    <w:rPr>
      <w:rFonts w:ascii="Aptos" w:hAnsi="Aptos"/>
      <w:kern w:val="0"/>
      <w:sz w:val="18"/>
      <w:szCs w:val="22"/>
      <w:lang w:val="en-US" w:eastAsia="en-US"/>
      <w14:ligatures w14:val="none"/>
    </w:rPr>
  </w:style>
  <w:style w:type="paragraph" w:customStyle="1" w:styleId="409B9E7EF235456289912CB235E148CF4">
    <w:name w:val="409B9E7EF235456289912CB235E148CF4"/>
    <w:rsid w:val="005A79AA"/>
    <w:pPr>
      <w:spacing w:after="200" w:line="276" w:lineRule="auto"/>
    </w:pPr>
    <w:rPr>
      <w:rFonts w:ascii="Aptos" w:hAnsi="Aptos"/>
      <w:kern w:val="0"/>
      <w:sz w:val="18"/>
      <w:szCs w:val="22"/>
      <w:lang w:val="en-US" w:eastAsia="en-US"/>
      <w14:ligatures w14:val="none"/>
    </w:rPr>
  </w:style>
  <w:style w:type="paragraph" w:customStyle="1" w:styleId="7C3418B635F140E7976D01E26843DF224">
    <w:name w:val="7C3418B635F140E7976D01E26843DF224"/>
    <w:rsid w:val="005A79AA"/>
    <w:pPr>
      <w:spacing w:after="200" w:line="276" w:lineRule="auto"/>
    </w:pPr>
    <w:rPr>
      <w:rFonts w:ascii="Aptos" w:hAnsi="Aptos"/>
      <w:kern w:val="0"/>
      <w:sz w:val="18"/>
      <w:szCs w:val="22"/>
      <w:lang w:val="en-US" w:eastAsia="en-US"/>
      <w14:ligatures w14:val="none"/>
    </w:rPr>
  </w:style>
  <w:style w:type="paragraph" w:customStyle="1" w:styleId="2383B822DC1143A083EDDCA179B13D1C4">
    <w:name w:val="2383B822DC1143A083EDDCA179B13D1C4"/>
    <w:rsid w:val="005A79AA"/>
    <w:pPr>
      <w:spacing w:after="200" w:line="276" w:lineRule="auto"/>
    </w:pPr>
    <w:rPr>
      <w:rFonts w:ascii="Aptos" w:hAnsi="Aptos"/>
      <w:kern w:val="0"/>
      <w:sz w:val="18"/>
      <w:szCs w:val="22"/>
      <w:lang w:val="en-US" w:eastAsia="en-US"/>
      <w14:ligatures w14:val="none"/>
    </w:rPr>
  </w:style>
  <w:style w:type="paragraph" w:customStyle="1" w:styleId="45316E674F574978A8CDA9ACB7846FFE4">
    <w:name w:val="45316E674F574978A8CDA9ACB7846FFE4"/>
    <w:rsid w:val="005A79AA"/>
    <w:pPr>
      <w:spacing w:after="200" w:line="276" w:lineRule="auto"/>
    </w:pPr>
    <w:rPr>
      <w:rFonts w:ascii="Aptos" w:hAnsi="Aptos"/>
      <w:kern w:val="0"/>
      <w:sz w:val="18"/>
      <w:szCs w:val="22"/>
      <w:lang w:val="en-US" w:eastAsia="en-US"/>
      <w14:ligatures w14:val="none"/>
    </w:rPr>
  </w:style>
  <w:style w:type="paragraph" w:customStyle="1" w:styleId="1D6831A185454C988F59FF94312967674">
    <w:name w:val="1D6831A185454C988F59FF94312967674"/>
    <w:rsid w:val="005A79AA"/>
    <w:pPr>
      <w:spacing w:after="200" w:line="276" w:lineRule="auto"/>
    </w:pPr>
    <w:rPr>
      <w:rFonts w:ascii="Aptos" w:hAnsi="Aptos"/>
      <w:kern w:val="0"/>
      <w:sz w:val="18"/>
      <w:szCs w:val="22"/>
      <w:lang w:val="en-US" w:eastAsia="en-US"/>
      <w14:ligatures w14:val="none"/>
    </w:rPr>
  </w:style>
  <w:style w:type="paragraph" w:customStyle="1" w:styleId="0A1012AD53E548D392C591D946DF788A4">
    <w:name w:val="0A1012AD53E548D392C591D946DF788A4"/>
    <w:rsid w:val="005A79AA"/>
    <w:pPr>
      <w:spacing w:after="200" w:line="276" w:lineRule="auto"/>
    </w:pPr>
    <w:rPr>
      <w:rFonts w:ascii="Aptos" w:hAnsi="Aptos"/>
      <w:kern w:val="0"/>
      <w:sz w:val="18"/>
      <w:szCs w:val="22"/>
      <w:lang w:val="en-US" w:eastAsia="en-US"/>
      <w14:ligatures w14:val="none"/>
    </w:rPr>
  </w:style>
  <w:style w:type="paragraph" w:customStyle="1" w:styleId="C78142C572E34E9A8E9BF2EFF9EEFAB64">
    <w:name w:val="C78142C572E34E9A8E9BF2EFF9EEFAB64"/>
    <w:rsid w:val="005A79AA"/>
    <w:pPr>
      <w:spacing w:after="200" w:line="276" w:lineRule="auto"/>
    </w:pPr>
    <w:rPr>
      <w:rFonts w:ascii="Aptos" w:hAnsi="Aptos"/>
      <w:kern w:val="0"/>
      <w:sz w:val="18"/>
      <w:szCs w:val="22"/>
      <w:lang w:val="en-US" w:eastAsia="en-US"/>
      <w14:ligatures w14:val="none"/>
    </w:rPr>
  </w:style>
  <w:style w:type="paragraph" w:customStyle="1" w:styleId="8228074B283045659A7E00AA894869F44">
    <w:name w:val="8228074B283045659A7E00AA894869F44"/>
    <w:rsid w:val="005A79AA"/>
    <w:pPr>
      <w:spacing w:after="200" w:line="276" w:lineRule="auto"/>
    </w:pPr>
    <w:rPr>
      <w:rFonts w:ascii="Aptos" w:hAnsi="Aptos"/>
      <w:kern w:val="0"/>
      <w:sz w:val="18"/>
      <w:szCs w:val="22"/>
      <w:lang w:val="en-US" w:eastAsia="en-US"/>
      <w14:ligatures w14:val="none"/>
    </w:rPr>
  </w:style>
  <w:style w:type="paragraph" w:customStyle="1" w:styleId="DE5DE8566CFB49E5BC89A2D2B525EA004">
    <w:name w:val="DE5DE8566CFB49E5BC89A2D2B525EA004"/>
    <w:rsid w:val="005A79AA"/>
    <w:pPr>
      <w:spacing w:after="200" w:line="276" w:lineRule="auto"/>
    </w:pPr>
    <w:rPr>
      <w:rFonts w:ascii="Aptos" w:hAnsi="Aptos"/>
      <w:kern w:val="0"/>
      <w:sz w:val="18"/>
      <w:szCs w:val="22"/>
      <w:lang w:val="en-US" w:eastAsia="en-US"/>
      <w14:ligatures w14:val="none"/>
    </w:rPr>
  </w:style>
  <w:style w:type="paragraph" w:customStyle="1" w:styleId="0EDF33D48064450DAA808E51FC152ADF4">
    <w:name w:val="0EDF33D48064450DAA808E51FC152ADF4"/>
    <w:rsid w:val="005A79AA"/>
    <w:pPr>
      <w:spacing w:after="200" w:line="276" w:lineRule="auto"/>
    </w:pPr>
    <w:rPr>
      <w:rFonts w:ascii="Aptos" w:hAnsi="Aptos"/>
      <w:kern w:val="0"/>
      <w:sz w:val="18"/>
      <w:szCs w:val="22"/>
      <w:lang w:val="en-US" w:eastAsia="en-US"/>
      <w14:ligatures w14:val="none"/>
    </w:rPr>
  </w:style>
  <w:style w:type="paragraph" w:customStyle="1" w:styleId="833C8C4BC71B48E9BA9AA890AE9475D23">
    <w:name w:val="833C8C4BC71B48E9BA9AA890AE9475D23"/>
    <w:rsid w:val="005A79AA"/>
    <w:pPr>
      <w:spacing w:after="200" w:line="276" w:lineRule="auto"/>
    </w:pPr>
    <w:rPr>
      <w:rFonts w:ascii="Aptos" w:hAnsi="Aptos"/>
      <w:kern w:val="0"/>
      <w:sz w:val="18"/>
      <w:szCs w:val="22"/>
      <w:lang w:val="en-US" w:eastAsia="en-US"/>
      <w14:ligatures w14:val="none"/>
    </w:rPr>
  </w:style>
  <w:style w:type="paragraph" w:customStyle="1" w:styleId="E367144175194343A38D7A9DB55B7AF14">
    <w:name w:val="E367144175194343A38D7A9DB55B7AF14"/>
    <w:rsid w:val="005A79AA"/>
    <w:pPr>
      <w:spacing w:after="200" w:line="276" w:lineRule="auto"/>
    </w:pPr>
    <w:rPr>
      <w:rFonts w:ascii="Aptos" w:hAnsi="Aptos"/>
      <w:kern w:val="0"/>
      <w:sz w:val="18"/>
      <w:szCs w:val="22"/>
      <w:lang w:val="en-US" w:eastAsia="en-US"/>
      <w14:ligatures w14:val="none"/>
    </w:rPr>
  </w:style>
  <w:style w:type="paragraph" w:customStyle="1" w:styleId="04908BACFC97471EB3211034FDD835FE2">
    <w:name w:val="04908BACFC97471EB3211034FDD835FE2"/>
    <w:rsid w:val="005A79AA"/>
    <w:pPr>
      <w:spacing w:after="200" w:line="276" w:lineRule="auto"/>
    </w:pPr>
    <w:rPr>
      <w:rFonts w:ascii="Aptos" w:hAnsi="Aptos"/>
      <w:kern w:val="0"/>
      <w:sz w:val="18"/>
      <w:szCs w:val="22"/>
      <w:lang w:val="en-US" w:eastAsia="en-US"/>
      <w14:ligatures w14:val="none"/>
    </w:rPr>
  </w:style>
  <w:style w:type="paragraph" w:customStyle="1" w:styleId="53052829002145CEBB185BFCCCCC1F6F2">
    <w:name w:val="53052829002145CEBB185BFCCCCC1F6F2"/>
    <w:rsid w:val="005A79AA"/>
    <w:pPr>
      <w:spacing w:after="200" w:line="276" w:lineRule="auto"/>
    </w:pPr>
    <w:rPr>
      <w:rFonts w:ascii="Aptos" w:hAnsi="Aptos"/>
      <w:kern w:val="0"/>
      <w:sz w:val="18"/>
      <w:szCs w:val="22"/>
      <w:lang w:val="en-US" w:eastAsia="en-US"/>
      <w14:ligatures w14:val="none"/>
    </w:rPr>
  </w:style>
  <w:style w:type="paragraph" w:customStyle="1" w:styleId="823BFAB8028C4F3D935BD7D0172DBF592">
    <w:name w:val="823BFAB8028C4F3D935BD7D0172DBF592"/>
    <w:rsid w:val="005A79AA"/>
    <w:pPr>
      <w:spacing w:after="200" w:line="276" w:lineRule="auto"/>
    </w:pPr>
    <w:rPr>
      <w:rFonts w:ascii="Aptos" w:hAnsi="Aptos"/>
      <w:kern w:val="0"/>
      <w:sz w:val="18"/>
      <w:szCs w:val="22"/>
      <w:lang w:val="en-US" w:eastAsia="en-US"/>
      <w14:ligatures w14:val="none"/>
    </w:rPr>
  </w:style>
  <w:style w:type="paragraph" w:customStyle="1" w:styleId="F5C0A5085DEC480782ED01FBC1539A912">
    <w:name w:val="F5C0A5085DEC480782ED01FBC1539A912"/>
    <w:rsid w:val="005A79AA"/>
    <w:pPr>
      <w:spacing w:after="200" w:line="276" w:lineRule="auto"/>
    </w:pPr>
    <w:rPr>
      <w:rFonts w:ascii="Aptos" w:hAnsi="Aptos"/>
      <w:kern w:val="0"/>
      <w:sz w:val="18"/>
      <w:szCs w:val="22"/>
      <w:lang w:val="en-US" w:eastAsia="en-US"/>
      <w14:ligatures w14:val="none"/>
    </w:rPr>
  </w:style>
  <w:style w:type="paragraph" w:customStyle="1" w:styleId="C2B84AA05EC3402D89846C2291227C2C2">
    <w:name w:val="C2B84AA05EC3402D89846C2291227C2C2"/>
    <w:rsid w:val="005A79AA"/>
    <w:pPr>
      <w:spacing w:after="200" w:line="276" w:lineRule="auto"/>
    </w:pPr>
    <w:rPr>
      <w:rFonts w:ascii="Aptos" w:hAnsi="Aptos"/>
      <w:kern w:val="0"/>
      <w:sz w:val="18"/>
      <w:szCs w:val="22"/>
      <w:lang w:val="en-US" w:eastAsia="en-US"/>
      <w14:ligatures w14:val="none"/>
    </w:rPr>
  </w:style>
  <w:style w:type="paragraph" w:customStyle="1" w:styleId="57D5D613BCA0464BAC82E66FF68B0E7B2">
    <w:name w:val="57D5D613BCA0464BAC82E66FF68B0E7B2"/>
    <w:rsid w:val="005A79AA"/>
    <w:pPr>
      <w:spacing w:after="200" w:line="276" w:lineRule="auto"/>
    </w:pPr>
    <w:rPr>
      <w:rFonts w:ascii="Aptos" w:hAnsi="Aptos"/>
      <w:kern w:val="0"/>
      <w:sz w:val="18"/>
      <w:szCs w:val="22"/>
      <w:lang w:val="en-US" w:eastAsia="en-US"/>
      <w14:ligatures w14:val="none"/>
    </w:rPr>
  </w:style>
  <w:style w:type="paragraph" w:customStyle="1" w:styleId="7F0D1120EE6348569682F32C2ACFDD252">
    <w:name w:val="7F0D1120EE6348569682F32C2ACFDD252"/>
    <w:rsid w:val="005A79AA"/>
    <w:pPr>
      <w:spacing w:after="200" w:line="276" w:lineRule="auto"/>
    </w:pPr>
    <w:rPr>
      <w:rFonts w:ascii="Aptos" w:hAnsi="Aptos"/>
      <w:kern w:val="0"/>
      <w:sz w:val="18"/>
      <w:szCs w:val="22"/>
      <w:lang w:val="en-US" w:eastAsia="en-US"/>
      <w14:ligatures w14:val="none"/>
    </w:rPr>
  </w:style>
  <w:style w:type="paragraph" w:customStyle="1" w:styleId="EB56D64594F442368E69D699981424132">
    <w:name w:val="EB56D64594F442368E69D699981424132"/>
    <w:rsid w:val="005A79AA"/>
    <w:pPr>
      <w:spacing w:after="200" w:line="276" w:lineRule="auto"/>
    </w:pPr>
    <w:rPr>
      <w:rFonts w:ascii="Aptos" w:hAnsi="Aptos"/>
      <w:kern w:val="0"/>
      <w:sz w:val="18"/>
      <w:szCs w:val="22"/>
      <w:lang w:val="en-US" w:eastAsia="en-US"/>
      <w14:ligatures w14:val="none"/>
    </w:rPr>
  </w:style>
  <w:style w:type="paragraph" w:customStyle="1" w:styleId="5C57D4EE5B1B495E8889F1E84565511A2">
    <w:name w:val="5C57D4EE5B1B495E8889F1E84565511A2"/>
    <w:rsid w:val="005A79AA"/>
    <w:pPr>
      <w:spacing w:after="200" w:line="276" w:lineRule="auto"/>
    </w:pPr>
    <w:rPr>
      <w:rFonts w:ascii="Aptos" w:hAnsi="Aptos"/>
      <w:kern w:val="0"/>
      <w:sz w:val="18"/>
      <w:szCs w:val="22"/>
      <w:lang w:val="en-US" w:eastAsia="en-US"/>
      <w14:ligatures w14:val="none"/>
    </w:rPr>
  </w:style>
  <w:style w:type="paragraph" w:customStyle="1" w:styleId="0BF7966B20A547B5B8D1445C9A809A6E2">
    <w:name w:val="0BF7966B20A547B5B8D1445C9A809A6E2"/>
    <w:rsid w:val="005A79AA"/>
    <w:pPr>
      <w:spacing w:after="200" w:line="276" w:lineRule="auto"/>
    </w:pPr>
    <w:rPr>
      <w:rFonts w:ascii="Aptos" w:hAnsi="Aptos"/>
      <w:kern w:val="0"/>
      <w:sz w:val="18"/>
      <w:szCs w:val="22"/>
      <w:lang w:val="en-US" w:eastAsia="en-US"/>
      <w14:ligatures w14:val="none"/>
    </w:rPr>
  </w:style>
  <w:style w:type="paragraph" w:customStyle="1" w:styleId="DC6BFA6F66F04D79B5CE854E25FADF062">
    <w:name w:val="DC6BFA6F66F04D79B5CE854E25FADF062"/>
    <w:rsid w:val="005A79AA"/>
    <w:pPr>
      <w:spacing w:after="200" w:line="276" w:lineRule="auto"/>
    </w:pPr>
    <w:rPr>
      <w:rFonts w:ascii="Aptos" w:hAnsi="Aptos"/>
      <w:kern w:val="0"/>
      <w:sz w:val="18"/>
      <w:szCs w:val="22"/>
      <w:lang w:val="en-US" w:eastAsia="en-US"/>
      <w14:ligatures w14:val="none"/>
    </w:rPr>
  </w:style>
  <w:style w:type="paragraph" w:customStyle="1" w:styleId="86ABE75EAD5B4610983E02FAE98C75952">
    <w:name w:val="86ABE75EAD5B4610983E02FAE98C75952"/>
    <w:rsid w:val="005A79AA"/>
    <w:pPr>
      <w:spacing w:after="200" w:line="276" w:lineRule="auto"/>
    </w:pPr>
    <w:rPr>
      <w:rFonts w:ascii="Aptos" w:hAnsi="Aptos"/>
      <w:kern w:val="0"/>
      <w:sz w:val="18"/>
      <w:szCs w:val="22"/>
      <w:lang w:val="en-US" w:eastAsia="en-US"/>
      <w14:ligatures w14:val="none"/>
    </w:rPr>
  </w:style>
  <w:style w:type="paragraph" w:customStyle="1" w:styleId="07DC4C41DAF642F1B00A6BB9CA4E3ADB4">
    <w:name w:val="07DC4C41DAF642F1B00A6BB9CA4E3ADB4"/>
    <w:rsid w:val="005A79AA"/>
    <w:pPr>
      <w:spacing w:after="200" w:line="276" w:lineRule="auto"/>
    </w:pPr>
    <w:rPr>
      <w:rFonts w:ascii="Aptos" w:hAnsi="Aptos"/>
      <w:kern w:val="0"/>
      <w:sz w:val="18"/>
      <w:szCs w:val="22"/>
      <w:lang w:val="en-US" w:eastAsia="en-US"/>
      <w14:ligatures w14:val="none"/>
    </w:rPr>
  </w:style>
  <w:style w:type="paragraph" w:customStyle="1" w:styleId="37F7BC41E3EE4486A1001FBB8B0CE8DE4">
    <w:name w:val="37F7BC41E3EE4486A1001FBB8B0CE8DE4"/>
    <w:rsid w:val="005A79AA"/>
    <w:pPr>
      <w:spacing w:after="200" w:line="276" w:lineRule="auto"/>
    </w:pPr>
    <w:rPr>
      <w:rFonts w:ascii="Aptos" w:hAnsi="Aptos"/>
      <w:kern w:val="0"/>
      <w:sz w:val="18"/>
      <w:szCs w:val="22"/>
      <w:lang w:val="en-US" w:eastAsia="en-US"/>
      <w14:ligatures w14:val="none"/>
    </w:rPr>
  </w:style>
  <w:style w:type="paragraph" w:customStyle="1" w:styleId="2961823634BA4D44B87964386D2D0F4A4">
    <w:name w:val="2961823634BA4D44B87964386D2D0F4A4"/>
    <w:rsid w:val="005A79AA"/>
    <w:pPr>
      <w:spacing w:after="200" w:line="276" w:lineRule="auto"/>
    </w:pPr>
    <w:rPr>
      <w:rFonts w:ascii="Aptos" w:hAnsi="Aptos"/>
      <w:kern w:val="0"/>
      <w:sz w:val="18"/>
      <w:szCs w:val="22"/>
      <w:lang w:val="en-US" w:eastAsia="en-US"/>
      <w14:ligatures w14:val="none"/>
    </w:rPr>
  </w:style>
  <w:style w:type="paragraph" w:customStyle="1" w:styleId="FC2E0717ADBC4CEE8CC99A7B657818C94">
    <w:name w:val="FC2E0717ADBC4CEE8CC99A7B657818C94"/>
    <w:rsid w:val="005A79AA"/>
    <w:pPr>
      <w:spacing w:after="200" w:line="276" w:lineRule="auto"/>
    </w:pPr>
    <w:rPr>
      <w:rFonts w:ascii="Aptos" w:hAnsi="Aptos"/>
      <w:kern w:val="0"/>
      <w:sz w:val="18"/>
      <w:szCs w:val="22"/>
      <w:lang w:val="en-US" w:eastAsia="en-US"/>
      <w14:ligatures w14:val="none"/>
    </w:rPr>
  </w:style>
  <w:style w:type="paragraph" w:customStyle="1" w:styleId="B3B833ABD7F64DA7BE8A1A8993EDC2D04">
    <w:name w:val="B3B833ABD7F64DA7BE8A1A8993EDC2D04"/>
    <w:rsid w:val="005A79AA"/>
    <w:pPr>
      <w:spacing w:after="200" w:line="276" w:lineRule="auto"/>
    </w:pPr>
    <w:rPr>
      <w:rFonts w:ascii="Aptos" w:hAnsi="Aptos"/>
      <w:kern w:val="0"/>
      <w:sz w:val="18"/>
      <w:szCs w:val="22"/>
      <w:lang w:val="en-US" w:eastAsia="en-US"/>
      <w14:ligatures w14:val="none"/>
    </w:rPr>
  </w:style>
  <w:style w:type="paragraph" w:customStyle="1" w:styleId="0BFD7D2B444F412194C2FB9337187CB54">
    <w:name w:val="0BFD7D2B444F412194C2FB9337187CB54"/>
    <w:rsid w:val="005A79AA"/>
    <w:pPr>
      <w:spacing w:after="200" w:line="276" w:lineRule="auto"/>
    </w:pPr>
    <w:rPr>
      <w:rFonts w:ascii="Aptos" w:hAnsi="Aptos"/>
      <w:kern w:val="0"/>
      <w:sz w:val="18"/>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Angela Griffin</cp:lastModifiedBy>
  <cp:revision>2</cp:revision>
  <dcterms:created xsi:type="dcterms:W3CDTF">2026-08-06T22:07:00Z</dcterms:created>
  <dcterms:modified xsi:type="dcterms:W3CDTF">2026-08-06T22:07:00Z</dcterms:modified>
  <cp:category/>
</cp:coreProperties>
</file>